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9efbc18691a4013e6d82eecc97ebb155a1c3f2"/>
    <w:p>
      <w:pPr>
        <w:pStyle w:val="Heading1"/>
      </w:pPr>
      <w:r>
        <w:rPr>
          <w:b/>
          <w:bCs/>
        </w:rPr>
        <w:t xml:space="preserve">Letter from a Birmingham Jail</w:t>
      </w:r>
      <w:r>
        <w:br/>
      </w:r>
      <w:r>
        <w:rPr>
          <w:i/>
          <w:iCs/>
        </w:rPr>
        <w:t xml:space="preserve">Martin Luther King, Jr.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Abraham Lincoln</w:t>
      </w:r>
      <w:r>
        <w:rPr>
          <w:b/>
          <w:bCs/>
        </w:rPr>
        <w:t xml:space="preserve">'s Gettysburg Address is considered one of the most important speeches in American history.</w:t>
      </w:r>
      <w:r>
        <w:br/>
      </w:r>
      <w:r>
        <w:t xml:space="preserve">    (a) Civil War U.S. president</w:t>
      </w:r>
      <w:r>
        <w:br/>
      </w:r>
      <w:r>
        <w:t xml:space="preserve">    (b) U.S. president who led the country through World War II and created the New Deal (1882–1945)</w:t>
      </w:r>
      <w:r>
        <w:br/>
      </w:r>
      <w:r>
        <w:t xml:space="preserve">    (c) U.S. president who wrote the Declaration of Independence (1743–1826)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like enforcing that law, but I prefer it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anarchy</w:t>
      </w:r>
      <w:r>
        <w:rPr>
          <w:b/>
          <w:bCs/>
        </w:rPr>
        <w:t xml:space="preserve">.</w:t>
      </w:r>
      <w:r>
        <w:br/>
      </w:r>
      <w:r>
        <w:t xml:space="preserve">    (a) absence of order</w:t>
      </w:r>
      <w:r>
        <w:br/>
      </w:r>
      <w:r>
        <w:t xml:space="preserve">    (b) criminal activity</w:t>
      </w:r>
      <w:r>
        <w:br/>
      </w:r>
      <w:r>
        <w:t xml:space="preserve">    (c) being fired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Laughter can be a good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antidote</w:t>
      </w:r>
      <w:r>
        <w:rPr>
          <w:b/>
          <w:bCs/>
        </w:rPr>
        <w:t xml:space="preserve"> </w:t>
      </w:r>
      <w:r>
        <w:rPr>
          <w:b/>
          <w:bCs/>
        </w:rPr>
        <w:t xml:space="preserve">for stress.</w:t>
      </w:r>
      <w:r>
        <w:br/>
      </w:r>
      <w:r>
        <w:t xml:space="preserve">    (a) toxin</w:t>
      </w:r>
      <w:r>
        <w:br/>
      </w:r>
      <w:r>
        <w:t xml:space="preserve">    (b) cure</w:t>
      </w:r>
      <w:r>
        <w:br/>
      </w:r>
      <w:r>
        <w:t xml:space="preserve">    (c) poison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museum tested the letter to prove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authenticity</w:t>
      </w:r>
      <w:r>
        <w:rPr>
          <w:b/>
          <w:bCs/>
        </w:rPr>
        <w:t xml:space="preserve">.</w:t>
      </w:r>
      <w:r>
        <w:br/>
      </w:r>
      <w:r>
        <w:t xml:space="preserve">    (a) being expensive</w:t>
      </w:r>
      <w:r>
        <w:br/>
      </w:r>
      <w:r>
        <w:t xml:space="preserve">    (b) being colorful</w:t>
      </w:r>
      <w:r>
        <w:br/>
      </w:r>
      <w:r>
        <w:t xml:space="preserve">    (c) being genuine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 not bring herself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concur</w:t>
      </w:r>
      <w:r>
        <w:rPr>
          <w:b/>
          <w:bCs/>
        </w:rPr>
        <w:t xml:space="preserve"> </w:t>
      </w:r>
      <w:r>
        <w:rPr>
          <w:b/>
          <w:bCs/>
        </w:rPr>
        <w:t xml:space="preserve">publicly, but she honored her promise by not discussing her concerns.</w:t>
      </w:r>
      <w:r>
        <w:br/>
      </w:r>
      <w:r>
        <w:t xml:space="preserve">    (a) agree</w:t>
      </w:r>
      <w:r>
        <w:br/>
      </w:r>
      <w:r>
        <w:t xml:space="preserve">    (b) help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devious</w:t>
      </w:r>
      <w:r>
        <w:rPr>
          <w:b/>
          <w:bCs/>
        </w:rPr>
        <w:t xml:space="preserve"> </w:t>
      </w:r>
      <w:r>
        <w:rPr>
          <w:b/>
          <w:bCs/>
        </w:rPr>
        <w:t xml:space="preserve">opponent.</w:t>
      </w:r>
      <w:r>
        <w:br/>
      </w:r>
      <w:r>
        <w:t xml:space="preserve">    (a) widely respected</w:t>
      </w:r>
      <w:r>
        <w:br/>
      </w:r>
      <w:r>
        <w:t xml:space="preserve">    (b) deceitful and clever</w:t>
      </w:r>
      <w:r>
        <w:br/>
      </w:r>
      <w:r>
        <w:t xml:space="preserve">    (c) not very challenging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Concern for her children's safety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take action and confront the intruder.</w:t>
      </w:r>
      <w:r>
        <w:br/>
      </w:r>
      <w:r>
        <w:t xml:space="preserve">    (a) prevented</w:t>
      </w:r>
      <w:r>
        <w:br/>
      </w:r>
      <w:r>
        <w:t xml:space="preserve">    (b) slowed</w:t>
      </w:r>
      <w:r>
        <w:br/>
      </w:r>
      <w:r>
        <w:t xml:space="preserve">    (c) drove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inserted</w:t>
      </w:r>
      <w:r>
        <w:br/>
      </w:r>
      <w:r>
        <w:t xml:space="preserve">    (b) hidden</w:t>
      </w:r>
      <w:r>
        <w:br/>
      </w:r>
      <w:r>
        <w:t xml:space="preserve">    (c) been seen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bill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languish</w:t>
      </w:r>
      <w:r>
        <w:rPr>
          <w:b/>
          <w:bCs/>
        </w:rPr>
        <w:t xml:space="preserve"> </w:t>
      </w:r>
      <w:r>
        <w:rPr>
          <w:b/>
          <w:bCs/>
        </w:rPr>
        <w:t xml:space="preserve">in committee for months without a vote.</w:t>
      </w:r>
      <w:r>
        <w:br/>
      </w:r>
      <w:r>
        <w:t xml:space="preserve">    (a) win strong support</w:t>
      </w:r>
      <w:r>
        <w:br/>
      </w:r>
      <w:r>
        <w:t xml:space="preserve">    (b) remain neglected</w:t>
      </w:r>
      <w:r>
        <w:br/>
      </w:r>
      <w:r>
        <w:t xml:space="preserve">    (c) move forward quickly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HPV infection reactivated when her immune system weakened with age.</w:t>
      </w:r>
      <w:r>
        <w:br/>
      </w:r>
      <w:r>
        <w:t xml:space="preserve">    (a) inactive</w:t>
      </w:r>
      <w:r>
        <w:br/>
      </w:r>
      <w:r>
        <w:t xml:space="preserve">    (b) common</w:t>
      </w:r>
      <w:r>
        <w:br/>
      </w:r>
      <w:r>
        <w:t xml:space="preserve">    (c) severe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teacher's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lax</w:t>
      </w:r>
      <w:r>
        <w:rPr>
          <w:b/>
          <w:bCs/>
        </w:rPr>
        <w:t xml:space="preserve"> </w:t>
      </w:r>
      <w:r>
        <w:rPr>
          <w:b/>
          <w:bCs/>
        </w:rPr>
        <w:t xml:space="preserve">discipline allowed students to talk during the test.</w:t>
      </w:r>
      <w:r>
        <w:br/>
      </w:r>
      <w:r>
        <w:t xml:space="preserve">    (a) extremely harsh</w:t>
      </w:r>
      <w:r>
        <w:br/>
      </w:r>
      <w:r>
        <w:t xml:space="preserve">    (b) not strict enough</w:t>
      </w:r>
      <w:r>
        <w:br/>
      </w:r>
      <w:r>
        <w:t xml:space="preserve">    (c) perfectly fair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not familiar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mores</w:t>
      </w:r>
      <w:r>
        <w:rPr>
          <w:b/>
          <w:bCs/>
        </w:rPr>
        <w:t xml:space="preserve"> </w:t>
      </w:r>
      <w:r>
        <w:rPr>
          <w:b/>
          <w:bCs/>
        </w:rPr>
        <w:t xml:space="preserve">of hunting in that region.</w:t>
      </w:r>
      <w:r>
        <w:br/>
      </w:r>
      <w:r>
        <w:t xml:space="preserve">    (a) tricks that work in a specific area</w:t>
      </w:r>
      <w:r>
        <w:br/>
      </w:r>
      <w:r>
        <w:t xml:space="preserve">    (b) the conventions and values that are important to a group</w:t>
      </w:r>
      <w:r>
        <w:br/>
      </w:r>
      <w:r>
        <w:t xml:space="preserve">    (c) dangers particular to a region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Natural law</w:t>
      </w:r>
      <w:r>
        <w:rPr>
          <w:b/>
          <w:bCs/>
        </w:rPr>
        <w:t xml:space="preserve"> </w:t>
      </w:r>
      <w:r>
        <w:rPr>
          <w:b/>
          <w:bCs/>
        </w:rPr>
        <w:t xml:space="preserve">is why war crimes are wrong even if national law allowed them.</w:t>
      </w:r>
      <w:r>
        <w:br/>
      </w:r>
      <w:r>
        <w:t xml:space="preserve">    (a) popular opinion</w:t>
      </w:r>
      <w:r>
        <w:br/>
      </w:r>
      <w:r>
        <w:t xml:space="preserve">    (b) regional custom</w:t>
      </w:r>
      <w:r>
        <w:br/>
      </w:r>
      <w:r>
        <w:t xml:space="preserve">    (c) innate moral code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expressed concern that withdrawal of UN troops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precipitate</w:t>
      </w:r>
      <w:r>
        <w:rPr>
          <w:b/>
          <w:bCs/>
        </w:rPr>
        <w:t xml:space="preserve"> </w:t>
      </w:r>
      <w:r>
        <w:rPr>
          <w:b/>
          <w:bCs/>
        </w:rPr>
        <w:t xml:space="preserve">chaos and tribal warfare.</w:t>
      </w:r>
      <w:r>
        <w:br/>
      </w:r>
      <w:r>
        <w:t xml:space="preserve">    (a) cause gradually</w:t>
      </w:r>
      <w:r>
        <w:br/>
      </w:r>
      <w:r>
        <w:t xml:space="preserve">    (b) prevent</w:t>
      </w:r>
      <w:r>
        <w:br/>
      </w:r>
      <w:r>
        <w:t xml:space="preserve">    (c) cause suddenly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election results were a clear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repudiation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incumbent’s policies.</w:t>
      </w:r>
      <w:r>
        <w:br/>
      </w:r>
      <w:r>
        <w:t xml:space="preserve">    (a) approval</w:t>
      </w:r>
      <w:r>
        <w:br/>
      </w:r>
      <w:r>
        <w:t xml:space="preserve">    (b) explanation</w:t>
      </w:r>
      <w:r>
        <w:br/>
      </w:r>
      <w:r>
        <w:t xml:space="preserve">    (c) rejection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scintillating</w:t>
      </w:r>
      <w:r>
        <w:rPr>
          <w:b/>
          <w:bCs/>
        </w:rPr>
        <w:t xml:space="preserve"> </w:t>
      </w:r>
      <w:r>
        <w:rPr>
          <w:b/>
          <w:bCs/>
        </w:rPr>
        <w:t xml:space="preserve">personality.</w:t>
      </w:r>
      <w:r>
        <w:br/>
      </w:r>
      <w:r>
        <w:t xml:space="preserve">    (a) alternating</w:t>
      </w:r>
      <w:r>
        <w:br/>
      </w:r>
      <w:r>
        <w:t xml:space="preserve">    (b) dull</w:t>
      </w:r>
      <w:r>
        <w:br/>
      </w:r>
      <w:r>
        <w:t xml:space="preserve">    (c) stimulating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Sweden's population is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secular</w:t>
      </w:r>
      <w:r>
        <w:rPr>
          <w:b/>
          <w:bCs/>
        </w:rPr>
        <w:t xml:space="preserve"> </w:t>
      </w:r>
      <w:r>
        <w:rPr>
          <w:b/>
          <w:bCs/>
        </w:rPr>
        <w:t xml:space="preserve">than populations of most countries.</w:t>
      </w:r>
      <w:r>
        <w:br/>
      </w:r>
      <w:r>
        <w:t xml:space="preserve">    (a) similar</w:t>
      </w:r>
      <w:r>
        <w:br/>
      </w:r>
      <w:r>
        <w:t xml:space="preserve">    (b) blonde</w:t>
      </w:r>
      <w:r>
        <w:br/>
      </w:r>
      <w:r>
        <w:t xml:space="preserve">    (c) non-religious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Socrates</w:t>
      </w:r>
      <w:r>
        <w:rPr>
          <w:b/>
          <w:bCs/>
        </w:rPr>
        <w:t xml:space="preserve">'s method of inquiry, the Socratic method, is still used by philosophers and educators today as a way to help people think critically about their beliefs.</w:t>
      </w:r>
      <w:r>
        <w:br/>
      </w:r>
      <w:r>
        <w:t xml:space="preserve">    (a) ancient Roman philosopher who did much to influence Western thinking (399-470)</w:t>
      </w:r>
      <w:r>
        <w:br/>
      </w:r>
      <w:r>
        <w:t xml:space="preserve">    (b) ancient Greek philosopher who did much to influence Western thinking (470-399 BC)</w:t>
      </w:r>
      <w:r>
        <w:br/>
      </w:r>
      <w:r>
        <w:t xml:space="preserve">    (c) ancient Babylonian philosopher who did much to influence Western thinking (599-670)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 company doesn't innovate, it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stagnate</w:t>
      </w:r>
      <w:r>
        <w:rPr>
          <w:b/>
          <w:bCs/>
        </w:rPr>
        <w:t xml:space="preserve"> </w:t>
      </w:r>
      <w:r>
        <w:rPr>
          <w:b/>
          <w:bCs/>
        </w:rPr>
        <w:t xml:space="preserve">and lose its competitive edge.</w:t>
      </w:r>
      <w:r>
        <w:br/>
      </w:r>
      <w:r>
        <w:t xml:space="preserve">    (a) get expensive</w:t>
      </w:r>
      <w:r>
        <w:br/>
      </w:r>
      <w:r>
        <w:t xml:space="preserve">    (b) lose customers</w:t>
      </w:r>
      <w:r>
        <w:br/>
      </w:r>
      <w:r>
        <w:t xml:space="preserve">    (c) stop developing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Roman Empire was divided in 395 AD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Western Roman Empire</w:t>
      </w:r>
      <w:r>
        <w:rPr>
          <w:b/>
          <w:bCs/>
        </w:rPr>
        <w:t xml:space="preserve"> </w:t>
      </w:r>
      <w:r>
        <w:rPr>
          <w:b/>
          <w:bCs/>
        </w:rPr>
        <w:t xml:space="preserve">and the eastern or Byzantine Empire.</w:t>
      </w:r>
      <w:r>
        <w:br/>
      </w:r>
      <w:r>
        <w:t xml:space="preserve">    (a) medieval Spanish kingdom</w:t>
      </w:r>
      <w:r>
        <w:br/>
      </w:r>
      <w:r>
        <w:t xml:space="preserve">    (b) ancient Chinese dynasty</w:t>
      </w:r>
      <w:r>
        <w:br/>
      </w:r>
      <w:r>
        <w:t xml:space="preserve">    (c) ancient empire based in Rome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2026-07-31T17:02:29Z</dcterms:created>
  <dcterms:modified xsi:type="dcterms:W3CDTF">2026-07-31T17:02:29Z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