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4dbd3ef8ebf9c04576b192e77552f2f51bc1fc"/>
    <w:p>
      <w:pPr>
        <w:pStyle w:val="Heading1"/>
      </w:pPr>
      <w:r>
        <w:rPr>
          <w:b/>
          <w:bCs/>
        </w:rPr>
        <w:t xml:space="preserve">Letter from a Birmingham Jail</w:t>
      </w:r>
      <w:r>
        <w:br/>
      </w:r>
      <w:r>
        <w:rPr>
          <w:i/>
          <w:iCs/>
        </w:rPr>
        <w:t xml:space="preserve">Martin Luther King, Jr.</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therefore</w:t>
      </w:r>
      <w:r>
        <w:rPr>
          <w:b/>
          <w:bCs/>
        </w:rPr>
        <w:t xml:space="preserve"> </w:t>
      </w:r>
      <w:r>
        <w:rPr>
          <w:b/>
          <w:bCs/>
          <w:u w:val="single"/>
        </w:rPr>
        <w:t xml:space="preserve">concur</w:t>
      </w:r>
      <w:r>
        <w:rPr>
          <w:b/>
          <w:bCs/>
        </w:rPr>
        <w:t xml:space="preserve"> </w:t>
      </w:r>
      <w:r>
        <w:rPr>
          <w:b/>
          <w:bCs/>
        </w:rPr>
        <w:t xml:space="preserve">with you in your call for negotiation.</w:t>
      </w:r>
      <w:r>
        <w:br/>
      </w:r>
      <w:r>
        <w:t xml:space="preserve">    (a) trade</w:t>
      </w:r>
      <w:r>
        <w:br/>
      </w:r>
      <w:r>
        <w:t xml:space="preserve">    (b) agree</w:t>
      </w:r>
      <w:r>
        <w:br/>
      </w:r>
      <w:r>
        <w:t xml:space="preserve">    (c) adapt</w:t>
      </w:r>
    </w:p>
    <w:p>
      <w:pPr>
        <w:pStyle w:val="Compact"/>
        <w:numPr>
          <w:ilvl w:val="0"/>
          <w:numId w:val="1001"/>
        </w:numPr>
      </w:pPr>
      <w:r>
        <w:rPr>
          <w:b/>
          <w:bCs/>
        </w:rPr>
        <w:t xml:space="preserve">To put it in the terms of St. Thomas Aquinas: An unjust law is a human law that is not rooted in eternal law and</w:t>
      </w:r>
      <w:r>
        <w:rPr>
          <w:b/>
          <w:bCs/>
        </w:rPr>
        <w:t xml:space="preserve"> </w:t>
      </w:r>
      <w:r>
        <w:rPr>
          <w:b/>
          <w:bCs/>
          <w:u w:val="single"/>
        </w:rPr>
        <w:t xml:space="preserve">natural law</w:t>
      </w:r>
      <w:r>
        <w:rPr>
          <w:b/>
          <w:bCs/>
        </w:rPr>
        <w:t xml:space="preserve">.</w:t>
      </w:r>
      <w:r>
        <w:br/>
      </w:r>
      <w:r>
        <w:t xml:space="preserve">    (a) the act of being in a working position; or the act of starting</w:t>
      </w:r>
      <w:r>
        <w:br/>
      </w:r>
      <w:r>
        <w:t xml:space="preserve">    (b) rules of conduct said to be universally desired by all peoples</w:t>
      </w:r>
      <w:r>
        <w:br/>
      </w:r>
      <w:r>
        <w:t xml:space="preserve">    (c) an expert who shares professional opinions in a specific field</w:t>
      </w:r>
    </w:p>
    <w:p>
      <w:pPr>
        <w:pStyle w:val="Compact"/>
        <w:numPr>
          <w:ilvl w:val="0"/>
          <w:numId w:val="1001"/>
        </w:numPr>
      </w:pPr>
      <w:r>
        <w:rPr>
          <w:b/>
          <w:bCs/>
        </w:rPr>
        <w:t xml:space="preserve">all sorts of</w:t>
      </w:r>
      <w:r>
        <w:rPr>
          <w:b/>
          <w:bCs/>
        </w:rPr>
        <w:t xml:space="preserve"> </w:t>
      </w:r>
      <w:r>
        <w:rPr>
          <w:b/>
          <w:bCs/>
          <w:u w:val="single"/>
        </w:rPr>
        <w:t xml:space="preserve">devious</w:t>
      </w:r>
      <w:r>
        <w:rPr>
          <w:b/>
          <w:bCs/>
        </w:rPr>
        <w:t xml:space="preserve"> </w:t>
      </w:r>
      <w:r>
        <w:rPr>
          <w:b/>
          <w:bCs/>
        </w:rPr>
        <w:t xml:space="preserve">methods are used to prevent Negroes from becoming registered voters,</w:t>
      </w:r>
      <w:r>
        <w:br/>
      </w:r>
      <w:r>
        <w:t xml:space="preserve">    (a) able to be persuaded to do something by tempting with pleasure or something desired</w:t>
      </w:r>
      <w:r>
        <w:br/>
      </w:r>
      <w:r>
        <w:t xml:space="preserve">    (b) relating to one-sided information that is purposefully spread to influence opinions</w:t>
      </w:r>
      <w:r>
        <w:br/>
      </w:r>
      <w:r>
        <w:t xml:space="preserve">    (c) deceitful (and possibly clever and complicated)</w:t>
      </w:r>
    </w:p>
    <w:p>
      <w:pPr>
        <w:pStyle w:val="Compact"/>
        <w:numPr>
          <w:ilvl w:val="0"/>
          <w:numId w:val="1001"/>
        </w:numPr>
      </w:pPr>
      <w:r>
        <w:rPr>
          <w:b/>
          <w:bCs/>
        </w:rPr>
        <w:t xml:space="preserve">That would lead to</w:t>
      </w:r>
      <w:r>
        <w:rPr>
          <w:b/>
          <w:bCs/>
        </w:rPr>
        <w:t xml:space="preserve"> </w:t>
      </w:r>
      <w:r>
        <w:rPr>
          <w:b/>
          <w:bCs/>
          <w:u w:val="single"/>
        </w:rPr>
        <w:t xml:space="preserve">anarchy</w:t>
      </w:r>
      <w:r>
        <w:rPr>
          <w:b/>
          <w:bCs/>
        </w:rPr>
        <w:t xml:space="preserve">.</w:t>
      </w:r>
      <w:r>
        <w:br/>
      </w:r>
      <w:r>
        <w:t xml:space="preserve">    (a) the complete absence of political authority or order</w:t>
      </w:r>
      <w:r>
        <w:br/>
      </w:r>
      <w:r>
        <w:t xml:space="preserve">    (b) one who believes that knowledge is acquired primarily by reason rather than by experience</w:t>
      </w:r>
      <w:r>
        <w:br/>
      </w:r>
      <w:r>
        <w:t xml:space="preserve">    (c) a hollow muscular organ in the pelvic cavity of females which can hold a developing fetus</w:t>
      </w:r>
    </w:p>
    <w:p>
      <w:pPr>
        <w:pStyle w:val="Compact"/>
        <w:numPr>
          <w:ilvl w:val="0"/>
          <w:numId w:val="1001"/>
        </w:numPr>
      </w:pPr>
      <w:r>
        <w:rPr>
          <w:b/>
          <w:bCs/>
        </w:rPr>
        <w:t xml:space="preserve">It was practiced superbly by the early Christians, who were willing to face hungry lions and the excruciating pain of chopping blocks rather than submit to certain unjust laws of the</w:t>
      </w:r>
      <w:r>
        <w:rPr>
          <w:b/>
          <w:bCs/>
        </w:rPr>
        <w:t xml:space="preserve"> </w:t>
      </w:r>
      <w:r>
        <w:rPr>
          <w:b/>
          <w:bCs/>
          <w:u w:val="single"/>
        </w:rPr>
        <w:t xml:space="preserve">Roman Empire</w:t>
      </w:r>
      <w:r>
        <w:rPr>
          <w:b/>
          <w:bCs/>
        </w:rPr>
        <w:t xml:space="preserve">.</w:t>
      </w:r>
      <w:r>
        <w:br/>
      </w:r>
      <w:r>
        <w:t xml:space="preserve">    (a) into a state where something can be seen clearly; or into a state where something has come into view</w:t>
      </w:r>
      <w:r>
        <w:br/>
      </w:r>
      <w:r>
        <w:t xml:space="preserve">    (b) an academic degree that typically requires 2 years of additional study after graduating from college</w:t>
      </w:r>
      <w:r>
        <w:br/>
      </w:r>
      <w:r>
        <w:t xml:space="preserve">    (c) Rome between the absolute rule of Augustus (27 BC) and the fall of the Western Roman Empire (476 AD)</w:t>
      </w:r>
    </w:p>
    <w:p>
      <w:pPr>
        <w:pStyle w:val="Compact"/>
        <w:numPr>
          <w:ilvl w:val="0"/>
          <w:numId w:val="1001"/>
        </w:numPr>
      </w:pPr>
      <w:r>
        <w:rPr>
          <w:b/>
          <w:bCs/>
        </w:rPr>
        <w:t xml:space="preserve">To a degree, academic freedom is a reality today because</w:t>
      </w:r>
      <w:r>
        <w:rPr>
          <w:b/>
          <w:bCs/>
        </w:rPr>
        <w:t xml:space="preserve"> </w:t>
      </w:r>
      <w:r>
        <w:rPr>
          <w:b/>
          <w:bCs/>
          <w:u w:val="single"/>
        </w:rPr>
        <w:t xml:space="preserve">Socrates</w:t>
      </w:r>
      <w:r>
        <w:rPr>
          <w:b/>
          <w:bCs/>
        </w:rPr>
        <w:t xml:space="preserve"> </w:t>
      </w:r>
      <w:r>
        <w:rPr>
          <w:b/>
          <w:bCs/>
        </w:rPr>
        <w:t xml:space="preserve">practiced civil disobedience.</w:t>
      </w:r>
      <w:r>
        <w:br/>
      </w:r>
      <w:r>
        <w:t xml:space="preserve">    (a) ancient Greek philosopher who did much to influence Western thinking (470-399 BC)</w:t>
      </w:r>
      <w:r>
        <w:br/>
      </w:r>
      <w:r>
        <w:t xml:space="preserve">    (b) of Judaism (the oldest of the three major monotheistic religions) or it's culture</w:t>
      </w:r>
      <w:r>
        <w:br/>
      </w:r>
      <w:r>
        <w:t xml:space="preserve">    (c) French painter who represents the bridge from impressionism to cubism (1839-1906)</w:t>
      </w:r>
    </w:p>
    <w:p>
      <w:pPr>
        <w:pStyle w:val="Compact"/>
        <w:numPr>
          <w:ilvl w:val="0"/>
          <w:numId w:val="1001"/>
        </w:numPr>
      </w:pPr>
      <w:r>
        <w:rPr>
          <w:b/>
          <w:bCs/>
        </w:rPr>
        <w:t xml:space="preserve">it is wrong to urge an individual to cease his efforts to gain his basic constitutional rights because the quest may</w:t>
      </w:r>
      <w:r>
        <w:rPr>
          <w:b/>
          <w:bCs/>
        </w:rPr>
        <w:t xml:space="preserve"> </w:t>
      </w:r>
      <w:r>
        <w:rPr>
          <w:b/>
          <w:bCs/>
          <w:u w:val="single"/>
        </w:rPr>
        <w:t xml:space="preserve">precipitate</w:t>
      </w:r>
      <w:r>
        <w:rPr>
          <w:b/>
          <w:bCs/>
        </w:rPr>
        <w:t xml:space="preserve"> </w:t>
      </w:r>
      <w:r>
        <w:rPr>
          <w:b/>
          <w:bCs/>
        </w:rPr>
        <w:t xml:space="preserve">violence.</w:t>
      </w:r>
      <w:r>
        <w:br/>
      </w:r>
      <w:r>
        <w:t xml:space="preserve">    (a) prevent</w:t>
      </w:r>
      <w:r>
        <w:br/>
      </w:r>
      <w:r>
        <w:t xml:space="preserve">    (b) lead to (make it happen quickly)</w:t>
      </w:r>
      <w:r>
        <w:br/>
      </w:r>
      <w:r>
        <w:t xml:space="preserve">    (c) immediately slow</w:t>
      </w:r>
    </w:p>
    <w:p>
      <w:pPr>
        <w:pStyle w:val="Compact"/>
        <w:numPr>
          <w:ilvl w:val="0"/>
          <w:numId w:val="1001"/>
        </w:numPr>
      </w:pPr>
      <w:r>
        <w:rPr>
          <w:b/>
          <w:bCs/>
        </w:rPr>
        <w:t xml:space="preserve">without this hard work, time itself becomes an ally of the forces of social</w:t>
      </w:r>
      <w:r>
        <w:rPr>
          <w:b/>
          <w:bCs/>
        </w:rPr>
        <w:t xml:space="preserve"> </w:t>
      </w:r>
      <w:r>
        <w:rPr>
          <w:b/>
          <w:bCs/>
          <w:u w:val="single"/>
        </w:rPr>
        <w:t xml:space="preserve">stagnation</w:t>
      </w:r>
      <w:r>
        <w:rPr>
          <w:b/>
          <w:bCs/>
        </w:rPr>
        <w:t xml:space="preserve">.</w:t>
      </w:r>
      <w:r>
        <w:br/>
      </w:r>
      <w:r>
        <w:t xml:space="preserve">    (a) lack of development</w:t>
      </w:r>
      <w:r>
        <w:br/>
      </w:r>
      <w:r>
        <w:t xml:space="preserve">    (b) the ability to take on or adopt</w:t>
      </w:r>
      <w:r>
        <w:br/>
      </w:r>
      <w:r>
        <w:t xml:space="preserve">    (c) calculating or judging too high</w:t>
      </w:r>
    </w:p>
    <w:p>
      <w:pPr>
        <w:pStyle w:val="Compact"/>
        <w:numPr>
          <w:ilvl w:val="0"/>
          <w:numId w:val="1001"/>
        </w:numPr>
      </w:pPr>
      <w:r>
        <w:rPr>
          <w:b/>
          <w:bCs/>
        </w:rPr>
        <w:t xml:space="preserve">this movement is made up of people who have lost faith in America, who have absolutely</w:t>
      </w:r>
      <w:r>
        <w:rPr>
          <w:b/>
          <w:bCs/>
        </w:rPr>
        <w:t xml:space="preserve"> </w:t>
      </w:r>
      <w:r>
        <w:rPr>
          <w:b/>
          <w:bCs/>
          <w:u w:val="single"/>
        </w:rPr>
        <w:t xml:space="preserve">repudiated</w:t>
      </w:r>
      <w:r>
        <w:rPr>
          <w:b/>
          <w:bCs/>
        </w:rPr>
        <w:t xml:space="preserve"> </w:t>
      </w:r>
      <w:r>
        <w:rPr>
          <w:b/>
          <w:bCs/>
        </w:rPr>
        <w:t xml:space="preserve">Christianity, and who have concluded that the white man is an incorrigible "devil."</w:t>
      </w:r>
      <w:r>
        <w:br/>
      </w:r>
      <w:r>
        <w:t xml:space="preserve">    (a) thought carefully</w:t>
      </w:r>
      <w:r>
        <w:br/>
      </w:r>
      <w:r>
        <w:t xml:space="preserve">    (b) strongly rejected</w:t>
      </w:r>
      <w:r>
        <w:br/>
      </w:r>
      <w:r>
        <w:t xml:space="preserve">    (c) guided or managed</w:t>
      </w:r>
    </w:p>
    <w:p>
      <w:pPr>
        <w:pStyle w:val="Compact"/>
        <w:numPr>
          <w:ilvl w:val="0"/>
          <w:numId w:val="1001"/>
        </w:numPr>
      </w:pPr>
      <w:r>
        <w:rPr>
          <w:b/>
          <w:bCs/>
        </w:rPr>
        <w:t xml:space="preserve">...has many pent up resentments and</w:t>
      </w:r>
      <w:r>
        <w:rPr>
          <w:b/>
          <w:bCs/>
        </w:rPr>
        <w:t xml:space="preserve"> </w:t>
      </w:r>
      <w:r>
        <w:rPr>
          <w:b/>
          <w:bCs/>
          <w:u w:val="single"/>
        </w:rPr>
        <w:t xml:space="preserve">latent</w:t>
      </w:r>
      <w:r>
        <w:rPr>
          <w:b/>
          <w:bCs/>
        </w:rPr>
        <w:t xml:space="preserve"> </w:t>
      </w:r>
      <w:r>
        <w:rPr>
          <w:b/>
          <w:bCs/>
        </w:rPr>
        <w:t xml:space="preserve">frustrations,</w:t>
      </w:r>
      <w:r>
        <w:br/>
      </w:r>
      <w:r>
        <w:t xml:space="preserve">    (a) relating to logical examination to improve understanding</w:t>
      </w:r>
      <w:r>
        <w:br/>
      </w:r>
      <w:r>
        <w:t xml:space="preserve">    (b) potentially existing but not presently evident or active</w:t>
      </w:r>
      <w:r>
        <w:br/>
      </w:r>
      <w:r>
        <w:t xml:space="preserve">    (c) the characteristic of tending to think back about things</w:t>
      </w:r>
    </w:p>
    <w:p>
      <w:pPr>
        <w:pStyle w:val="Compact"/>
        <w:numPr>
          <w:ilvl w:val="0"/>
          <w:numId w:val="1001"/>
        </w:numPr>
      </w:pPr>
      <w:r>
        <w:rPr>
          <w:b/>
          <w:bCs/>
        </w:rPr>
        <w:t xml:space="preserve">And</w:t>
      </w:r>
      <w:r>
        <w:rPr>
          <w:b/>
          <w:bCs/>
        </w:rPr>
        <w:t xml:space="preserve"> </w:t>
      </w:r>
      <w:r>
        <w:rPr>
          <w:b/>
          <w:bCs/>
          <w:u w:val="single"/>
        </w:rPr>
        <w:t xml:space="preserve">Abraham Lincoln</w:t>
      </w:r>
      <w:r>
        <w:rPr>
          <w:b/>
          <w:bCs/>
        </w:rPr>
        <w:t xml:space="preserve">: "This nation cannot survive half slave and half free."</w:t>
      </w:r>
      <w:r>
        <w:br/>
      </w:r>
      <w:r>
        <w:t xml:space="preserve">    (a) U.S. president who led the country through World War II and created the New Deal (1882–1945)</w:t>
      </w:r>
      <w:r>
        <w:br/>
      </w:r>
      <w:r>
        <w:t xml:space="preserve">    (b) U.S. president who wrote the Declaration of Independence (1743–1826)</w:t>
      </w:r>
      <w:r>
        <w:br/>
      </w:r>
      <w:r>
        <w:t xml:space="preserve">    (c) U.S. president who led during the Civil War and ended slavery before being assassinated (1809-1865)</w:t>
      </w:r>
    </w:p>
    <w:p>
      <w:pPr>
        <w:pStyle w:val="Compact"/>
        <w:numPr>
          <w:ilvl w:val="0"/>
          <w:numId w:val="1001"/>
        </w:numPr>
      </w:pPr>
      <w:r>
        <w:rPr>
          <w:b/>
          <w:bCs/>
        </w:rPr>
        <w:t xml:space="preserve">They have</w:t>
      </w:r>
      <w:r>
        <w:rPr>
          <w:b/>
          <w:bCs/>
        </w:rPr>
        <w:t xml:space="preserve"> </w:t>
      </w:r>
      <w:r>
        <w:rPr>
          <w:b/>
          <w:bCs/>
          <w:u w:val="single"/>
        </w:rPr>
        <w:t xml:space="preserve">languished</w:t>
      </w:r>
      <w:r>
        <w:rPr>
          <w:b/>
          <w:bCs/>
        </w:rPr>
        <w:t xml:space="preserve"> </w:t>
      </w:r>
      <w:r>
        <w:rPr>
          <w:b/>
          <w:bCs/>
        </w:rPr>
        <w:t xml:space="preserve">in filthy, roach infested jails,</w:t>
      </w:r>
      <w:r>
        <w:br/>
      </w:r>
      <w:r>
        <w:t xml:space="preserve">    (a) thought carefully and made a judgment about</w:t>
      </w:r>
      <w:r>
        <w:br/>
      </w:r>
      <w:r>
        <w:t xml:space="preserve">    (b) suffered in a bad situation for a long time</w:t>
      </w:r>
      <w:r>
        <w:br/>
      </w:r>
      <w:r>
        <w:t xml:space="preserve">    (c) made appropriate in size, amount, or degree</w:t>
      </w:r>
    </w:p>
    <w:p>
      <w:pPr>
        <w:pStyle w:val="Compact"/>
        <w:numPr>
          <w:ilvl w:val="0"/>
          <w:numId w:val="1001"/>
        </w:numPr>
      </w:pPr>
      <w:r>
        <w:rPr>
          <w:b/>
          <w:bCs/>
        </w:rPr>
        <w:t xml:space="preserve">Unlike so many of their moderate brothers and sisters, they have recognized the urgency of the moment and sensed the need for powerful "action"</w:t>
      </w:r>
      <w:r>
        <w:rPr>
          <w:b/>
          <w:bCs/>
        </w:rPr>
        <w:t xml:space="preserve"> </w:t>
      </w:r>
      <w:r>
        <w:rPr>
          <w:b/>
          <w:bCs/>
          <w:u w:val="single"/>
        </w:rPr>
        <w:t xml:space="preserve">antidotes</w:t>
      </w:r>
      <w:r>
        <w:rPr>
          <w:b/>
          <w:bCs/>
        </w:rPr>
        <w:t xml:space="preserve"> </w:t>
      </w:r>
      <w:r>
        <w:rPr>
          <w:b/>
          <w:bCs/>
        </w:rPr>
        <w:t xml:space="preserve">to combat the disease of segregation.</w:t>
      </w:r>
      <w:r>
        <w:br/>
      </w:r>
      <w:r>
        <w:t xml:space="preserve">    (a) cures for something bad</w:t>
      </w:r>
      <w:r>
        <w:br/>
      </w:r>
      <w:r>
        <w:t xml:space="preserve">    (b) mirrors back (an image)</w:t>
      </w:r>
      <w:r>
        <w:br/>
      </w:r>
      <w:r>
        <w:t xml:space="preserve">    (c) creates dramatic change</w:t>
      </w:r>
    </w:p>
    <w:p>
      <w:pPr>
        <w:pStyle w:val="Compact"/>
        <w:numPr>
          <w:ilvl w:val="0"/>
          <w:numId w:val="1001"/>
        </w:numPr>
      </w:pPr>
      <w:r>
        <w:rPr>
          <w:b/>
          <w:bCs/>
        </w:rPr>
        <w:t xml:space="preserve">And I have watched many churches commit themselves to a completely other worldly religion which makes a strange, un-Biblical distinction between body and soul, between the sacred and the</w:t>
      </w:r>
      <w:r>
        <w:rPr>
          <w:b/>
          <w:bCs/>
        </w:rPr>
        <w:t xml:space="preserve"> </w:t>
      </w:r>
      <w:r>
        <w:rPr>
          <w:b/>
          <w:bCs/>
          <w:u w:val="single"/>
        </w:rPr>
        <w:t xml:space="preserve">secular</w:t>
      </w:r>
      <w:r>
        <w:rPr>
          <w:b/>
          <w:bCs/>
        </w:rPr>
        <w:t xml:space="preserve">.</w:t>
      </w:r>
      <w:r>
        <w:br/>
      </w:r>
      <w:r>
        <w:t xml:space="preserve">    (a) not religious</w:t>
      </w:r>
      <w:r>
        <w:br/>
      </w:r>
      <w:r>
        <w:t xml:space="preserve">    (b) not important</w:t>
      </w:r>
      <w:r>
        <w:br/>
      </w:r>
      <w:r>
        <w:t xml:space="preserve">    (c) inappropriate</w:t>
      </w:r>
    </w:p>
    <w:p>
      <w:pPr>
        <w:pStyle w:val="Compact"/>
        <w:numPr>
          <w:ilvl w:val="0"/>
          <w:numId w:val="1001"/>
        </w:numPr>
      </w:pPr>
      <w:r>
        <w:rPr>
          <w:b/>
          <w:bCs/>
        </w:rPr>
        <w:t xml:space="preserve">Where were their voices when the lips of Governor Barnett dripped with words of</w:t>
      </w:r>
      <w:r>
        <w:rPr>
          <w:b/>
          <w:bCs/>
        </w:rPr>
        <w:t xml:space="preserve"> </w:t>
      </w:r>
      <w:r>
        <w:rPr>
          <w:b/>
          <w:bCs/>
          <w:u w:val="single"/>
        </w:rPr>
        <w:t xml:space="preserve">interposition</w:t>
      </w:r>
      <w:r>
        <w:rPr>
          <w:b/>
          <w:bCs/>
        </w:rPr>
        <w:t xml:space="preserve"> </w:t>
      </w:r>
      <w:r>
        <w:rPr>
          <w:b/>
          <w:bCs/>
        </w:rPr>
        <w:t xml:space="preserve">and nullification?</w:t>
      </w:r>
      <w:r>
        <w:br/>
      </w:r>
      <w:r>
        <w:t xml:space="preserve">    (a) insertion</w:t>
      </w:r>
      <w:r>
        <w:br/>
      </w:r>
      <w:r>
        <w:t xml:space="preserve">    (b) someone involved in challenging, arguing about, or fighting over something</w:t>
      </w:r>
      <w:r>
        <w:br/>
      </w:r>
      <w:r>
        <w:t xml:space="preserve">    (c) the act of again being in a working position; or the act of starting again</w:t>
      </w:r>
    </w:p>
    <w:p>
      <w:pPr>
        <w:pStyle w:val="Compact"/>
        <w:numPr>
          <w:ilvl w:val="0"/>
          <w:numId w:val="1001"/>
        </w:numPr>
      </w:pPr>
      <w:r>
        <w:rPr>
          <w:b/>
          <w:bCs/>
        </w:rPr>
        <w:t xml:space="preserve">In deep disappointment I have wept over the</w:t>
      </w:r>
      <w:r>
        <w:rPr>
          <w:b/>
          <w:bCs/>
        </w:rPr>
        <w:t xml:space="preserve"> </w:t>
      </w:r>
      <w:r>
        <w:rPr>
          <w:b/>
          <w:bCs/>
          <w:u w:val="single"/>
        </w:rPr>
        <w:t xml:space="preserve">laxity</w:t>
      </w:r>
      <w:r>
        <w:rPr>
          <w:b/>
          <w:bCs/>
        </w:rPr>
        <w:t xml:space="preserve"> </w:t>
      </w:r>
      <w:r>
        <w:rPr>
          <w:b/>
          <w:bCs/>
        </w:rPr>
        <w:t xml:space="preserve">of the church.</w:t>
      </w:r>
      <w:r>
        <w:br/>
      </w:r>
      <w:r>
        <w:t xml:space="preserve">    (a) a type of small portable radio</w:t>
      </w:r>
      <w:r>
        <w:br/>
      </w:r>
      <w:r>
        <w:t xml:space="preserve">    (b) a change; or a changed version</w:t>
      </w:r>
      <w:r>
        <w:br/>
      </w:r>
      <w:r>
        <w:t xml:space="preserve">    (c) lack of strictness or strength</w:t>
      </w:r>
    </w:p>
    <w:p>
      <w:pPr>
        <w:pStyle w:val="Compact"/>
        <w:numPr>
          <w:ilvl w:val="0"/>
          <w:numId w:val="1001"/>
        </w:numPr>
      </w:pPr>
      <w:r>
        <w:rPr>
          <w:b/>
          <w:bCs/>
        </w:rPr>
        <w:t xml:space="preserve">In those days the church was not merely a thermometer that recorded the ideas and principles of popular opinion; it was a thermostat that transformed the</w:t>
      </w:r>
      <w:r>
        <w:rPr>
          <w:b/>
          <w:bCs/>
        </w:rPr>
        <w:t xml:space="preserve"> </w:t>
      </w:r>
      <w:r>
        <w:rPr>
          <w:b/>
          <w:bCs/>
          <w:u w:val="single"/>
        </w:rPr>
        <w:t xml:space="preserve">mores</w:t>
      </w:r>
      <w:r>
        <w:rPr>
          <w:b/>
          <w:bCs/>
        </w:rPr>
        <w:t xml:space="preserve"> </w:t>
      </w:r>
      <w:r>
        <w:rPr>
          <w:b/>
          <w:bCs/>
        </w:rPr>
        <w:t xml:space="preserve">of society.</w:t>
      </w:r>
      <w:r>
        <w:br/>
      </w:r>
      <w:r>
        <w:t xml:space="preserve">    (a) acts of again being in a working position; or acts of starting again</w:t>
      </w:r>
      <w:r>
        <w:br/>
      </w:r>
      <w:r>
        <w:t xml:space="preserve">    (b) a system of logical examination of something to better understand it</w:t>
      </w:r>
      <w:r>
        <w:br/>
      </w:r>
      <w:r>
        <w:t xml:space="preserve">    (c) the conventions and values that are important to a group</w:t>
      </w:r>
    </w:p>
    <w:p>
      <w:pPr>
        <w:pStyle w:val="Compact"/>
        <w:numPr>
          <w:ilvl w:val="0"/>
          <w:numId w:val="1001"/>
        </w:numPr>
      </w:pPr>
      <w:r>
        <w:rPr>
          <w:b/>
          <w:bCs/>
        </w:rPr>
        <w:t xml:space="preserve">If today's church does not recapture the sacrificial spirit of the early church, it will lose its</w:t>
      </w:r>
      <w:r>
        <w:rPr>
          <w:b/>
          <w:bCs/>
        </w:rPr>
        <w:t xml:space="preserve"> </w:t>
      </w:r>
      <w:r>
        <w:rPr>
          <w:b/>
          <w:bCs/>
          <w:u w:val="single"/>
        </w:rPr>
        <w:t xml:space="preserve">authenticity</w:t>
      </w:r>
      <w:r>
        <w:rPr>
          <w:b/>
          <w:bCs/>
        </w:rPr>
        <w:t xml:space="preserve">, forfeit the loyalty of millions, and be dismissed as an irrelevant social club with no meaning for the twentieth century.</w:t>
      </w:r>
      <w:r>
        <w:br/>
      </w:r>
      <w:r>
        <w:t xml:space="preserve">    (a) not mirroring back (an image)</w:t>
      </w:r>
      <w:r>
        <w:br/>
      </w:r>
      <w:r>
        <w:t xml:space="preserve">    (b) quality of being real or true</w:t>
      </w:r>
      <w:r>
        <w:br/>
      </w:r>
      <w:r>
        <w:t xml:space="preserve">    (c) not recognizable as different</w:t>
      </w:r>
    </w:p>
    <w:p>
      <w:pPr>
        <w:pStyle w:val="Compact"/>
        <w:numPr>
          <w:ilvl w:val="0"/>
          <w:numId w:val="1001"/>
        </w:numPr>
      </w:pPr>
      <w:r>
        <w:rPr>
          <w:b/>
          <w:bCs/>
        </w:rPr>
        <w:t xml:space="preserve">Before closing I feel</w:t>
      </w:r>
      <w:r>
        <w:rPr>
          <w:b/>
          <w:bCs/>
        </w:rPr>
        <w:t xml:space="preserve"> </w:t>
      </w:r>
      <w:r>
        <w:rPr>
          <w:b/>
          <w:bCs/>
          <w:u w:val="single"/>
        </w:rPr>
        <w:t xml:space="preserve">impelled</w:t>
      </w:r>
      <w:r>
        <w:rPr>
          <w:b/>
          <w:bCs/>
        </w:rPr>
        <w:t xml:space="preserve"> </w:t>
      </w:r>
      <w:r>
        <w:rPr>
          <w:b/>
          <w:bCs/>
        </w:rPr>
        <w:t xml:space="preserve">to mention one other point in your statement that has troubled me profoundly.</w:t>
      </w:r>
      <w:r>
        <w:br/>
      </w:r>
      <w:r>
        <w:t xml:space="preserve">    (a) concentrated, look at, or paid attention to</w:t>
      </w:r>
      <w:r>
        <w:br/>
      </w:r>
      <w:r>
        <w:t xml:space="preserve">    (b) made appropriate in size, amount, or degree</w:t>
      </w:r>
      <w:r>
        <w:br/>
      </w:r>
      <w:r>
        <w:t xml:space="preserve">    (c) to make someone feel they must do something</w:t>
      </w:r>
    </w:p>
    <w:p>
      <w:pPr>
        <w:pStyle w:val="Compact"/>
        <w:numPr>
          <w:ilvl w:val="0"/>
          <w:numId w:val="1001"/>
        </w:numPr>
      </w:pPr>
      <w:r>
        <w:rPr>
          <w:b/>
          <w:bCs/>
        </w:rPr>
        <w:t xml:space="preserve">Let us all hope that the dark clouds of racial prejudice will soon pass away and the deep fog of misunderstanding will be lifted from our fear drenched communities, and in some not too distant tomorrow the radiant stars of love and brotherhood will shine over our great nation with all their</w:t>
      </w:r>
      <w:r>
        <w:rPr>
          <w:b/>
          <w:bCs/>
        </w:rPr>
        <w:t xml:space="preserve"> </w:t>
      </w:r>
      <w:r>
        <w:rPr>
          <w:b/>
          <w:bCs/>
          <w:u w:val="single"/>
        </w:rPr>
        <w:t xml:space="preserve">scintillating</w:t>
      </w:r>
      <w:r>
        <w:rPr>
          <w:b/>
          <w:bCs/>
        </w:rPr>
        <w:t xml:space="preserve"> </w:t>
      </w:r>
      <w:r>
        <w:rPr>
          <w:b/>
          <w:bCs/>
        </w:rPr>
        <w:t xml:space="preserve">beauty.</w:t>
      </w:r>
      <w:r>
        <w:br/>
      </w:r>
      <w:r>
        <w:t xml:space="preserve">    (a) interacting, interesting, or attracting</w:t>
      </w:r>
      <w:r>
        <w:br/>
      </w:r>
      <w:r>
        <w:t xml:space="preserve">    (b) showing brilliant light in a flickering manner; or very stimulating</w:t>
      </w:r>
      <w:r>
        <w:br/>
      </w:r>
      <w:r>
        <w:t xml:space="preserve">    (c) making different; or showing difference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2026-07-31T17:02:29Z</dcterms:created>
  <dcterms:modified xsi:type="dcterms:W3CDTF">2026-07-31T17:02:29Z</dcterms:modified>
</cp:coreProperties>
</file>

<file path=docProps/custom.xml><?xml version="1.0" encoding="utf-8"?>
<Properties xmlns="http://schemas.openxmlformats.org/officeDocument/2006/custom-properties" xmlns:vt="http://schemas.openxmlformats.org/officeDocument/2006/docPropsVTypes"/>
</file>