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31dc9e34ccf9b95a7aa81f58ee0781fd30856b7"/>
    <w:p>
      <w:pPr>
        <w:pStyle w:val="Heading1"/>
      </w:pPr>
      <w:r>
        <w:rPr>
          <w:b/>
          <w:bCs/>
        </w:rPr>
        <w:t xml:space="preserve">Lee Surrenders to Grant</w:t>
      </w:r>
      <w:r>
        <w:br/>
      </w:r>
      <w:r>
        <w:rPr>
          <w:i/>
          <w:iCs/>
        </w:rPr>
        <w:t xml:space="preserve">Horace Porter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"Yes," replied General Lee, "I know I met you on that occasion, and I have often thought of it and tried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recollect</w:t>
      </w:r>
      <w:r>
        <w:rPr>
          <w:b/>
          <w:bCs/>
        </w:rPr>
        <w:t xml:space="preserve"> </w:t>
      </w:r>
      <w:r>
        <w:rPr>
          <w:b/>
          <w:bCs/>
        </w:rPr>
        <w:t xml:space="preserve">how you looked, but I have never been able to recall a single feature."</w:t>
      </w:r>
      <w:r>
        <w:br/>
      </w:r>
      <w:r>
        <w:t xml:space="preserve">    (a) remember</w:t>
      </w:r>
      <w:r>
        <w:br/>
      </w:r>
      <w:r>
        <w:t xml:space="preserve">    (b) subtract</w:t>
      </w:r>
      <w:r>
        <w:br/>
      </w:r>
      <w:r>
        <w:t xml:space="preserve">    (c) disagree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General Grant replied: "The terms I propose are those stated substantially in my letter of yesterday—that is, the officers and men surrendered to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paroled</w:t>
      </w:r>
      <w:r>
        <w:rPr>
          <w:b/>
          <w:bCs/>
        </w:rPr>
        <w:t xml:space="preserve"> </w:t>
      </w:r>
      <w:r>
        <w:rPr>
          <w:b/>
          <w:bCs/>
        </w:rPr>
        <w:t xml:space="preserve">and disqualified from taking up arms again until properly exchanged, and all arms, ammunition, and supplies to be delivered up as captured property."</w:t>
      </w:r>
      <w:r>
        <w:br/>
      </w:r>
      <w:r>
        <w:t xml:space="preserve">    (a) ignored someone's wishes or caused inconvenience or discomfort</w:t>
      </w:r>
      <w:r>
        <w:br/>
      </w:r>
      <w:r>
        <w:t xml:space="preserve">    (b) encouraged growth or excitement, or caused something to happen</w:t>
      </w:r>
      <w:r>
        <w:br/>
      </w:r>
      <w:r>
        <w:t xml:space="preserve">    (c) released from imprisonment early if special conditions are met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Lee nodded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assent</w:t>
      </w:r>
      <w:r>
        <w:rPr>
          <w:b/>
          <w:bCs/>
        </w:rPr>
        <w:t xml:space="preserve">, and said: "Those are about the conditions which I expected would be proposed."</w:t>
      </w:r>
      <w:r>
        <w:br/>
      </w:r>
      <w:r>
        <w:t xml:space="preserve">    (a) removing the favoring any side in a contest, war, disagreement, or other dispute</w:t>
      </w:r>
      <w:r>
        <w:br/>
      </w:r>
      <w:r>
        <w:t xml:space="preserve">    (b) to release from slavery or servitude; or (metaphorically) from social restraints</w:t>
      </w:r>
      <w:r>
        <w:br/>
      </w:r>
      <w:r>
        <w:t xml:space="preserve">    (c) to express agreement -- especially with a statement or proposal to do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General Grant then continued: "Yes, I think 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correspondence</w:t>
      </w:r>
      <w:r>
        <w:rPr>
          <w:b/>
          <w:bCs/>
        </w:rPr>
        <w:t xml:space="preserve"> </w:t>
      </w:r>
      <w:r>
        <w:rPr>
          <w:b/>
          <w:bCs/>
        </w:rPr>
        <w:t xml:space="preserve">indicated pretty clearly the action that would be taken at our meeting; and I hope it may lead to a general suspension of hostilities and be the means of preventing any further loss of life."</w:t>
      </w:r>
      <w:r>
        <w:br/>
      </w:r>
      <w:r>
        <w:t xml:space="preserve">    (a) communication by written letters or messages</w:t>
      </w:r>
      <w:r>
        <w:br/>
      </w:r>
      <w:r>
        <w:t xml:space="preserve">    (b) Nazi organization for children aged 10 to 18</w:t>
      </w:r>
      <w:r>
        <w:br/>
      </w:r>
      <w:r>
        <w:t xml:space="preserve">    (c) found a condition or substance to be present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Lee inclined his head 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indicating</w:t>
      </w:r>
      <w:r>
        <w:rPr>
          <w:b/>
          <w:bCs/>
        </w:rPr>
        <w:t xml:space="preserve"> </w:t>
      </w:r>
      <w:r>
        <w:rPr>
          <w:b/>
          <w:bCs/>
        </w:rPr>
        <w:t xml:space="preserve">his accord with this wish, and General Grant then went on to talk at some length in a very pleasant vein about the prospects of peace.</w:t>
      </w:r>
      <w:r>
        <w:br/>
      </w:r>
      <w:r>
        <w:t xml:space="preserve">    (a) showing</w:t>
      </w:r>
      <w:r>
        <w:br/>
      </w:r>
      <w:r>
        <w:t xml:space="preserve">    (b) drawing</w:t>
      </w:r>
      <w:r>
        <w:br/>
      </w:r>
      <w:r>
        <w:t xml:space="preserve">    (c) trading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said afterward that this set him to thinking that it would be an unnecessary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humiliation</w:t>
      </w:r>
      <w:r>
        <w:rPr>
          <w:b/>
          <w:bCs/>
        </w:rPr>
        <w:t xml:space="preserve"> </w:t>
      </w:r>
      <w:r>
        <w:rPr>
          <w:b/>
          <w:bCs/>
        </w:rPr>
        <w:t xml:space="preserve">to require the officers to surrender their swords, and a great hardship to deprive them of their personal baggage and horses, and after a short pause he wrote the sentence: "This will not embrace the side-arms of the officers, nor their private horses or baggage."</w:t>
      </w:r>
      <w:r>
        <w:br/>
      </w:r>
      <w:r>
        <w:t xml:space="preserve">    (a) extremely embarrass (decrease dignity, self-respect, or pride -- especially in front of others)</w:t>
      </w:r>
      <w:r>
        <w:br/>
      </w:r>
      <w:r>
        <w:t xml:space="preserve">    (b) "spiritually renew" in a Christian ceremony  OR  initiate or purify by a challenging experience</w:t>
      </w:r>
      <w:r>
        <w:br/>
      </w:r>
      <w:r>
        <w:t xml:space="preserve">    (c) a sexually transmitted disease that, if treated early, can be completely cured with antibiotics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said afterward that this set him to thinking that it would be an unnecessary humiliation to require the officers to surrender their swords, and a great hardship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deprive</w:t>
      </w:r>
      <w:r>
        <w:rPr>
          <w:b/>
          <w:bCs/>
        </w:rPr>
        <w:t xml:space="preserve"> </w:t>
      </w:r>
      <w:r>
        <w:rPr>
          <w:b/>
          <w:bCs/>
        </w:rPr>
        <w:t xml:space="preserve">them of their personal baggage and horses, and after a short pause he wrote the sentence: "This will not embrace the side-arms of the officers, nor their private horses or baggage."</w:t>
      </w:r>
      <w:r>
        <w:br/>
      </w:r>
      <w:r>
        <w:t xml:space="preserve">    (a) of the Netherlands or its people</w:t>
      </w:r>
      <w:r>
        <w:br/>
      </w:r>
      <w:r>
        <w:t xml:space="preserve">    (b) referring to any rocky mountains</w:t>
      </w:r>
      <w:r>
        <w:br/>
      </w:r>
      <w:r>
        <w:t xml:space="preserve">    (c) to take away or keep from having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doubtless the condition mentioned to which he particularly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alluded</w:t>
      </w:r>
      <w:r>
        <w:rPr>
          <w:b/>
          <w:bCs/>
        </w:rPr>
        <w:t xml:space="preserve"> </w:t>
      </w:r>
      <w:r>
        <w:rPr>
          <w:b/>
          <w:bCs/>
        </w:rPr>
        <w:t xml:space="preserve">when he looked toward General Grant as he finished reading and said with some degree of warmth in his manner: "This will have a very happy effect upon my army."</w:t>
      </w:r>
      <w:r>
        <w:br/>
      </w:r>
      <w:r>
        <w:t xml:space="preserve">    (a) indirectly referenced</w:t>
      </w:r>
      <w:r>
        <w:br/>
      </w:r>
      <w:r>
        <w:t xml:space="preserve">    (b) gained advantage from</w:t>
      </w:r>
      <w:r>
        <w:br/>
      </w:r>
      <w:r>
        <w:t xml:space="preserve">    (c) marked important text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expression attracted the notice of our officers present, as showing how firmly the conviction was grounded in his mind that we were two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distinct</w:t>
      </w:r>
      <w:r>
        <w:rPr>
          <w:b/>
          <w:bCs/>
        </w:rPr>
        <w:t xml:space="preserve"> </w:t>
      </w:r>
      <w:r>
        <w:rPr>
          <w:b/>
          <w:bCs/>
        </w:rPr>
        <w:t xml:space="preserve">countries.</w:t>
      </w:r>
      <w:r>
        <w:br/>
      </w:r>
      <w:r>
        <w:t xml:space="preserve">    (a) not capable of being better understood through detailed examination</w:t>
      </w:r>
      <w:r>
        <w:br/>
      </w:r>
      <w:r>
        <w:t xml:space="preserve">    (b) clear, easily noticed, and/or identifiable as different or separate</w:t>
      </w:r>
      <w:r>
        <w:br/>
      </w:r>
      <w:r>
        <w:t xml:space="preserve">    (c) unbelieving; or having difficulty accepting something so unexpected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General Lee now took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initiative</w:t>
      </w:r>
      <w:r>
        <w:rPr>
          <w:b/>
          <w:bCs/>
        </w:rPr>
        <w:t xml:space="preserve"> </w:t>
      </w:r>
      <w:r>
        <w:rPr>
          <w:b/>
          <w:bCs/>
        </w:rPr>
        <w:t xml:space="preserve">again in leading the conversation back into business channels.</w:t>
      </w:r>
      <w:r>
        <w:br/>
      </w:r>
      <w:r>
        <w:t xml:space="preserve">    (a) someone who is not civilized or not moral  OR  an offensive term for a person who does not believe in a preferred religion</w:t>
      </w:r>
      <w:r>
        <w:br/>
      </w:r>
      <w:r>
        <w:t xml:space="preserve">    (b) the state of not being relevant (not related to the subject being considered, or not important enough to want to consider)</w:t>
      </w:r>
      <w:r>
        <w:br/>
      </w:r>
      <w:r>
        <w:t xml:space="preserve">    (c) the ability and tendency to determine what should be done and to start doing it without instruction; or to start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have been living for the last few days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principally</w:t>
      </w:r>
      <w:r>
        <w:rPr>
          <w:b/>
          <w:bCs/>
        </w:rPr>
        <w:t xml:space="preserve"> </w:t>
      </w:r>
      <w:r>
        <w:rPr>
          <w:b/>
          <w:bCs/>
        </w:rPr>
        <w:t xml:space="preserve">upon parched corn, and we are badly in need of both rations and forage....</w:t>
      </w:r>
      <w:r>
        <w:br/>
      </w:r>
      <w:r>
        <w:t xml:space="preserve">    (a) in an offensively bold manner</w:t>
      </w:r>
      <w:r>
        <w:br/>
      </w:r>
      <w:r>
        <w:t xml:space="preserve">    (b) in a manner that is poisonous</w:t>
      </w:r>
      <w:r>
        <w:br/>
      </w:r>
      <w:r>
        <w:t xml:space="preserve">    (c) primarily or most importantly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have been living for the last few days principally upon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parched</w:t>
      </w:r>
      <w:r>
        <w:rPr>
          <w:b/>
          <w:bCs/>
        </w:rPr>
        <w:t xml:space="preserve"> </w:t>
      </w:r>
      <w:r>
        <w:rPr>
          <w:b/>
          <w:bCs/>
        </w:rPr>
        <w:t xml:space="preserve">corn, and we are badly in need of both rations and forage....</w:t>
      </w:r>
      <w:r>
        <w:br/>
      </w:r>
      <w:r>
        <w:t xml:space="preserve">    (a) dried out by heat or excessive exposure to sunlight; or very thirsty</w:t>
      </w:r>
      <w:r>
        <w:br/>
      </w:r>
      <w:r>
        <w:t xml:space="preserve">    (b) convinced (someone) that an idea previously believed was not correct</w:t>
      </w:r>
      <w:r>
        <w:br/>
      </w:r>
      <w:r>
        <w:t xml:space="preserve">    (c) not with energy redirected from a negative impulse to a positive one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have been living for the last few days principally upon parched corn, and we are badly in need of both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rations</w:t>
      </w:r>
      <w:r>
        <w:rPr>
          <w:b/>
          <w:bCs/>
        </w:rPr>
        <w:t xml:space="preserve"> </w:t>
      </w:r>
      <w:r>
        <w:rPr>
          <w:b/>
          <w:bCs/>
        </w:rPr>
        <w:t xml:space="preserve">and forage....</w:t>
      </w:r>
      <w:r>
        <w:br/>
      </w:r>
      <w:r>
        <w:t xml:space="preserve">    (a) atones (demonstrates sorrow for a wrong either by doing something good in return for the wrong, or by accepting punishment)</w:t>
      </w:r>
      <w:r>
        <w:br/>
      </w:r>
      <w:r>
        <w:t xml:space="preserve">    (b) a fixed share of something, especially scarce goods like food or fuel; or to limit and distribute something in fixed shares</w:t>
      </w:r>
      <w:r>
        <w:br/>
      </w:r>
      <w:r>
        <w:t xml:space="preserve">    (c) removes or suppress anything considered obscene, immoral, or politically unacceptable  OR  people who does such suppression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have been living for the last few days principally upon parched corn, and we are badly in need of both rations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forage</w:t>
      </w:r>
      <w:r>
        <w:rPr>
          <w:b/>
          <w:bCs/>
        </w:rPr>
        <w:t xml:space="preserve">....</w:t>
      </w:r>
      <w:r>
        <w:br/>
      </w:r>
      <w:r>
        <w:t xml:space="preserve">    (a) search for and gather -- often food and provisions</w:t>
      </w:r>
      <w:r>
        <w:br/>
      </w:r>
      <w:r>
        <w:t xml:space="preserve">    (b) something of small importance; or a small quantity</w:t>
      </w:r>
      <w:r>
        <w:br/>
      </w:r>
      <w:r>
        <w:t xml:space="preserve">    (c) leave a place, job or position previously occupied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2026-07-31T19:02:27Z</dcterms:created>
  <dcterms:modified xsi:type="dcterms:W3CDTF">2026-07-31T19:02:27Z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