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5223fa2b57d9c6df006e8b2414fe60ccfd201da"/>
    <w:p>
      <w:pPr>
        <w:pStyle w:val="Heading1"/>
      </w:pPr>
      <w:r>
        <w:rPr>
          <w:b/>
          <w:bCs/>
        </w:rPr>
        <w:t xml:space="preserve">Leaves of Grass</w:t>
      </w:r>
      <w:r>
        <w:br/>
      </w:r>
      <w:r>
        <w:rPr>
          <w:i/>
          <w:iCs/>
        </w:rPr>
        <w:t xml:space="preserve">Walt Whitman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team's victory depended on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aggregate</w:t>
      </w:r>
      <w:r>
        <w:rPr>
          <w:b/>
          <w:bCs/>
        </w:rPr>
        <w:t xml:space="preserve"> </w:t>
      </w:r>
      <w:r>
        <w:rPr>
          <w:b/>
          <w:bCs/>
        </w:rPr>
        <w:t xml:space="preserve">of every player's contributions.</w:t>
      </w:r>
      <w:r>
        <w:br/>
      </w:r>
      <w:r>
        <w:t xml:space="preserve">    (a) final desperate push</w:t>
      </w:r>
      <w:r>
        <w:br/>
      </w:r>
      <w:r>
        <w:t xml:space="preserve">    (b) total combined sum</w:t>
      </w:r>
      <w:r>
        <w:br/>
      </w:r>
      <w:r>
        <w:t xml:space="preserve">    (c) single key effort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watched the hot-air balloon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ascend</w:t>
      </w:r>
      <w:r>
        <w:rPr>
          <w:b/>
          <w:bCs/>
        </w:rPr>
        <w:t xml:space="preserve"> </w:t>
      </w:r>
      <w:r>
        <w:rPr>
          <w:b/>
          <w:bCs/>
        </w:rPr>
        <w:t xml:space="preserve">slowly into the clear morning sky.</w:t>
      </w:r>
      <w:r>
        <w:br/>
      </w:r>
      <w:r>
        <w:t xml:space="preserve">    (a) drift downward</w:t>
      </w:r>
      <w:r>
        <w:br/>
      </w:r>
      <w:r>
        <w:t xml:space="preserve">    (b) spin in place</w:t>
      </w:r>
      <w:r>
        <w:br/>
      </w:r>
      <w:r>
        <w:t xml:space="preserve">    (c) move upward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calls himself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bard</w:t>
      </w:r>
      <w:r>
        <w:rPr>
          <w:b/>
          <w:bCs/>
        </w:rPr>
        <w:t xml:space="preserve"> </w:t>
      </w:r>
      <w:r>
        <w:rPr>
          <w:b/>
          <w:bCs/>
        </w:rPr>
        <w:t xml:space="preserve">from Brooklyn.</w:t>
      </w:r>
      <w:r>
        <w:br/>
      </w:r>
      <w:r>
        <w:t xml:space="preserve">    (a) someone who knows everything about everyone</w:t>
      </w:r>
      <w:r>
        <w:br/>
      </w:r>
      <w:r>
        <w:t xml:space="preserve">    (b) someone who composes and shares poems about important events and people</w:t>
      </w:r>
      <w:r>
        <w:br/>
      </w:r>
      <w:r>
        <w:t xml:space="preserve">    (c) someone who protects the weak and delivers justice to those who are evil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chef served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copious</w:t>
      </w:r>
      <w:r>
        <w:rPr>
          <w:b/>
          <w:bCs/>
        </w:rPr>
        <w:t xml:space="preserve"> </w:t>
      </w:r>
      <w:r>
        <w:rPr>
          <w:b/>
          <w:bCs/>
        </w:rPr>
        <w:t xml:space="preserve">amounts of food at the wedding reception.</w:t>
      </w:r>
      <w:r>
        <w:br/>
      </w:r>
      <w:r>
        <w:t xml:space="preserve">    (a) large in quantity</w:t>
      </w:r>
      <w:r>
        <w:br/>
      </w:r>
      <w:r>
        <w:t xml:space="preserve">    (b) rare and unusual</w:t>
      </w:r>
      <w:r>
        <w:br/>
      </w:r>
      <w:r>
        <w:t xml:space="preserve">    (c) small in amount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Canada has a parliamentary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democracy</w:t>
      </w:r>
      <w:r>
        <w:rPr>
          <w:b/>
          <w:bCs/>
        </w:rPr>
        <w:t xml:space="preserve">.</w:t>
      </w:r>
      <w:r>
        <w:br/>
      </w:r>
      <w:r>
        <w:t xml:space="preserve">    (a) government by the wealthy</w:t>
      </w:r>
      <w:r>
        <w:br/>
      </w:r>
      <w:r>
        <w:t xml:space="preserve">    (b) government by one ruler</w:t>
      </w:r>
      <w:r>
        <w:br/>
      </w:r>
      <w:r>
        <w:t xml:space="preserve">    (c) government by the people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is too much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discord</w:t>
      </w:r>
      <w:r>
        <w:rPr>
          <w:b/>
          <w:bCs/>
        </w:rPr>
        <w:t xml:space="preserve"> </w:t>
      </w:r>
      <w:r>
        <w:rPr>
          <w:b/>
          <w:bCs/>
        </w:rPr>
        <w:t xml:space="preserve">in their home.</w:t>
      </w:r>
      <w:r>
        <w:br/>
      </w:r>
      <w:r>
        <w:t xml:space="preserve">    (a) loud noise</w:t>
      </w:r>
      <w:r>
        <w:br/>
      </w:r>
      <w:r>
        <w:t xml:space="preserve">    (b) uncritical agreement</w:t>
      </w:r>
      <w:r>
        <w:br/>
      </w:r>
      <w:r>
        <w:t xml:space="preserve">    (c) conflict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heard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discordant</w:t>
      </w:r>
      <w:r>
        <w:rPr>
          <w:b/>
          <w:bCs/>
        </w:rPr>
        <w:t xml:space="preserve"> </w:t>
      </w:r>
      <w:r>
        <w:rPr>
          <w:b/>
          <w:bCs/>
        </w:rPr>
        <w:t xml:space="preserve">clanging of pots in the kitchen.</w:t>
      </w:r>
      <w:r>
        <w:br/>
      </w:r>
      <w:r>
        <w:t xml:space="preserve">    (a) attractive sound</w:t>
      </w:r>
      <w:r>
        <w:br/>
      </w:r>
      <w:r>
        <w:t xml:space="preserve">    (b) loud sound</w:t>
      </w:r>
      <w:r>
        <w:br/>
      </w:r>
      <w:r>
        <w:t xml:space="preserve">    (c) unpleasant sound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the incident, support for the policy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ebbed</w:t>
      </w:r>
      <w:r>
        <w:rPr>
          <w:b/>
          <w:bCs/>
        </w:rPr>
        <w:t xml:space="preserve">.</w:t>
      </w:r>
      <w:r>
        <w:br/>
      </w:r>
      <w:r>
        <w:t xml:space="preserve">    (a) disappeared</w:t>
      </w:r>
      <w:r>
        <w:br/>
      </w:r>
      <w:r>
        <w:t xml:space="preserve">    (b) increased</w:t>
      </w:r>
      <w:r>
        <w:br/>
      </w:r>
      <w:r>
        <w:t xml:space="preserve">    (c) declined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ecstatic</w:t>
      </w:r>
      <w:r>
        <w:rPr>
          <w:b/>
          <w:bCs/>
        </w:rPr>
        <w:t xml:space="preserve"> </w:t>
      </w:r>
      <w:r>
        <w:rPr>
          <w:b/>
          <w:bCs/>
        </w:rPr>
        <w:t xml:space="preserve">when her team won the championship.</w:t>
      </w:r>
      <w:r>
        <w:br/>
      </w:r>
      <w:r>
        <w:t xml:space="preserve">    (a) thrilled</w:t>
      </w:r>
      <w:r>
        <w:br/>
      </w:r>
      <w:r>
        <w:t xml:space="preserve">    (b) exhausted</w:t>
      </w:r>
      <w:r>
        <w:br/>
      </w:r>
      <w:r>
        <w:t xml:space="preserve">    (c) furious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has 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haughty</w:t>
      </w:r>
      <w:r>
        <w:rPr>
          <w:b/>
          <w:bCs/>
        </w:rPr>
        <w:t xml:space="preserve">, rich and entitled attitude.</w:t>
      </w:r>
      <w:r>
        <w:br/>
      </w:r>
      <w:r>
        <w:t xml:space="preserve">    (a) arrogant</w:t>
      </w:r>
      <w:r>
        <w:br/>
      </w:r>
      <w:r>
        <w:t xml:space="preserve">    (b) optimistic</w:t>
      </w:r>
      <w:r>
        <w:br/>
      </w:r>
      <w:r>
        <w:t xml:space="preserve">    (c) wealthy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Night and day we live with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incessant</w:t>
      </w:r>
      <w:r>
        <w:rPr>
          <w:b/>
          <w:bCs/>
        </w:rPr>
        <w:t xml:space="preserve"> </w:t>
      </w:r>
      <w:r>
        <w:rPr>
          <w:b/>
          <w:bCs/>
        </w:rPr>
        <w:t xml:space="preserve">noise of the city.</w:t>
      </w:r>
      <w:r>
        <w:br/>
      </w:r>
      <w:r>
        <w:t xml:space="preserve">    (a) pleasant</w:t>
      </w:r>
      <w:r>
        <w:br/>
      </w:r>
      <w:r>
        <w:t xml:space="preserve">    (b) continuous</w:t>
      </w:r>
      <w:r>
        <w:br/>
      </w:r>
      <w:r>
        <w:t xml:space="preserve">    (c) loud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thought I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inured</w:t>
      </w:r>
      <w:r>
        <w:rPr>
          <w:b/>
          <w:bCs/>
        </w:rPr>
        <w:t xml:space="preserve"> </w:t>
      </w:r>
      <w:r>
        <w:rPr>
          <w:b/>
          <w:bCs/>
        </w:rPr>
        <w:t xml:space="preserve">to her insults, but I cried as I drove home.</w:t>
      </w:r>
      <w:r>
        <w:br/>
      </w:r>
      <w:r>
        <w:t xml:space="preserve">    (a) desensitized</w:t>
      </w:r>
      <w:r>
        <w:br/>
      </w:r>
      <w:r>
        <w:t xml:space="preserve">    (b) wise</w:t>
      </w:r>
      <w:r>
        <w:br/>
      </w:r>
      <w:r>
        <w:t xml:space="preserve">    (c) already destroyed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latent</w:t>
      </w:r>
      <w:r>
        <w:rPr>
          <w:b/>
          <w:bCs/>
        </w:rPr>
        <w:t xml:space="preserve"> </w:t>
      </w:r>
      <w:r>
        <w:rPr>
          <w:b/>
          <w:bCs/>
        </w:rPr>
        <w:t xml:space="preserve">HPV infection reactivated when her immune system weakened with age.</w:t>
      </w:r>
      <w:r>
        <w:br/>
      </w:r>
      <w:r>
        <w:t xml:space="preserve">    (a) severe</w:t>
      </w:r>
      <w:r>
        <w:br/>
      </w:r>
      <w:r>
        <w:t xml:space="preserve">    (b) common</w:t>
      </w:r>
      <w:r>
        <w:br/>
      </w:r>
      <w:r>
        <w:t xml:space="preserve">    (c) inactive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concern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palpable</w:t>
      </w:r>
      <w:r>
        <w:rPr>
          <w:b/>
          <w:bCs/>
        </w:rPr>
        <w:t xml:space="preserve">.</w:t>
      </w:r>
      <w:r>
        <w:br/>
      </w:r>
      <w:r>
        <w:t xml:space="preserve">    (a) passing</w:t>
      </w:r>
      <w:r>
        <w:br/>
      </w:r>
      <w:r>
        <w:t xml:space="preserve">    (b) laughable</w:t>
      </w:r>
      <w:r>
        <w:br/>
      </w:r>
      <w:r>
        <w:t xml:space="preserve">    (c) very apparent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paced back and forth in the hospital waiting room--looking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pensive</w:t>
      </w:r>
      <w:r>
        <w:rPr>
          <w:b/>
          <w:bCs/>
        </w:rPr>
        <w:t xml:space="preserve">.</w:t>
      </w:r>
      <w:r>
        <w:br/>
      </w:r>
      <w:r>
        <w:t xml:space="preserve">    (a) wildly excited</w:t>
      </w:r>
      <w:r>
        <w:br/>
      </w:r>
      <w:r>
        <w:t xml:space="preserve">    (b) loudly cheerful</w:t>
      </w:r>
      <w:r>
        <w:br/>
      </w:r>
      <w:r>
        <w:t xml:space="preserve">    (c) thoughtfully quiet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team won five games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succession</w:t>
      </w:r>
      <w:r>
        <w:rPr>
          <w:b/>
          <w:bCs/>
        </w:rPr>
        <w:t xml:space="preserve">, ending their losing streak.</w:t>
      </w:r>
      <w:r>
        <w:br/>
      </w:r>
      <w:r>
        <w:t xml:space="preserve">    (a) sequence</w:t>
      </w:r>
      <w:r>
        <w:br/>
      </w:r>
      <w:r>
        <w:t xml:space="preserve">    (b) secret</w:t>
      </w:r>
      <w:r>
        <w:br/>
      </w:r>
      <w:r>
        <w:t xml:space="preserve">    (c) panic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Speaker of the House is second in the line of the U.S. presidential line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succession</w:t>
      </w:r>
      <w:r>
        <w:rPr>
          <w:b/>
          <w:bCs/>
        </w:rPr>
        <w:t xml:space="preserve">.</w:t>
      </w:r>
      <w:r>
        <w:br/>
      </w:r>
      <w:r>
        <w:t xml:space="preserve">    (a) replacement</w:t>
      </w:r>
      <w:r>
        <w:br/>
      </w:r>
      <w:r>
        <w:t xml:space="preserve">    (b) officially telling someone about something; or something that contains the message</w:t>
      </w:r>
      <w:r>
        <w:br/>
      </w:r>
      <w:r>
        <w:t xml:space="preserve">    (c) formula (a mathematical expression that describe a relationship between variables)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plaza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teeming</w:t>
      </w:r>
      <w:r>
        <w:rPr>
          <w:b/>
          <w:bCs/>
        </w:rPr>
        <w:t xml:space="preserve"> </w:t>
      </w:r>
      <w:r>
        <w:rPr>
          <w:b/>
          <w:bCs/>
        </w:rPr>
        <w:t xml:space="preserve">with undercover policemen.</w:t>
      </w:r>
      <w:r>
        <w:br/>
      </w:r>
      <w:r>
        <w:t xml:space="preserve">    (a) filled (has many)</w:t>
      </w:r>
      <w:r>
        <w:br/>
      </w:r>
      <w:r>
        <w:t xml:space="preserve">    (b) slowly losing</w:t>
      </w:r>
      <w:r>
        <w:br/>
      </w:r>
      <w:r>
        <w:t xml:space="preserve">    (c) empty (has none)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experiment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yielded</w:t>
      </w:r>
      <w:r>
        <w:rPr>
          <w:b/>
          <w:bCs/>
        </w:rPr>
        <w:t xml:space="preserve"> </w:t>
      </w:r>
      <w:r>
        <w:rPr>
          <w:b/>
          <w:bCs/>
        </w:rPr>
        <w:t xml:space="preserve">data that raised a new set of questions.</w:t>
      </w:r>
      <w:r>
        <w:br/>
      </w:r>
      <w:r>
        <w:t xml:space="preserve">    (a) produced</w:t>
      </w:r>
      <w:r>
        <w:br/>
      </w:r>
      <w:r>
        <w:t xml:space="preserve">    (b) destroyed</w:t>
      </w:r>
      <w:r>
        <w:br/>
      </w:r>
      <w:r>
        <w:t xml:space="preserve">    (c) slowed down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the scandal, 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yielded</w:t>
      </w:r>
      <w:r>
        <w:rPr>
          <w:b/>
          <w:bCs/>
        </w:rPr>
        <w:t xml:space="preserve"> </w:t>
      </w:r>
      <w:r>
        <w:rPr>
          <w:b/>
          <w:bCs/>
        </w:rPr>
        <w:t xml:space="preserve">to public pressure and resigned her position.</w:t>
      </w:r>
      <w:r>
        <w:br/>
      </w:r>
      <w:r>
        <w:t xml:space="preserve">    (a) produced</w:t>
      </w:r>
      <w:r>
        <w:br/>
      </w:r>
      <w:r>
        <w:t xml:space="preserve">    (b) gave in</w:t>
      </w:r>
      <w:r>
        <w:br/>
      </w:r>
      <w:r>
        <w:t xml:space="preserve">    (c) added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2026-07-31T14:40:08Z</dcterms:created>
  <dcterms:modified xsi:type="dcterms:W3CDTF">2026-07-31T14:40:08Z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