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91de03d006cf68dce8b12cdda2b40963339b7de"/>
    <w:p>
      <w:pPr>
        <w:pStyle w:val="Heading1"/>
      </w:pPr>
      <w:r>
        <w:rPr>
          <w:b/>
          <w:bCs/>
        </w:rPr>
        <w:t xml:space="preserve">Leaves of Grass</w:t>
      </w:r>
      <w:r>
        <w:br/>
      </w:r>
      <w:r>
        <w:rPr>
          <w:i/>
          <w:iCs/>
        </w:rPr>
        <w:t xml:space="preserve">Walt Whitman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present now and here,</w:t>
      </w:r>
      <w:r>
        <w:br/>
      </w:r>
      <w:r>
        <w:rPr>
          <w:b/>
          <w:bCs/>
        </w:rPr>
        <w:t xml:space="preserve">America's busy,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teeming</w:t>
      </w:r>
      <w:r>
        <w:rPr>
          <w:b/>
          <w:bCs/>
        </w:rPr>
        <w:t xml:space="preserve">, intricate whirl,</w:t>
      </w:r>
      <w:r>
        <w:br/>
      </w:r>
      <w:r>
        <w:rPr>
          <w:b/>
          <w:bCs/>
        </w:rPr>
        <w:t xml:space="preserve">Of aggregate and segregate for only thence releasing,</w:t>
      </w:r>
      <w:r>
        <w:br/>
      </w:r>
      <w:r>
        <w:rPr>
          <w:b/>
          <w:bCs/>
        </w:rPr>
        <w:t xml:space="preserve">To-day's eidolons.</w:t>
      </w:r>
      <w:r>
        <w:br/>
      </w:r>
      <w:r>
        <w:t xml:space="preserve">    (a) filled (has many)</w:t>
      </w:r>
      <w:r>
        <w:br/>
      </w:r>
      <w:r>
        <w:t xml:space="preserve">    (b) slowly losing</w:t>
      </w:r>
      <w:r>
        <w:br/>
      </w:r>
      <w:r>
        <w:t xml:space="preserve">    (c) empty (has none)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Exalte, rapt,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ecstatic</w:t>
      </w:r>
      <w:r>
        <w:rPr>
          <w:b/>
          <w:bCs/>
        </w:rPr>
        <w:t xml:space="preserve">,</w:t>
      </w:r>
      <w:r>
        <w:br/>
      </w:r>
      <w:r>
        <w:rPr>
          <w:b/>
          <w:bCs/>
        </w:rPr>
        <w:t xml:space="preserve">The visible but their womb of birth,</w:t>
      </w:r>
      <w:r>
        <w:br/>
      </w:r>
      <w:r>
        <w:rPr>
          <w:b/>
          <w:bCs/>
        </w:rPr>
        <w:t xml:space="preserve">Of orbic tendencies to shape and shape and shape,</w:t>
      </w:r>
      <w:r>
        <w:br/>
      </w:r>
      <w:r>
        <w:rPr>
          <w:b/>
          <w:bCs/>
        </w:rPr>
        <w:t xml:space="preserve">The mighty earth-eidolon.</w:t>
      </w:r>
      <w:r>
        <w:br/>
      </w:r>
      <w:r>
        <w:t xml:space="preserve">    (a) deeply disappointed</w:t>
      </w:r>
      <w:r>
        <w:br/>
      </w:r>
      <w:r>
        <w:t xml:space="preserve">    (b) intensely concerned</w:t>
      </w:r>
      <w:r>
        <w:br/>
      </w:r>
      <w:r>
        <w:t xml:space="preserve">    (c) feeling intense happiness and excitement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prophet and the bard,</w:t>
      </w:r>
      <w:r>
        <w:br/>
      </w:r>
      <w:r>
        <w:rPr>
          <w:b/>
          <w:bCs/>
        </w:rPr>
        <w:t xml:space="preserve">Shall yet maintain themselves, in higher stages yet,</w:t>
      </w:r>
      <w:r>
        <w:br/>
      </w:r>
      <w:r>
        <w:rPr>
          <w:b/>
          <w:bCs/>
        </w:rPr>
        <w:t xml:space="preserve">Shall mediate to the Modern,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Democracy</w:t>
      </w:r>
      <w:r>
        <w:rPr>
          <w:b/>
          <w:bCs/>
        </w:rPr>
        <w:t xml:space="preserve">, interpret yet to them,</w:t>
      </w:r>
      <w:r>
        <w:br/>
      </w:r>
      <w:r>
        <w:rPr>
          <w:b/>
          <w:bCs/>
        </w:rPr>
        <w:t xml:space="preserve">God and eidolons.</w:t>
      </w:r>
      <w:r>
        <w:br/>
      </w:r>
      <w:r>
        <w:t xml:space="preserve">    (a) lack of interest; or the process of stopping interaction or interest</w:t>
      </w:r>
      <w:r>
        <w:br/>
      </w:r>
      <w:r>
        <w:t xml:space="preserve">    (b) relating to logical examination of something to better understand it</w:t>
      </w:r>
      <w:r>
        <w:br/>
      </w:r>
      <w:r>
        <w:t xml:space="preserve">    (c) a system of government in which citizens have power with equal votes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6</w:t>
      </w:r>
      <w:r>
        <w:br/>
      </w:r>
      <w:r>
        <w:rPr>
          <w:b/>
          <w:bCs/>
        </w:rPr>
        <w:t xml:space="preserve">The soul,</w:t>
      </w:r>
      <w:r>
        <w:br/>
      </w:r>
      <w:r>
        <w:rPr>
          <w:b/>
          <w:bCs/>
        </w:rPr>
        <w:t xml:space="preserve">Forever and forever—longer than soil is brown and solid—longer</w:t>
      </w:r>
      <w:r>
        <w:br/>
      </w:r>
      <w:r>
        <w:rPr>
          <w:b/>
          <w:bCs/>
        </w:rPr>
        <w:t xml:space="preserve">than water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ebbs and flows</w:t>
      </w:r>
      <w:r>
        <w:rPr>
          <w:b/>
          <w:bCs/>
        </w:rPr>
        <w:t xml:space="preserve">.</w:t>
      </w:r>
      <w:r>
        <w:br/>
      </w:r>
      <w:r>
        <w:t xml:space="preserve">    (a) exhibits a recurring pattern of decrease and increase</w:t>
      </w:r>
      <w:r>
        <w:br/>
      </w:r>
      <w:r>
        <w:t xml:space="preserve">    (b) someone who exposes wrongdoing within an organization</w:t>
      </w:r>
      <w:r>
        <w:br/>
      </w:r>
      <w:r>
        <w:t xml:space="preserve">    (c) life insurance coverage for a specific period of time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9</w:t>
      </w:r>
      <w:r>
        <w:br/>
      </w:r>
      <w:r>
        <w:rPr>
          <w:b/>
          <w:bCs/>
        </w:rPr>
        <w:t xml:space="preserve">What do you seek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pensive</w:t>
      </w:r>
      <w:r>
        <w:rPr>
          <w:b/>
          <w:bCs/>
        </w:rPr>
        <w:t xml:space="preserve"> </w:t>
      </w:r>
      <w:r>
        <w:rPr>
          <w:b/>
          <w:bCs/>
        </w:rPr>
        <w:t xml:space="preserve">and silent?</w:t>
      </w:r>
      <w:r>
        <w:br/>
      </w:r>
      <w:r>
        <w:t xml:space="preserve">    (a) appearing deep in thought</w:t>
      </w:r>
      <w:r>
        <w:br/>
      </w:r>
      <w:r>
        <w:t xml:space="preserve">    (b) not tending to find fault</w:t>
      </w:r>
      <w:r>
        <w:br/>
      </w:r>
      <w:r>
        <w:t xml:space="preserve">    (c) able to be disagreed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 to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to you whoever you are, and you to be yielded to me</w:t>
      </w:r>
      <w:r>
        <w:br/>
      </w:r>
      <w:r>
        <w:rPr>
          <w:b/>
          <w:bCs/>
        </w:rPr>
        <w:t xml:space="preserve">in defiance of the world!</w:t>
      </w:r>
      <w:r>
        <w:br/>
      </w:r>
      <w:r>
        <w:t xml:space="preserve">    (a) with rises and falls in pitch</w:t>
      </w:r>
      <w:r>
        <w:br/>
      </w:r>
      <w:r>
        <w:t xml:space="preserve">    (b) embarrassed or self-conscious</w:t>
      </w:r>
      <w:r>
        <w:br/>
      </w:r>
      <w:r>
        <w:t xml:space="preserve">    (c) gave in, gave way, or gave up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whelm that which asks, which sings, with all and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 </w:t>
      </w:r>
      <w:r>
        <w:rPr>
          <w:b/>
          <w:bCs/>
        </w:rPr>
        <w:t xml:space="preserve">of all,</w:t>
      </w:r>
      <w:r>
        <w:br/>
      </w:r>
      <w:r>
        <w:rPr>
          <w:b/>
          <w:bCs/>
        </w:rPr>
        <w:t xml:space="preserve">Fusing and holding, claiming, devouring the whole,</w:t>
      </w:r>
      <w:r>
        <w:br/>
      </w:r>
      <w:r>
        <w:rPr>
          <w:b/>
          <w:bCs/>
        </w:rPr>
        <w:t xml:space="preserve">No more with tender lip, nor musical labial sound,</w:t>
      </w:r>
      <w:r>
        <w:br/>
      </w:r>
      <w:r>
        <w:rPr>
          <w:b/>
          <w:bCs/>
        </w:rPr>
        <w:t xml:space="preserve">But out of the night emerging for good, our voice persuasive no more,</w:t>
      </w:r>
      <w:r>
        <w:br/>
      </w:r>
      <w:r>
        <w:rPr>
          <w:b/>
          <w:bCs/>
        </w:rPr>
        <w:t xml:space="preserve">Croaking like crows here in the wind.</w:t>
      </w:r>
      <w:r>
        <w:br/>
      </w:r>
      <w:r>
        <w:t xml:space="preserve">    (a) production</w:t>
      </w:r>
      <w:r>
        <w:br/>
      </w:r>
      <w:r>
        <w:t xml:space="preserve">    (b) think deeply or carefully about</w:t>
      </w:r>
      <w:r>
        <w:br/>
      </w:r>
      <w:r>
        <w:t xml:space="preserve">    (c) stop (something from happening)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see the spots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successions</w:t>
      </w:r>
      <w:r>
        <w:rPr>
          <w:b/>
          <w:bCs/>
        </w:rPr>
        <w:t xml:space="preserve"> </w:t>
      </w:r>
      <w:r>
        <w:rPr>
          <w:b/>
          <w:bCs/>
        </w:rPr>
        <w:t xml:space="preserve">of priests on the earth, oracles, sacrificers, brahmins, sabians, llamas, monks, muftis, exhorters,</w:t>
      </w:r>
      <w:r>
        <w:br/>
      </w:r>
      <w:r>
        <w:t xml:space="preserve">    (a) tries to obtain a result through gentle and careful effort -- often gently persuades</w:t>
      </w:r>
      <w:r>
        <w:br/>
      </w:r>
      <w:r>
        <w:t xml:space="preserve">    (b) private, non-profit organizations working for member goals at the international level</w:t>
      </w:r>
      <w:r>
        <w:br/>
      </w:r>
      <w:r>
        <w:t xml:space="preserve">    (c) people taking over the job or position of those who were there before them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perpetual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successions</w:t>
      </w:r>
      <w:r>
        <w:rPr>
          <w:b/>
          <w:bCs/>
        </w:rPr>
        <w:t xml:space="preserve"> </w:t>
      </w:r>
      <w:r>
        <w:rPr>
          <w:b/>
          <w:bCs/>
        </w:rPr>
        <w:t xml:space="preserve">of shallow people are not nothing as they go.</w:t>
      </w:r>
      <w:r>
        <w:br/>
      </w:r>
      <w:r>
        <w:t xml:space="preserve">    (a) series (one group after another)</w:t>
      </w:r>
      <w:r>
        <w:br/>
      </w:r>
      <w:r>
        <w:t xml:space="preserve">    (b) People who are of lower rank or status</w:t>
      </w:r>
      <w:r>
        <w:br/>
      </w:r>
      <w:r>
        <w:t xml:space="preserve">    (c) things that affect a result or outcome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believe you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latent</w:t>
      </w:r>
      <w:r>
        <w:rPr>
          <w:b/>
          <w:bCs/>
        </w:rPr>
        <w:t xml:space="preserve"> </w:t>
      </w:r>
      <w:r>
        <w:rPr>
          <w:b/>
          <w:bCs/>
        </w:rPr>
        <w:t xml:space="preserve">with unseen existences</w:t>
      </w:r>
      <w:r>
        <w:br/>
      </w:r>
      <w:r>
        <w:t xml:space="preserve">    (a) relating to logical examination to improve understanding</w:t>
      </w:r>
      <w:r>
        <w:br/>
      </w:r>
      <w:r>
        <w:t xml:space="preserve">    (b) the characteristic of tending to think back about things</w:t>
      </w:r>
      <w:r>
        <w:br/>
      </w:r>
      <w:r>
        <w:t xml:space="preserve">    (c) potentially existing but not presently evident or active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Ships, farms, shops, barns, factories, mines,</w:t>
      </w:r>
      <w:r>
        <w:br/>
      </w:r>
      <w:r>
        <w:rPr>
          <w:b/>
          <w:bCs/>
        </w:rPr>
        <w:t xml:space="preserve">City and State, North, South, item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aggregate</w:t>
      </w:r>
      <w:r>
        <w:rPr>
          <w:b/>
          <w:bCs/>
        </w:rPr>
        <w:t xml:space="preserve">,</w:t>
      </w:r>
      <w:r>
        <w:br/>
      </w:r>
      <w:r>
        <w:rPr>
          <w:b/>
          <w:bCs/>
        </w:rPr>
        <w:t xml:space="preserve">We dedicate, dread Mother, all to thee!</w:t>
      </w:r>
      <w:r>
        <w:br/>
      </w:r>
      <w:r>
        <w:t xml:space="preserve">    (a) reporter</w:t>
      </w:r>
      <w:r>
        <w:br/>
      </w:r>
      <w:r>
        <w:t xml:space="preserve">    (b) disorder</w:t>
      </w:r>
      <w:r>
        <w:br/>
      </w:r>
      <w:r>
        <w:t xml:space="preserve">    (c) combined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harsh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discordant</w:t>
      </w:r>
      <w:r>
        <w:rPr>
          <w:b/>
          <w:bCs/>
        </w:rPr>
        <w:t xml:space="preserve"> </w:t>
      </w:r>
      <w:r>
        <w:rPr>
          <w:b/>
          <w:bCs/>
        </w:rPr>
        <w:t xml:space="preserve">natal scream</w:t>
      </w:r>
      <w:r>
        <w:br/>
      </w:r>
      <w:r>
        <w:t xml:space="preserve">    (a) likely to change</w:t>
      </w:r>
      <w:r>
        <w:br/>
      </w:r>
      <w:r>
        <w:t xml:space="preserve">    (b) able to be found</w:t>
      </w:r>
      <w:r>
        <w:br/>
      </w:r>
      <w:r>
        <w:t xml:space="preserve">    (c) unpleasant sounding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needed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discord</w:t>
      </w:r>
      <w:r>
        <w:br/>
      </w:r>
      <w:r>
        <w:t xml:space="preserve">    (a) conflict or disagreement -- especially among those expected to cooperate</w:t>
      </w:r>
      <w:r>
        <w:br/>
      </w:r>
      <w:r>
        <w:t xml:space="preserve">    (b) design based on alphabetic letters; or adding such a design to something</w:t>
      </w:r>
      <w:r>
        <w:br/>
      </w:r>
      <w:r>
        <w:t xml:space="preserve">    (c) characterized by narrower parallel folds when closed and wider when open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Yet louder, higher, stronger,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bard</w:t>
      </w:r>
      <w:r>
        <w:rPr>
          <w:b/>
          <w:bCs/>
        </w:rPr>
        <w:t xml:space="preserve">!</w:t>
      </w:r>
      <w:r>
        <w:br/>
      </w:r>
      <w:r>
        <w:t xml:space="preserve">    (a) a lyric poet</w:t>
      </w:r>
      <w:r>
        <w:br/>
      </w:r>
      <w:r>
        <w:t xml:space="preserve">    (b) a hole or dropoff so deep the bottom cannot be seen -- often used figuratively to imply a frightening bottomless pit</w:t>
      </w:r>
      <w:r>
        <w:br/>
      </w:r>
      <w:r>
        <w:t xml:space="preserve">    (c) of the American Indian civilization of Yucatan and Belize and Guatemala that reached its peak between AD 300 and 900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incessantly</w:t>
      </w:r>
      <w:r>
        <w:rPr>
          <w:b/>
          <w:bCs/>
        </w:rPr>
        <w:t xml:space="preserve"> </w:t>
      </w:r>
      <w:r>
        <w:rPr>
          <w:b/>
          <w:bCs/>
        </w:rPr>
        <w:t xml:space="preserve">asking</w:t>
      </w:r>
      <w:r>
        <w:br/>
      </w:r>
      <w:r>
        <w:t xml:space="preserve">    (a) continuously</w:t>
      </w:r>
      <w:r>
        <w:br/>
      </w:r>
      <w:r>
        <w:t xml:space="preserve">    (b) with anxiety</w:t>
      </w:r>
      <w:r>
        <w:br/>
      </w:r>
      <w:r>
        <w:t xml:space="preserve">    (c) thoughtfully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moon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ascending</w:t>
      </w:r>
      <w:r>
        <w:rPr>
          <w:b/>
          <w:bCs/>
        </w:rPr>
        <w:t xml:space="preserve">, Up from the east</w:t>
      </w:r>
      <w:r>
        <w:br/>
      </w:r>
      <w:r>
        <w:t xml:space="preserve">    (a) beginning to fight again</w:t>
      </w:r>
      <w:r>
        <w:br/>
      </w:r>
      <w:r>
        <w:t xml:space="preserve">    (b) influencing or effecting</w:t>
      </w:r>
      <w:r>
        <w:br/>
      </w:r>
      <w:r>
        <w:t xml:space="preserve">    (c) rising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 holiday soldiers—youthful, yet veterans,</w:t>
      </w:r>
      <w:r>
        <w:br/>
      </w:r>
      <w:r>
        <w:rPr>
          <w:b/>
          <w:bCs/>
        </w:rPr>
        <w:t xml:space="preserve">Worn, swart, handsome, strong, of the stock of homestead and workshop,</w:t>
      </w:r>
      <w:r>
        <w:br/>
      </w:r>
      <w:r>
        <w:rPr>
          <w:b/>
          <w:bCs/>
        </w:rPr>
        <w:t xml:space="preserve">Harden'd of many a long campaign and sweaty march,</w:t>
      </w:r>
      <w:r>
        <w:br/>
      </w:r>
      <w:r>
        <w:rPr>
          <w:b/>
          <w:bCs/>
          <w:u w:val="single"/>
        </w:rPr>
        <w:t xml:space="preserve">Inured</w:t>
      </w:r>
      <w:r>
        <w:rPr>
          <w:b/>
          <w:bCs/>
        </w:rPr>
        <w:t xml:space="preserve"> </w:t>
      </w:r>
      <w:r>
        <w:rPr>
          <w:b/>
          <w:bCs/>
        </w:rPr>
        <w:t xml:space="preserve">on many a hard-fought bloody field.</w:t>
      </w:r>
      <w:r>
        <w:br/>
      </w:r>
      <w:r>
        <w:t xml:space="preserve">    (a) desensitized or hardened</w:t>
      </w:r>
      <w:r>
        <w:br/>
      </w:r>
      <w:r>
        <w:t xml:space="preserve">    (b) mirrored back (an image)</w:t>
      </w:r>
      <w:r>
        <w:br/>
      </w:r>
      <w:r>
        <w:t xml:space="preserve">    (c) quoted (to make a point)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world does not so exist, no parts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palpable</w:t>
      </w:r>
      <w:r>
        <w:rPr>
          <w:b/>
          <w:bCs/>
        </w:rPr>
        <w:t xml:space="preserve"> </w:t>
      </w:r>
      <w:r>
        <w:rPr>
          <w:b/>
          <w:bCs/>
        </w:rPr>
        <w:t xml:space="preserve">or impalpable so exist,</w:t>
      </w:r>
      <w:r>
        <w:br/>
      </w:r>
      <w:r>
        <w:rPr>
          <w:b/>
          <w:bCs/>
        </w:rPr>
        <w:t xml:space="preserve">No consummation exists without being from some long previous</w:t>
      </w:r>
      <w:r>
        <w:br/>
      </w:r>
      <w:r>
        <w:rPr>
          <w:b/>
          <w:bCs/>
        </w:rPr>
        <w:t xml:space="preserve">consummation, and that from some other,</w:t>
      </w:r>
      <w:r>
        <w:br/>
      </w:r>
      <w:r>
        <w:rPr>
          <w:b/>
          <w:bCs/>
        </w:rPr>
        <w:t xml:space="preserve">Without the farthest conceivable one coming a bit nearer the</w:t>
      </w:r>
      <w:r>
        <w:br/>
      </w:r>
      <w:r>
        <w:rPr>
          <w:b/>
          <w:bCs/>
        </w:rPr>
        <w:t xml:space="preserve">beginning than any.</w:t>
      </w:r>
      <w:r>
        <w:br/>
      </w:r>
      <w:r>
        <w:t xml:space="preserve">    (a) causing death</w:t>
      </w:r>
      <w:r>
        <w:br/>
      </w:r>
      <w:r>
        <w:t xml:space="preserve">    (b) very apparent</w:t>
      </w:r>
      <w:r>
        <w:br/>
      </w:r>
      <w:r>
        <w:t xml:space="preserve">    (c) not 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Copious</w:t>
      </w:r>
      <w:r>
        <w:rPr>
          <w:b/>
          <w:bCs/>
        </w:rPr>
        <w:t xml:space="preserve"> </w:t>
      </w:r>
      <w:r>
        <w:rPr>
          <w:b/>
          <w:bCs/>
        </w:rPr>
        <w:t xml:space="preserve">as stars</w:t>
      </w:r>
      <w:r>
        <w:br/>
      </w:r>
      <w:r>
        <w:t xml:space="preserve">    (a) able to be protected or kept unchanged</w:t>
      </w:r>
      <w:r>
        <w:br/>
      </w:r>
      <w:r>
        <w:t xml:space="preserve">    (b) large in number</w:t>
      </w:r>
      <w:r>
        <w:br/>
      </w:r>
      <w:r>
        <w:t xml:space="preserve">    (c) able to accept as true (without proof)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Haughty</w:t>
      </w:r>
      <w:r>
        <w:rPr>
          <w:b/>
          <w:bCs/>
        </w:rPr>
        <w:t xml:space="preserve"> </w:t>
      </w:r>
      <w:r>
        <w:rPr>
          <w:b/>
          <w:bCs/>
        </w:rPr>
        <w:t xml:space="preserve">this song, its words and scope,</w:t>
      </w:r>
      <w:r>
        <w:br/>
      </w:r>
      <w:r>
        <w:t xml:space="preserve">    (a) self-important</w:t>
      </w:r>
      <w:r>
        <w:br/>
      </w:r>
      <w:r>
        <w:t xml:space="preserve">    (b) absolute</w:t>
      </w:r>
      <w:r>
        <w:br/>
      </w:r>
      <w:r>
        <w:t xml:space="preserve">    (c) pleasing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2026-07-31T14:40:09Z</dcterms:created>
  <dcterms:modified xsi:type="dcterms:W3CDTF">2026-07-31T14:40:09Z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