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76d908783058949627320abbaf93c5d67a7b88"/>
    <w:p>
      <w:pPr>
        <w:pStyle w:val="Heading1"/>
      </w:pPr>
      <w:r>
        <w:rPr>
          <w:b/>
          <w:bCs/>
        </w:rPr>
        <w:t xml:space="preserve">Leaves of Grass</w:t>
      </w:r>
      <w:r>
        <w:br/>
      </w:r>
      <w:r>
        <w:rPr>
          <w:i/>
          <w:iCs/>
        </w:rPr>
        <w:t xml:space="preserve">Walt Whitman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Densities, growth, facades,</w:t>
      </w:r>
      <w:r>
        <w:br/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of mountains, soils, rocks, giant trees,</w:t>
      </w:r>
      <w:r>
        <w:br/>
      </w:r>
      <w:r>
        <w:rPr>
          <w:b/>
          <w:bCs/>
        </w:rPr>
        <w:t xml:space="preserve">Far-born, far-dying, living long, to leave,</w:t>
      </w:r>
      <w:r>
        <w:br/>
      </w:r>
      <w:r>
        <w:rPr>
          <w:b/>
          <w:bCs/>
        </w:rPr>
        <w:t xml:space="preserve">Eidolons everlasting.</w:t>
      </w:r>
      <w:r>
        <w:br/>
      </w:r>
      <w:r>
        <w:t xml:space="preserve">    (a) a process of urging or commanding someone to do something; or a document for that purpose</w:t>
      </w:r>
      <w:r>
        <w:br/>
      </w:r>
      <w:r>
        <w:t xml:space="preserve">    (b) the belief that God created the universe, but that he doesn't interfere with how it runs</w:t>
      </w:r>
      <w:r>
        <w:br/>
      </w:r>
      <w:r>
        <w:t xml:space="preserve">    (c) layers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foothold is tenon'd and mortis'd in granite,</w:t>
      </w:r>
      <w:r>
        <w:br/>
      </w:r>
      <w:r>
        <w:rPr>
          <w:b/>
          <w:bCs/>
        </w:rPr>
        <w:t xml:space="preserve">I laugh at what you call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And I know the amplitude of time.</w:t>
      </w:r>
      <w:r>
        <w:br/>
      </w:r>
      <w:r>
        <w:t xml:space="preserve">    (a) breaking something up or bringing it to an end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an order issued by a court or judicial officer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foothold is tenon'd and mortis'd in granite,</w:t>
      </w:r>
      <w:r>
        <w:br/>
      </w:r>
      <w:r>
        <w:rPr>
          <w:b/>
          <w:bCs/>
        </w:rPr>
        <w:t xml:space="preserve">I laugh at what you call dissolution,</w:t>
      </w:r>
      <w:r>
        <w:br/>
      </w:r>
      <w:r>
        <w:rPr>
          <w:b/>
          <w:bCs/>
        </w:rPr>
        <w:t xml:space="preserve">And I know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amplitude</w:t>
      </w:r>
      <w:r>
        <w:rPr>
          <w:b/>
          <w:bCs/>
        </w:rPr>
        <w:t xml:space="preserve"> </w:t>
      </w:r>
      <w:r>
        <w:rPr>
          <w:b/>
          <w:bCs/>
        </w:rPr>
        <w:t xml:space="preserve">of time.</w:t>
      </w:r>
      <w:r>
        <w:br/>
      </w:r>
      <w:r>
        <w:t xml:space="preserve">    (a) a firm decision to do something</w:t>
      </w:r>
      <w:r>
        <w:br/>
      </w:r>
      <w:r>
        <w:t xml:space="preserve">    (b) measure of general intelligence</w:t>
      </w:r>
      <w:r>
        <w:br/>
      </w:r>
      <w:r>
        <w:t xml:space="preserve">    (c) greatness of magnitude or range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26</w:t>
      </w:r>
      <w:r>
        <w:br/>
      </w:r>
      <w:r>
        <w:rPr>
          <w:b/>
          <w:bCs/>
        </w:rPr>
        <w:t xml:space="preserve">Now I will do nothing but listen,</w:t>
      </w:r>
      <w:r>
        <w:br/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accrue</w:t>
      </w:r>
      <w:r>
        <w:rPr>
          <w:b/>
          <w:bCs/>
        </w:rPr>
        <w:t xml:space="preserve"> </w:t>
      </w:r>
      <w:r>
        <w:rPr>
          <w:b/>
          <w:bCs/>
        </w:rPr>
        <w:t xml:space="preserve">what I hear into this song, to let sounds contribute toward it.</w:t>
      </w:r>
      <w:r>
        <w:br/>
      </w:r>
      <w:r>
        <w:t xml:space="preserve">    (a) grow over time</w:t>
      </w:r>
      <w:r>
        <w:br/>
      </w:r>
      <w:r>
        <w:t xml:space="preserve">    (b) less than zero</w:t>
      </w:r>
      <w:r>
        <w:br/>
      </w:r>
      <w:r>
        <w:t xml:space="preserve">    (c) begin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Sprouts take and accumulate, stand by the curb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 </w:t>
      </w:r>
      <w:r>
        <w:rPr>
          <w:b/>
          <w:bCs/>
        </w:rPr>
        <w:t xml:space="preserve">and vital,</w:t>
      </w:r>
      <w:r>
        <w:br/>
      </w:r>
      <w:r>
        <w:rPr>
          <w:b/>
          <w:bCs/>
        </w:rPr>
        <w:t xml:space="preserve">Landscapes projected masculine, full-sized and golden.</w:t>
      </w:r>
      <w:r>
        <w:br/>
      </w:r>
      <w:r>
        <w:t xml:space="preserve">    (a) producing abundantly</w:t>
      </w:r>
      <w:r>
        <w:br/>
      </w:r>
      <w:r>
        <w:t xml:space="preserve">    (b) sensible and careful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centripetal</w:t>
      </w:r>
      <w:r>
        <w:rPr>
          <w:b/>
          <w:bCs/>
        </w:rPr>
        <w:t xml:space="preserve"> </w:t>
      </w:r>
      <w:r>
        <w:rPr>
          <w:b/>
          <w:bCs/>
        </w:rPr>
        <w:t xml:space="preserve">and centrifugal gang I turn and talk like</w:t>
      </w:r>
      <w:r>
        <w:br/>
      </w:r>
      <w:r>
        <w:rPr>
          <w:b/>
          <w:bCs/>
        </w:rPr>
        <w:t xml:space="preserve">man leaving charges before a journey.</w:t>
      </w:r>
      <w:r>
        <w:br/>
      </w:r>
      <w:r>
        <w:t xml:space="preserve">    (a) non-traditional or non-standard</w:t>
      </w:r>
      <w:r>
        <w:br/>
      </w:r>
      <w:r>
        <w:t xml:space="preserve">    (b) poor ability to make a decision</w:t>
      </w:r>
      <w:r>
        <w:br/>
      </w:r>
      <w:r>
        <w:t xml:space="preserve">    (c) tending to move toward a center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welcome,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grace of dying days!</w:t>
      </w:r>
      <w:r>
        <w:br/>
      </w:r>
      <w:r>
        <w:t xml:space="preserve">    (a) something that cannot be adequately described with words--perhaps something too wonderful or intense to describe</w:t>
      </w:r>
      <w:r>
        <w:br/>
      </w:r>
      <w:r>
        <w:t xml:space="preserve">    (b) relating to an economic system that abolishes private ownership of property with the goal of a classless society</w:t>
      </w:r>
      <w:r>
        <w:br/>
      </w:r>
      <w:r>
        <w:t xml:space="preserve">    (c) working against psychosis (any severe mental disorder in which contact with reality is lost or highly distorted)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He That Aches with Love</w:t>
      </w:r>
      <w:r>
        <w:br/>
      </w:r>
      <w:r>
        <w:rPr>
          <w:b/>
          <w:bCs/>
        </w:rPr>
        <w:t xml:space="preserve">I am he that aches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love;</w:t>
      </w:r>
      <w:r>
        <w:br/>
      </w:r>
      <w:r>
        <w:rPr>
          <w:b/>
          <w:bCs/>
        </w:rPr>
        <w:t xml:space="preserve">Does the earth gravitate?</w:t>
      </w:r>
      <w:r>
        <w:br/>
      </w:r>
      <w:r>
        <w:t xml:space="preserve">    (a) logical or analytical</w:t>
      </w:r>
      <w:r>
        <w:br/>
      </w:r>
      <w:r>
        <w:t xml:space="preserve">    (b) romantic or sexual</w:t>
      </w:r>
      <w:r>
        <w:br/>
      </w:r>
      <w:r>
        <w:t xml:space="preserve">    (c) comprehensive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vaunted</w:t>
      </w:r>
      <w:r>
        <w:rPr>
          <w:b/>
          <w:bCs/>
        </w:rPr>
        <w:t xml:space="preserve"> </w:t>
      </w:r>
      <w:r>
        <w:rPr>
          <w:b/>
          <w:bCs/>
        </w:rPr>
        <w:t xml:space="preserve">glory and growth of the great city spread around me?</w:t>
      </w:r>
      <w:r>
        <w:br/>
      </w:r>
      <w:r>
        <w:t xml:space="preserve">    (a) recognized difference</w:t>
      </w:r>
      <w:r>
        <w:br/>
      </w:r>
      <w:r>
        <w:t xml:space="preserve">    (b) extravagantly praised</w:t>
      </w:r>
      <w:r>
        <w:br/>
      </w:r>
      <w:r>
        <w:t xml:space="preserve">    (c) gained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the lawyer plead in the</w:t>
      </w:r>
      <w:r>
        <w:br/>
      </w:r>
      <w:r>
        <w:rPr>
          <w:b/>
          <w:bCs/>
        </w:rPr>
        <w:t xml:space="preserve">court, and 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the law.</w:t>
      </w:r>
      <w:r>
        <w:br/>
      </w:r>
      <w:r>
        <w:t xml:space="preserve">    (a) tell someone about something</w:t>
      </w:r>
      <w:r>
        <w:br/>
      </w:r>
      <w:r>
        <w:t xml:space="preserve">    (b) something repeated regularly</w:t>
      </w:r>
      <w:r>
        <w:br/>
      </w:r>
      <w:r>
        <w:t xml:space="preserve">    (c) explain or discuss in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</w:t>
      </w:r>
      <w:r>
        <w:br/>
      </w:r>
      <w:r>
        <w:rPr>
          <w:b/>
          <w:bCs/>
        </w:rPr>
        <w:t xml:space="preserve">O but it is not the years—it is I, it is You,</w:t>
      </w:r>
      <w:r>
        <w:br/>
      </w:r>
      <w:r>
        <w:rPr>
          <w:b/>
          <w:bCs/>
        </w:rPr>
        <w:t xml:space="preserve">We touch all laws and tally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antecedents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We are the skald, the oracle, the monk and the knight, we easily</w:t>
      </w:r>
      <w:r>
        <w:br/>
      </w:r>
      <w:r>
        <w:rPr>
          <w:b/>
          <w:bCs/>
        </w:rPr>
        <w:t xml:space="preserve">include them and more,</w:t>
      </w:r>
      <w:r>
        <w:br/>
      </w:r>
      <w:r>
        <w:rPr>
          <w:b/>
          <w:bCs/>
        </w:rPr>
        <w:t xml:space="preserve">We stand amid time beginningless and endless, we stand amid evil and good,</w:t>
      </w:r>
      <w:r>
        <w:br/>
      </w:r>
      <w:r>
        <w:rPr>
          <w:b/>
          <w:bCs/>
        </w:rPr>
        <w:t xml:space="preserve">All swings around us, there is as much darkness as light,</w:t>
      </w:r>
      <w:r>
        <w:br/>
      </w:r>
      <w:r>
        <w:rPr>
          <w:b/>
          <w:bCs/>
        </w:rPr>
        <w:t xml:space="preserve">The very sun swings itself and its system of planets around us,</w:t>
      </w:r>
      <w:r>
        <w:br/>
      </w:r>
      <w:r>
        <w:rPr>
          <w:b/>
          <w:bCs/>
        </w:rPr>
        <w:t xml:space="preserve">Its sun, and its again, all swing around us.</w:t>
      </w:r>
      <w:r>
        <w:br/>
      </w:r>
      <w:r>
        <w:t xml:space="preserve">    (a) something that happened previous to something else; or anything that precedes something</w:t>
      </w:r>
      <w:r>
        <w:br/>
      </w:r>
      <w:r>
        <w:t xml:space="preserve">    (b) governmental systems in which a majority of citizens elect representatives to make laws</w:t>
      </w:r>
      <w:r>
        <w:br/>
      </w:r>
      <w:r>
        <w:t xml:space="preserve">    (c) acts of officially telling someone about something; or things that contain such message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Pick'd sparingly without noise by thee old ocean, chosen by thee,</w:t>
      </w:r>
      <w:r>
        <w:br/>
      </w:r>
      <w:r>
        <w:rPr>
          <w:b/>
          <w:bCs/>
        </w:rPr>
        <w:t xml:space="preserve">Thou sea that pickest and cullest the race in time, and unitest nations,</w:t>
      </w:r>
      <w:r>
        <w:br/>
      </w:r>
      <w:r>
        <w:rPr>
          <w:b/>
          <w:bCs/>
        </w:rPr>
        <w:t xml:space="preserve">Suckled by thee, old husky nurse, embodying thee,</w:t>
      </w:r>
      <w:r>
        <w:br/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, untamed as thee.</w:t>
      </w:r>
      <w:r>
        <w:br/>
      </w:r>
      <w:r>
        <w:t xml:space="preserve">    (a) relating to the threadlike structures in the cell nucleus that carry genes in a linear order</w:t>
      </w:r>
      <w:r>
        <w:br/>
      </w:r>
      <w:r>
        <w:t xml:space="preserve">    (b) of something temporarily treated as true to advance a discussion or to further investigation</w:t>
      </w:r>
      <w:r>
        <w:br/>
      </w:r>
      <w:r>
        <w:t xml:space="preserve">    (c) impossible to defeat or discourage; or showing unshakable strength, determination, or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can be any number of supremes—one does not countervail another any more than one eyesight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countervails</w:t>
      </w:r>
      <w:r>
        <w:rPr>
          <w:b/>
          <w:bCs/>
        </w:rPr>
        <w:t xml:space="preserve"> </w:t>
      </w:r>
      <w:r>
        <w:rPr>
          <w:b/>
          <w:bCs/>
        </w:rPr>
        <w:t xml:space="preserve">another, or one life countervails another.</w:t>
      </w:r>
      <w:r>
        <w:br/>
      </w:r>
      <w:r>
        <w:t xml:space="preserve">    (a) items characterized by narrower parallel folds when closed and wider when open -- such as a door or musical instrument with that characteristic</w:t>
      </w:r>
      <w:r>
        <w:br/>
      </w:r>
      <w:r>
        <w:t xml:space="preserve">    (b) (verb) intentionally angers, challenges, or upsets someone  OR  (noun) insults or other actions intended to anger, challenge, or upset someone</w:t>
      </w:r>
      <w:r>
        <w:br/>
      </w:r>
      <w:r>
        <w:t xml:space="preserve">    (c) neutralizes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studied out the land,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idioms</w:t>
      </w:r>
      <w:r>
        <w:rPr>
          <w:b/>
          <w:bCs/>
        </w:rPr>
        <w:t xml:space="preserve"> </w:t>
      </w:r>
      <w:r>
        <w:rPr>
          <w:b/>
          <w:bCs/>
        </w:rPr>
        <w:t xml:space="preserve">and men?</w:t>
      </w:r>
      <w:r>
        <w:br/>
      </w:r>
      <w:r>
        <w:t xml:space="preserve">    (a) different ways of doing something; or routes that lead to a particular place</w:t>
      </w:r>
      <w:r>
        <w:br/>
      </w:r>
      <w:r>
        <w:t xml:space="preserve">    (b) a way of putting things that is characteristic of a specific group of people</w:t>
      </w:r>
      <w:r>
        <w:br/>
      </w:r>
      <w:r>
        <w:t xml:space="preserve">    (c) world's premier bicycle races - run annually for 3 weeks primarily in France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has been wise receives interest,</w:t>
      </w:r>
      <w:r>
        <w:br/>
      </w:r>
      <w:r>
        <w:rPr>
          <w:b/>
          <w:bCs/>
        </w:rPr>
        <w:t xml:space="preserve">Savage,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felon</w:t>
      </w:r>
      <w:r>
        <w:rPr>
          <w:b/>
          <w:bCs/>
        </w:rPr>
        <w:t xml:space="preserve">, President, judge, farmer, sailor, mechanic, literat,</w:t>
      </w:r>
      <w:r>
        <w:br/>
      </w:r>
      <w:r>
        <w:rPr>
          <w:b/>
          <w:bCs/>
        </w:rPr>
        <w:t xml:space="preserve">young, old, it is the same,</w:t>
      </w:r>
      <w:r>
        <w:br/>
      </w:r>
      <w:r>
        <w:rPr>
          <w:b/>
          <w:bCs/>
        </w:rPr>
        <w:t xml:space="preserve">The interest will come round—all will come round.</w:t>
      </w:r>
      <w:r>
        <w:br/>
      </w:r>
      <w:r>
        <w:t xml:space="preserve">    (a) an expert in the branch of geology that studies rocks</w:t>
      </w:r>
      <w:r>
        <w:br/>
      </w:r>
      <w:r>
        <w:t xml:space="preserve">    (b) a lens that limits light vibrations to a single plane</w:t>
      </w:r>
      <w:r>
        <w:br/>
      </w:r>
      <w:r>
        <w:t xml:space="preserve">    (c) someone legally convicted of a felony (serious crime)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Vocalism</w:t>
      </w:r>
      <w:r>
        <w:br/>
      </w:r>
      <w:r>
        <w:rPr>
          <w:b/>
          <w:bCs/>
        </w:rPr>
        <w:t xml:space="preserve">1</w:t>
      </w:r>
      <w:r>
        <w:br/>
      </w:r>
      <w:r>
        <w:rPr>
          <w:b/>
          <w:bCs/>
        </w:rPr>
        <w:t xml:space="preserve">Vocalism, measure, concentration, determination, and the divine</w:t>
      </w:r>
      <w:r>
        <w:br/>
      </w:r>
      <w:r>
        <w:rPr>
          <w:b/>
          <w:bCs/>
        </w:rPr>
        <w:t xml:space="preserve">power to speak words;</w:t>
      </w:r>
      <w:r>
        <w:br/>
      </w:r>
      <w:r>
        <w:rPr>
          <w:b/>
          <w:bCs/>
        </w:rPr>
        <w:t xml:space="preserve">Are you full-lung'd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-lipp'd from long trial?</w:t>
      </w:r>
      <w:r>
        <w:br/>
      </w:r>
      <w:r>
        <w:t xml:space="preserve">    (a) make flexible</w:t>
      </w:r>
      <w:r>
        <w:br/>
      </w:r>
      <w:r>
        <w:t xml:space="preserve">    (b) stop fighting</w:t>
      </w:r>
      <w:r>
        <w:br/>
      </w:r>
      <w:r>
        <w:t xml:space="preserve">    (c) make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you fables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spurning</w:t>
      </w:r>
      <w:r>
        <w:rPr>
          <w:b/>
          <w:bCs/>
        </w:rPr>
        <w:t xml:space="preserve"> </w:t>
      </w:r>
      <w:r>
        <w:rPr>
          <w:b/>
          <w:bCs/>
        </w:rPr>
        <w:t xml:space="preserve">the known, eluding the hold of the known,</w:t>
      </w:r>
      <w:r>
        <w:br/>
      </w:r>
      <w:r>
        <w:rPr>
          <w:b/>
          <w:bCs/>
        </w:rPr>
        <w:t xml:space="preserve">mounting to heaven!</w:t>
      </w:r>
      <w:r>
        <w:br/>
      </w:r>
      <w:r>
        <w:t xml:space="preserve">    (a) subsequent (happening later)</w:t>
      </w:r>
      <w:r>
        <w:br/>
      </w:r>
      <w:r>
        <w:t xml:space="preserve">    (b) rejecting as not good enough</w:t>
      </w:r>
      <w:r>
        <w:br/>
      </w:r>
      <w:r>
        <w:t xml:space="preserve">    (c) gradually adding or removing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the exquisite scheme is for it,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nebulous</w:t>
      </w:r>
      <w:r>
        <w:rPr>
          <w:b/>
          <w:bCs/>
        </w:rPr>
        <w:t xml:space="preserve"> </w:t>
      </w:r>
      <w:r>
        <w:rPr>
          <w:b/>
          <w:bCs/>
        </w:rPr>
        <w:t xml:space="preserve">float is for</w:t>
      </w:r>
      <w:r>
        <w:br/>
      </w:r>
      <w:r>
        <w:rPr>
          <w:b/>
          <w:bCs/>
        </w:rPr>
        <w:t xml:space="preserve">it, and the cohering is for it!</w:t>
      </w:r>
      <w:r>
        <w:br/>
      </w:r>
      <w:r>
        <w:t xml:space="preserve">    (a) unclear or lacking definite form</w:t>
      </w:r>
      <w:r>
        <w:br/>
      </w:r>
      <w:r>
        <w:t xml:space="preserve">    (b) the condition of being different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Ashes of Soldiers</w:t>
      </w:r>
      <w:r>
        <w:br/>
      </w:r>
      <w:r>
        <w:rPr>
          <w:b/>
          <w:bCs/>
        </w:rPr>
        <w:t xml:space="preserve">Ashes of soldiers South or North,</w:t>
      </w:r>
      <w:r>
        <w:br/>
      </w:r>
      <w:r>
        <w:rPr>
          <w:b/>
          <w:bCs/>
        </w:rPr>
        <w:t xml:space="preserve">As I muse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retrospective</w:t>
      </w:r>
      <w:r>
        <w:rPr>
          <w:b/>
          <w:bCs/>
        </w:rPr>
        <w:t xml:space="preserve"> </w:t>
      </w:r>
      <w:r>
        <w:rPr>
          <w:b/>
          <w:bCs/>
        </w:rPr>
        <w:t xml:space="preserve">murmuring a chant in thought,</w:t>
      </w:r>
      <w:r>
        <w:br/>
      </w:r>
      <w:r>
        <w:rPr>
          <w:b/>
          <w:bCs/>
        </w:rPr>
        <w:t xml:space="preserve">The war resumes, again to my sense your shapes,</w:t>
      </w:r>
      <w:r>
        <w:br/>
      </w:r>
      <w:r>
        <w:rPr>
          <w:b/>
          <w:bCs/>
        </w:rPr>
        <w:t xml:space="preserve">And again the advance of the armies.</w:t>
      </w:r>
      <w:r>
        <w:br/>
      </w:r>
      <w:r>
        <w:t xml:space="preserve">    (a) relating to a residential area located near the outer edge of a city where it isn't as crowded</w:t>
      </w:r>
      <w:r>
        <w:br/>
      </w:r>
      <w:r>
        <w:t xml:space="preserve">    (b) not relating to practice or belief that is long-established or was previously long-established</w:t>
      </w:r>
      <w:r>
        <w:br/>
      </w:r>
      <w:r>
        <w:t xml:space="preserve">    (c) looking back on the past -- sometimes with a representative selection of an artist's life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scenes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ephemeral</w:t>
      </w:r>
      <w:r>
        <w:br/>
      </w:r>
      <w:r>
        <w:t xml:space="preserve">    (a) a sensible view of a situation</w:t>
      </w:r>
      <w:r>
        <w:br/>
      </w:r>
      <w:r>
        <w:t xml:space="preserve">    (b) existing only for a short time</w:t>
      </w:r>
      <w:r>
        <w:br/>
      </w:r>
      <w:r>
        <w:t xml:space="preserve">    (c) made by taking on as one's 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2026-07-31T14:40:09Z</dcterms:created>
  <dcterms:modified xsi:type="dcterms:W3CDTF">2026-07-31T14:40:09Z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