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8592ee38608082bdefa9237271655168267dc53"/>
    <w:p>
      <w:pPr>
        <w:pStyle w:val="Heading1"/>
      </w:pPr>
      <w:r>
        <w:rPr>
          <w:b/>
          <w:bCs/>
        </w:rPr>
        <w:t xml:space="preserve">Learning to See - One Writer's Beginnings - Chpt 2</w:t>
      </w:r>
      <w:r>
        <w:br/>
      </w:r>
      <w:r>
        <w:rPr>
          <w:i/>
          <w:iCs/>
        </w:rPr>
        <w:t xml:space="preserve">Eudora Welty</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She sat at the alert all the way at Daddy's side as he drove,</w:t>
      </w:r>
      <w:r>
        <w:rPr>
          <w:b/>
          <w:bCs/>
        </w:rPr>
        <w:t xml:space="preserve"> </w:t>
      </w:r>
      <w:r>
        <w:rPr>
          <w:b/>
          <w:bCs/>
          <w:u w:val="single"/>
        </w:rPr>
        <w:t xml:space="preserve">correlating</w:t>
      </w:r>
      <w:r>
        <w:rPr>
          <w:b/>
          <w:bCs/>
        </w:rPr>
        <w:t xml:space="preserve"> </w:t>
      </w:r>
      <w:r>
        <w:rPr>
          <w:b/>
          <w:bCs/>
        </w:rPr>
        <w:t xml:space="preserve">the AAA Blue Book and the speedometer, often with the baby on her lap.</w:t>
      </w:r>
      <w:r>
        <w:br/>
      </w:r>
      <w:r>
        <w:t xml:space="preserve">    (a) atoning (demonstrating sorrow for a wrong either by doing something good in return for the wrong, or by accepting punishment)</w:t>
      </w:r>
      <w:r>
        <w:br/>
      </w:r>
      <w:r>
        <w:t xml:space="preserve">    (b) to find or have a connection or relationship between two things, such that a change in one helps predict a change in the other</w:t>
      </w:r>
      <w:r>
        <w:br/>
      </w:r>
      <w:r>
        <w:t xml:space="preserve">    (c) examining an issue, getting opinions by asking specific questions; and/or asking people for political support individually</w:t>
      </w:r>
    </w:p>
    <w:p>
      <w:pPr>
        <w:pStyle w:val="Compact"/>
        <w:numPr>
          <w:ilvl w:val="0"/>
          <w:numId w:val="1001"/>
        </w:numPr>
      </w:pPr>
      <w:r>
        <w:rPr>
          <w:b/>
          <w:bCs/>
        </w:rPr>
        <w:t xml:space="preserve">Our road always became her</w:t>
      </w:r>
      <w:r>
        <w:rPr>
          <w:b/>
          <w:bCs/>
        </w:rPr>
        <w:t xml:space="preserve"> </w:t>
      </w:r>
      <w:r>
        <w:rPr>
          <w:b/>
          <w:bCs/>
          <w:u w:val="single"/>
        </w:rPr>
        <w:t xml:space="preserve">adversary</w:t>
      </w:r>
      <w:r>
        <w:rPr>
          <w:b/>
          <w:bCs/>
        </w:rPr>
        <w:t xml:space="preserve">.</w:t>
      </w:r>
      <w:r>
        <w:br/>
      </w:r>
      <w:r>
        <w:t xml:space="preserve">    (a) disorder</w:t>
      </w:r>
      <w:r>
        <w:br/>
      </w:r>
      <w:r>
        <w:t xml:space="preserve">    (b) opponent</w:t>
      </w:r>
      <w:r>
        <w:br/>
      </w:r>
      <w:r>
        <w:t xml:space="preserve">    (c) reporter</w:t>
      </w:r>
    </w:p>
    <w:p>
      <w:pPr>
        <w:pStyle w:val="Compact"/>
        <w:numPr>
          <w:ilvl w:val="0"/>
          <w:numId w:val="1001"/>
        </w:numPr>
      </w:pPr>
      <w:r>
        <w:rPr>
          <w:b/>
          <w:bCs/>
        </w:rPr>
        <w:t xml:space="preserve">My mother was not naturally observant, but she could</w:t>
      </w:r>
      <w:r>
        <w:rPr>
          <w:b/>
          <w:bCs/>
        </w:rPr>
        <w:t xml:space="preserve"> </w:t>
      </w:r>
      <w:r>
        <w:rPr>
          <w:b/>
          <w:bCs/>
          <w:u w:val="single"/>
        </w:rPr>
        <w:t xml:space="preserve">scrutinize</w:t>
      </w:r>
      <w:r>
        <w:rPr>
          <w:b/>
          <w:bCs/>
        </w:rPr>
        <w:t xml:space="preserve">; when she gave the surroundings her attention, it was to verify something—the truth or a mistake, hers or an-other's.</w:t>
      </w:r>
      <w:r>
        <w:br/>
      </w:r>
      <w:r>
        <w:t xml:space="preserve">    (a) being a boundary or limit</w:t>
      </w:r>
      <w:r>
        <w:br/>
      </w:r>
      <w:r>
        <w:t xml:space="preserve">    (b) find, search, or research</w:t>
      </w:r>
      <w:r>
        <w:br/>
      </w:r>
      <w:r>
        <w:t xml:space="preserve">    (c) to look at very carefully</w:t>
      </w:r>
    </w:p>
    <w:p>
      <w:pPr>
        <w:pStyle w:val="Compact"/>
        <w:numPr>
          <w:ilvl w:val="0"/>
          <w:numId w:val="1001"/>
        </w:numPr>
      </w:pPr>
      <w:r>
        <w:rPr>
          <w:b/>
          <w:bCs/>
        </w:rPr>
        <w:t xml:space="preserve">You're a good deal of a</w:t>
      </w:r>
      <w:r>
        <w:rPr>
          <w:b/>
          <w:bCs/>
        </w:rPr>
        <w:t xml:space="preserve"> </w:t>
      </w:r>
      <w:r>
        <w:rPr>
          <w:b/>
          <w:bCs/>
          <w:u w:val="single"/>
        </w:rPr>
        <w:t xml:space="preserve">pessimist</w:t>
      </w:r>
      <w:r>
        <w:rPr>
          <w:b/>
          <w:bCs/>
        </w:rPr>
        <w:t xml:space="preserve">, sweetheart.</w:t>
      </w:r>
      <w:r>
        <w:br/>
      </w:r>
      <w:r>
        <w:t xml:space="preserve">    (a) someone who joins with others in a public protest or display of support</w:t>
      </w:r>
      <w:r>
        <w:br/>
      </w:r>
      <w:r>
        <w:t xml:space="preserve">    (b) someone who expects the worst; or who focuses on the bad part of things</w:t>
      </w:r>
      <w:r>
        <w:br/>
      </w:r>
      <w:r>
        <w:t xml:space="preserve">    (c) someone or something that combines components to create a complex whole</w:t>
      </w:r>
    </w:p>
    <w:p>
      <w:pPr>
        <w:pStyle w:val="Compact"/>
        <w:numPr>
          <w:ilvl w:val="0"/>
          <w:numId w:val="1001"/>
        </w:numPr>
      </w:pPr>
      <w:r>
        <w:rPr>
          <w:b/>
          <w:bCs/>
        </w:rPr>
        <w:t xml:space="preserve">He proposed to prove it, and invited the jury of</w:t>
      </w:r>
      <w:r>
        <w:rPr>
          <w:b/>
          <w:bCs/>
        </w:rPr>
        <w:t xml:space="preserve"> </w:t>
      </w:r>
      <w:r>
        <w:rPr>
          <w:b/>
          <w:bCs/>
          <w:u w:val="single"/>
        </w:rPr>
        <w:t xml:space="preserve">dubious</w:t>
      </w:r>
      <w:r>
        <w:rPr>
          <w:b/>
          <w:bCs/>
        </w:rPr>
        <w:t xml:space="preserve"> </w:t>
      </w:r>
      <w:r>
        <w:rPr>
          <w:b/>
          <w:bCs/>
        </w:rPr>
        <w:t xml:space="preserve">mountaineers to watch him do it.</w:t>
      </w:r>
      <w:r>
        <w:br/>
      </w:r>
      <w:r>
        <w:t xml:space="preserve">    (a) related to a mental illness most commonly associated with undeveloped social abilities, language, and other communication skills</w:t>
      </w:r>
      <w:r>
        <w:br/>
      </w:r>
      <w:r>
        <w:t xml:space="preserve">    (b) relating to realities beyond scientific understanding  OR  inspiring a sense of wonder or mystery; or beyond human comprehension</w:t>
      </w:r>
      <w:r>
        <w:br/>
      </w:r>
      <w:r>
        <w:t xml:space="preserve">    (c) doubtful; or suspicious; or full of uncertainty -- sometimes to indicate that</w:t>
      </w:r>
      <w:r>
        <w:t xml:space="preserve"> </w:t>
      </w:r>
      <w:r>
        <w:rPr>
          <w:i/>
          <w:iCs/>
        </w:rPr>
        <w:t xml:space="preserve">something described as good</w:t>
      </w:r>
      <w:r>
        <w:t xml:space="preserve"> </w:t>
      </w:r>
      <w:r>
        <w:t xml:space="preserve">is actually bad</w:t>
      </w:r>
    </w:p>
    <w:p>
      <w:pPr>
        <w:pStyle w:val="Compact"/>
        <w:numPr>
          <w:ilvl w:val="0"/>
          <w:numId w:val="1001"/>
        </w:numPr>
      </w:pPr>
      <w:r>
        <w:rPr>
          <w:b/>
          <w:bCs/>
        </w:rPr>
        <w:t xml:space="preserve">The last</w:t>
      </w:r>
      <w:r>
        <w:rPr>
          <w:b/>
          <w:bCs/>
        </w:rPr>
        <w:t xml:space="preserve"> </w:t>
      </w:r>
      <w:r>
        <w:rPr>
          <w:b/>
          <w:bCs/>
          <w:u w:val="single"/>
        </w:rPr>
        <w:t xml:space="preserve">lucid</w:t>
      </w:r>
      <w:r>
        <w:rPr>
          <w:b/>
          <w:bCs/>
        </w:rPr>
        <w:t xml:space="preserve"> </w:t>
      </w:r>
      <w:r>
        <w:rPr>
          <w:b/>
          <w:bCs/>
        </w:rPr>
        <w:t xml:space="preserve">remark he'd made to my mother was "If you let them tie me down, I'll die."</w:t>
      </w:r>
      <w:r>
        <w:br/>
      </w:r>
      <w:r>
        <w:t xml:space="preserve">    (a) of a person:  capable of thinking clearly</w:t>
      </w:r>
      <w:r>
        <w:br/>
      </w:r>
      <w:r>
        <w:br/>
      </w:r>
      <w:r>
        <w:t xml:space="preserve">or:</w:t>
      </w:r>
      <w:r>
        <w:br/>
      </w:r>
      <w:r>
        <w:br/>
      </w:r>
      <w:r>
        <w:t xml:space="preserve">of language:  clearly expressed so it is easily understood</w:t>
      </w:r>
      <w:r>
        <w:br/>
      </w:r>
      <w:r>
        <w:t xml:space="preserve">    (b) able to be portrayed or created in a particular way  OR  able to be interpreted, translated, or extracted from</w:t>
      </w:r>
      <w:r>
        <w:br/>
      </w:r>
      <w:r>
        <w:t xml:space="preserve">    (c) cheerful and optimistic; or a tendency to maintain or quickly recover cheerfulness and optimism after setbacks</w:t>
      </w:r>
    </w:p>
    <w:p>
      <w:pPr>
        <w:pStyle w:val="Compact"/>
        <w:numPr>
          <w:ilvl w:val="0"/>
          <w:numId w:val="1001"/>
        </w:numPr>
      </w:pPr>
      <w:r>
        <w:rPr>
          <w:b/>
          <w:bCs/>
        </w:rPr>
        <w:t xml:space="preserve">Reciting, her voice took on resonance and firmness, it rang with the old</w:t>
      </w:r>
      <w:r>
        <w:rPr>
          <w:b/>
          <w:bCs/>
        </w:rPr>
        <w:t xml:space="preserve"> </w:t>
      </w:r>
      <w:r>
        <w:rPr>
          <w:b/>
          <w:bCs/>
          <w:u w:val="single"/>
        </w:rPr>
        <w:t xml:space="preserve">fervor</w:t>
      </w:r>
      <w:r>
        <w:rPr>
          <w:b/>
          <w:bCs/>
        </w:rPr>
        <w:t xml:space="preserve">, with ferocity even.</w:t>
      </w:r>
      <w:r>
        <w:br/>
      </w:r>
      <w:r>
        <w:t xml:space="preserve">    (a) risky investment</w:t>
      </w:r>
      <w:r>
        <w:br/>
      </w:r>
      <w:r>
        <w:t xml:space="preserve">    (b) intense feelings</w:t>
      </w:r>
      <w:r>
        <w:br/>
      </w:r>
      <w:r>
        <w:t xml:space="preserve">    (c) chaotic disorder</w:t>
      </w:r>
    </w:p>
    <w:p>
      <w:pPr>
        <w:pStyle w:val="Compact"/>
        <w:numPr>
          <w:ilvl w:val="0"/>
          <w:numId w:val="1001"/>
        </w:numPr>
      </w:pPr>
      <w:r>
        <w:rPr>
          <w:b/>
          <w:bCs/>
        </w:rPr>
        <w:t xml:space="preserve">They had a</w:t>
      </w:r>
      <w:r>
        <w:rPr>
          <w:b/>
          <w:bCs/>
        </w:rPr>
        <w:t xml:space="preserve"> </w:t>
      </w:r>
      <w:r>
        <w:rPr>
          <w:b/>
          <w:bCs/>
          <w:u w:val="single"/>
        </w:rPr>
        <w:t xml:space="preserve">repertoire</w:t>
      </w:r>
      <w:r>
        <w:rPr>
          <w:b/>
          <w:bCs/>
        </w:rPr>
        <w:t xml:space="preserve"> </w:t>
      </w:r>
      <w:r>
        <w:rPr>
          <w:b/>
          <w:bCs/>
        </w:rPr>
        <w:t xml:space="preserve">of ballads and country songs and rousing hymns.</w:t>
      </w:r>
      <w:r>
        <w:br/>
      </w:r>
      <w:r>
        <w:t xml:space="preserve">    (a) formula (a mathematical expression that describe a relationship between variables)</w:t>
      </w:r>
      <w:r>
        <w:br/>
      </w:r>
      <w:r>
        <w:t xml:space="preserve">    (b) officially telling someone about something; or something that contains the message</w:t>
      </w:r>
      <w:r>
        <w:br/>
      </w:r>
      <w:r>
        <w:t xml:space="preserve">    (c) a collection -- often of skills, or of works that an artist is prepared to perform</w:t>
      </w:r>
    </w:p>
    <w:p>
      <w:pPr>
        <w:pStyle w:val="Compact"/>
        <w:numPr>
          <w:ilvl w:val="0"/>
          <w:numId w:val="1001"/>
        </w:numPr>
      </w:pPr>
      <w:r>
        <w:rPr>
          <w:b/>
          <w:bCs/>
        </w:rPr>
        <w:t xml:space="preserve">They had a repertoire of</w:t>
      </w:r>
      <w:r>
        <w:rPr>
          <w:b/>
          <w:bCs/>
        </w:rPr>
        <w:t xml:space="preserve"> </w:t>
      </w:r>
      <w:r>
        <w:rPr>
          <w:b/>
          <w:bCs/>
          <w:u w:val="single"/>
        </w:rPr>
        <w:t xml:space="preserve">ballads</w:t>
      </w:r>
      <w:r>
        <w:rPr>
          <w:b/>
          <w:bCs/>
        </w:rPr>
        <w:t xml:space="preserve"> </w:t>
      </w:r>
      <w:r>
        <w:rPr>
          <w:b/>
          <w:bCs/>
        </w:rPr>
        <w:t xml:space="preserve">and country songs and rousing hymns.</w:t>
      </w:r>
      <w:r>
        <w:br/>
      </w:r>
      <w:r>
        <w:t xml:space="preserve">    (a) a song (or poem) that tells a story or expresses strong feelings -- typically slow in tempo</w:t>
      </w:r>
      <w:r>
        <w:br/>
      </w:r>
      <w:r>
        <w:t xml:space="preserve">    (b) people who believe that knowledge is acquired primarily by reason rather than by experience</w:t>
      </w:r>
      <w:r>
        <w:br/>
      </w:r>
      <w:r>
        <w:t xml:space="preserve">    (c) formulas (mathematical expressions--each of which describe a relationship between variables)</w:t>
      </w:r>
    </w:p>
    <w:p>
      <w:pPr>
        <w:pStyle w:val="Compact"/>
        <w:numPr>
          <w:ilvl w:val="0"/>
          <w:numId w:val="1001"/>
        </w:numPr>
      </w:pPr>
      <w:r>
        <w:rPr>
          <w:b/>
          <w:bCs/>
        </w:rPr>
        <w:t xml:space="preserve">My father was his very opposite, all that was stable,</w:t>
      </w:r>
      <w:r>
        <w:rPr>
          <w:b/>
          <w:bCs/>
        </w:rPr>
        <w:t xml:space="preserve"> </w:t>
      </w:r>
      <w:r>
        <w:rPr>
          <w:b/>
          <w:bCs/>
          <w:u w:val="single"/>
        </w:rPr>
        <w:t xml:space="preserve">reticent</w:t>
      </w:r>
      <w:r>
        <w:rPr>
          <w:b/>
          <w:bCs/>
        </w:rPr>
        <w:t xml:space="preserve">, self-contained, willing to be patient if need be, and, in all he said, factual.</w:t>
      </w:r>
      <w:r>
        <w:br/>
      </w:r>
      <w:r>
        <w:t xml:space="preserve">    (a) reluctant -- usually to speak freely</w:t>
      </w:r>
      <w:r>
        <w:br/>
      </w:r>
      <w:r>
        <w:t xml:space="preserve">    (b) lacking a reason for doing something</w:t>
      </w:r>
      <w:r>
        <w:br/>
      </w:r>
      <w:r>
        <w:t xml:space="preserve">    (c) inconspicuousness or trustworthiness</w:t>
      </w:r>
    </w:p>
    <w:p>
      <w:pPr>
        <w:pStyle w:val="Compact"/>
        <w:numPr>
          <w:ilvl w:val="0"/>
          <w:numId w:val="1001"/>
        </w:numPr>
      </w:pPr>
      <w:r>
        <w:rPr>
          <w:b/>
          <w:bCs/>
        </w:rPr>
        <w:t xml:space="preserve">Such were my mother's</w:t>
      </w:r>
      <w:r>
        <w:rPr>
          <w:b/>
          <w:bCs/>
        </w:rPr>
        <w:t xml:space="preserve"> </w:t>
      </w:r>
      <w:r>
        <w:rPr>
          <w:b/>
          <w:bCs/>
          <w:u w:val="single"/>
        </w:rPr>
        <w:t xml:space="preserve">component</w:t>
      </w:r>
      <w:r>
        <w:rPr>
          <w:b/>
          <w:bCs/>
        </w:rPr>
        <w:t xml:space="preserve"> </w:t>
      </w:r>
      <w:r>
        <w:rPr>
          <w:b/>
          <w:bCs/>
        </w:rPr>
        <w:t xml:space="preserve">parts.</w:t>
      </w:r>
      <w:r>
        <w:br/>
      </w:r>
      <w:r>
        <w:t xml:space="preserve">    (a) a hole or dropoff so deep the bottom cannot be seen -- often used figuratively to imply a frightening bottomless pit</w:t>
      </w:r>
      <w:r>
        <w:br/>
      </w:r>
      <w:r>
        <w:t xml:space="preserve">    (b) of the American Indian civilization of Yucatan and Belize and Guatemala that reached its peak between AD 300 and 900</w:t>
      </w:r>
      <w:r>
        <w:br/>
      </w:r>
      <w:r>
        <w:t xml:space="preserve">    (c) a self-contained part of something that when combined with other parts makes something that is larger or more complex</w:t>
      </w:r>
    </w:p>
    <w:p>
      <w:pPr>
        <w:pStyle w:val="Compact"/>
        <w:numPr>
          <w:ilvl w:val="0"/>
          <w:numId w:val="1001"/>
        </w:numPr>
      </w:pPr>
      <w:r>
        <w:rPr>
          <w:b/>
          <w:bCs/>
        </w:rPr>
        <w:t xml:space="preserve">It really is the only thing I can remember she ever said about Grandma Welty, though she did feel often</w:t>
      </w:r>
      <w:r>
        <w:rPr>
          <w:b/>
          <w:bCs/>
        </w:rPr>
        <w:t xml:space="preserve"> </w:t>
      </w:r>
      <w:r>
        <w:rPr>
          <w:b/>
          <w:bCs/>
          <w:u w:val="single"/>
        </w:rPr>
        <w:t xml:space="preserve">compelled</w:t>
      </w:r>
      <w:r>
        <w:rPr>
          <w:b/>
          <w:bCs/>
        </w:rPr>
        <w:t xml:space="preserve"> </w:t>
      </w:r>
      <w:r>
        <w:rPr>
          <w:b/>
          <w:bCs/>
        </w:rPr>
        <w:t xml:space="preserve">to repeat it, and never said anything different after the old lady died.</w:t>
      </w:r>
      <w:r>
        <w:br/>
      </w:r>
      <w:r>
        <w:t xml:space="preserve">    (a) forced; or (more rarely) convinced</w:t>
      </w:r>
      <w:r>
        <w:br/>
      </w:r>
      <w:r>
        <w:t xml:space="preserve">    (b) didn't trust or have confidence in</w:t>
      </w:r>
      <w:r>
        <w:br/>
      </w:r>
      <w:r>
        <w:t xml:space="preserve">    (c) fruit cooked with sugar (like jam)</w:t>
      </w:r>
    </w:p>
    <w:p>
      <w:pPr>
        <w:pStyle w:val="Compact"/>
        <w:numPr>
          <w:ilvl w:val="0"/>
          <w:numId w:val="1001"/>
        </w:numPr>
      </w:pPr>
      <w:r>
        <w:rPr>
          <w:b/>
          <w:bCs/>
        </w:rPr>
        <w:t xml:space="preserve">And in the parlor where the blinds were drawn, the smell of being unvisited would</w:t>
      </w:r>
      <w:r>
        <w:rPr>
          <w:b/>
          <w:bCs/>
        </w:rPr>
        <w:t xml:space="preserve"> </w:t>
      </w:r>
      <w:r>
        <w:rPr>
          <w:b/>
          <w:bCs/>
          <w:u w:val="single"/>
        </w:rPr>
        <w:t xml:space="preserve">pervade</w:t>
      </w:r>
      <w:r>
        <w:rPr>
          <w:b/>
          <w:bCs/>
        </w:rPr>
        <w:t xml:space="preserve">, pervade, pervade.</w:t>
      </w:r>
      <w:r>
        <w:br/>
      </w:r>
      <w:r>
        <w:t xml:space="preserve">    (a) unwrap</w:t>
      </w:r>
      <w:r>
        <w:br/>
      </w:r>
      <w:r>
        <w:t xml:space="preserve">    (b) spread</w:t>
      </w:r>
      <w:r>
        <w:br/>
      </w:r>
      <w:r>
        <w:t xml:space="preserve">    (c) follow</w:t>
      </w:r>
    </w:p>
    <w:p>
      <w:pPr>
        <w:pStyle w:val="Compact"/>
        <w:numPr>
          <w:ilvl w:val="0"/>
          <w:numId w:val="1001"/>
        </w:numPr>
      </w:pPr>
      <w:r>
        <w:rPr>
          <w:b/>
          <w:bCs/>
        </w:rPr>
        <w:t xml:space="preserve">Compared to the Andrews clan, the Welty family at the time of the first visit I remember was very</w:t>
      </w:r>
      <w:r>
        <w:rPr>
          <w:b/>
          <w:bCs/>
        </w:rPr>
        <w:t xml:space="preserve"> </w:t>
      </w:r>
      <w:r>
        <w:rPr>
          <w:b/>
          <w:bCs/>
          <w:u w:val="single"/>
        </w:rPr>
        <w:t xml:space="preserve">scarce</w:t>
      </w:r>
      <w:r>
        <w:rPr>
          <w:b/>
          <w:bCs/>
        </w:rPr>
        <w:t xml:space="preserve"> </w:t>
      </w:r>
      <w:r>
        <w:rPr>
          <w:b/>
          <w:bCs/>
        </w:rPr>
        <w:t xml:space="preserve">in the way of uncles and cousins and kin of an older generation.</w:t>
      </w:r>
      <w:r>
        <w:br/>
      </w:r>
      <w:r>
        <w:t xml:space="preserve">    (a) a state similar to sleep where one is unaware of anything</w:t>
      </w:r>
      <w:r>
        <w:br/>
      </w:r>
      <w:r>
        <w:t xml:space="preserve">    (b) the state of not being aware or concerned about something</w:t>
      </w:r>
      <w:r>
        <w:br/>
      </w:r>
      <w:r>
        <w:t xml:space="preserve">    (c) in short supply  OR  barely or hardly (by a small margin)</w:t>
      </w:r>
    </w:p>
    <w:p>
      <w:pPr>
        <w:pStyle w:val="Compact"/>
        <w:numPr>
          <w:ilvl w:val="0"/>
          <w:numId w:val="1001"/>
        </w:numPr>
      </w:pPr>
      <w:r>
        <w:rPr>
          <w:b/>
          <w:bCs/>
        </w:rPr>
        <w:t xml:space="preserve">Now I look back, or listen back, in the same desire to imagine, and it seems possible that the sound of that</w:t>
      </w:r>
      <w:r>
        <w:rPr>
          <w:b/>
          <w:bCs/>
        </w:rPr>
        <w:t xml:space="preserve"> </w:t>
      </w:r>
      <w:r>
        <w:rPr>
          <w:b/>
          <w:bCs/>
          <w:u w:val="single"/>
        </w:rPr>
        <w:t xml:space="preserve">sparse</w:t>
      </w:r>
      <w:r>
        <w:rPr>
          <w:b/>
          <w:bCs/>
        </w:rPr>
        <w:t xml:space="preserve"> </w:t>
      </w:r>
      <w:r>
        <w:rPr>
          <w:b/>
          <w:bCs/>
        </w:rPr>
        <w:t xml:space="preserve">music, so faint and unearthly to my childhood ears, was the sound he'd had to speak to him in all that country silence among so many elders where he was the only child.</w:t>
      </w:r>
      <w:r>
        <w:br/>
      </w:r>
      <w:r>
        <w:t xml:space="preserve">    (a) mental activity of which one is self-aware</w:t>
      </w:r>
      <w:r>
        <w:br/>
      </w:r>
      <w:r>
        <w:t xml:space="preserve">    (b) able to be learned, discovered, or decided</w:t>
      </w:r>
      <w:r>
        <w:br/>
      </w:r>
      <w:r>
        <w:t xml:space="preserve">    (c) not dense; or few in number and spread out</w:t>
      </w:r>
    </w:p>
    <w:p>
      <w:pPr>
        <w:pStyle w:val="Compact"/>
        <w:numPr>
          <w:ilvl w:val="0"/>
          <w:numId w:val="1001"/>
        </w:numPr>
      </w:pPr>
      <w:r>
        <w:rPr>
          <w:b/>
          <w:bCs/>
        </w:rPr>
        <w:t xml:space="preserve">They changed something in my life: each trip made its particular</w:t>
      </w:r>
      <w:r>
        <w:rPr>
          <w:b/>
          <w:bCs/>
        </w:rPr>
        <w:t xml:space="preserve"> </w:t>
      </w:r>
      <w:r>
        <w:rPr>
          <w:b/>
          <w:bCs/>
          <w:u w:val="single"/>
        </w:rPr>
        <w:t xml:space="preserve">revelation</w:t>
      </w:r>
      <w:r>
        <w:rPr>
          <w:b/>
          <w:bCs/>
        </w:rPr>
        <w:t xml:space="preserve">, though I could not have found words for it.</w:t>
      </w:r>
      <w:r>
        <w:br/>
      </w:r>
      <w:r>
        <w:t xml:space="preserve">    (a) a large, elongated gland located behind the stomach that secretes digestive enzymes and insulin</w:t>
      </w:r>
      <w:r>
        <w:br/>
      </w:r>
      <w:r>
        <w:t xml:space="preserve">    (b) of the philosophical &amp; religious system based on the teachings of Laozi (also spelled Taoist)</w:t>
      </w:r>
      <w:r>
        <w:br/>
      </w:r>
      <w:r>
        <w:t xml:space="preserve">    (c) something previously unknown; or making such a thing known</w:t>
      </w:r>
    </w:p>
    <w:p>
      <w:pPr>
        <w:pStyle w:val="Compact"/>
        <w:numPr>
          <w:ilvl w:val="0"/>
          <w:numId w:val="1001"/>
        </w:numPr>
      </w:pPr>
      <w:r>
        <w:rPr>
          <w:b/>
          <w:bCs/>
        </w:rPr>
        <w:t xml:space="preserve">The events in our lives happen in a</w:t>
      </w:r>
      <w:r>
        <w:rPr>
          <w:b/>
          <w:bCs/>
        </w:rPr>
        <w:t xml:space="preserve"> </w:t>
      </w:r>
      <w:r>
        <w:rPr>
          <w:b/>
          <w:bCs/>
          <w:u w:val="single"/>
        </w:rPr>
        <w:t xml:space="preserve">sequence</w:t>
      </w:r>
      <w:r>
        <w:rPr>
          <w:b/>
          <w:bCs/>
        </w:rPr>
        <w:t xml:space="preserve"> </w:t>
      </w:r>
      <w:r>
        <w:rPr>
          <w:b/>
          <w:bCs/>
        </w:rPr>
        <w:t xml:space="preserve">in time, butin their significance to ourselves they find their own order, a timetable not necessarily—perhaps not possibly—chronological.</w:t>
      </w:r>
      <w:r>
        <w:br/>
      </w:r>
      <w:r>
        <w:t xml:space="preserve">    (a) arranged in a specific order</w:t>
      </w:r>
      <w:r>
        <w:br/>
      </w:r>
      <w:r>
        <w:t xml:space="preserve">    (b) tell someone about something</w:t>
      </w:r>
      <w:r>
        <w:br/>
      </w:r>
      <w:r>
        <w:t xml:space="preserve">    (c) something repeated regularly</w:t>
      </w:r>
    </w:p>
    <w:p>
      <w:pPr>
        <w:pStyle w:val="Compact"/>
        <w:numPr>
          <w:ilvl w:val="0"/>
          <w:numId w:val="1001"/>
        </w:numPr>
      </w:pPr>
      <w:r>
        <w:rPr>
          <w:b/>
          <w:bCs/>
        </w:rPr>
        <w:t xml:space="preserve">The events in our lives happen in a sequence in time, butin their significance to ourselves they find their own order, a timetable not necessarily—perhaps not possibly—</w:t>
      </w:r>
      <w:r>
        <w:rPr>
          <w:b/>
          <w:bCs/>
          <w:u w:val="single"/>
        </w:rPr>
        <w:t xml:space="preserve">chronological</w:t>
      </w:r>
      <w:r>
        <w:rPr>
          <w:b/>
          <w:bCs/>
        </w:rPr>
        <w:t xml:space="preserve">.</w:t>
      </w:r>
      <w:r>
        <w:br/>
      </w:r>
      <w:r>
        <w:t xml:space="preserve">    (a) arranged according to time</w:t>
      </w:r>
      <w:r>
        <w:br/>
      </w:r>
      <w:r>
        <w:t xml:space="preserve">    (b) the quality of disagreeing</w:t>
      </w:r>
      <w:r>
        <w:br/>
      </w:r>
      <w:r>
        <w:t xml:space="preserve">    (c) able to meet and talk with</w:t>
      </w:r>
    </w:p>
    <w:p>
      <w:pPr>
        <w:pStyle w:val="Compact"/>
        <w:numPr>
          <w:ilvl w:val="0"/>
          <w:numId w:val="1001"/>
        </w:numPr>
      </w:pPr>
      <w:r>
        <w:rPr>
          <w:b/>
          <w:bCs/>
        </w:rPr>
        <w:t xml:space="preserve">The time as we know it</w:t>
      </w:r>
      <w:r>
        <w:rPr>
          <w:b/>
          <w:bCs/>
        </w:rPr>
        <w:t xml:space="preserve"> </w:t>
      </w:r>
      <w:r>
        <w:rPr>
          <w:b/>
          <w:bCs/>
          <w:u w:val="single"/>
        </w:rPr>
        <w:t xml:space="preserve">subjectively</w:t>
      </w:r>
      <w:r>
        <w:rPr>
          <w:b/>
          <w:bCs/>
        </w:rPr>
        <w:t xml:space="preserve"> </w:t>
      </w:r>
      <w:r>
        <w:rPr>
          <w:b/>
          <w:bCs/>
        </w:rPr>
        <w:t xml:space="preserve">is often the chronology that stories and novels follow: it is the continuous thread of revelation.</w:t>
      </w:r>
      <w:r>
        <w:br/>
      </w:r>
      <w:r>
        <w:t xml:space="preserve">    (a) in a manner that uses a scale where each step is a multiple of the prior step rather than a fixed addition to it</w:t>
      </w:r>
      <w:r>
        <w:br/>
      </w:r>
      <w:r>
        <w:t xml:space="preserve">    (b) in the manner of something that is commonly repeated or obvious, yet treated as though insightful or instructive</w:t>
      </w:r>
      <w:r>
        <w:br/>
      </w:r>
      <w:r>
        <w:t xml:space="preserve">    (c) in a manner influenced by personal belief, feelings, or preferences (rather than being based purely upon fact)</w:t>
      </w:r>
    </w:p>
    <w:p>
      <w:pPr>
        <w:pStyle w:val="Compact"/>
        <w:numPr>
          <w:ilvl w:val="0"/>
          <w:numId w:val="1001"/>
        </w:numPr>
      </w:pPr>
      <w:r>
        <w:rPr>
          <w:b/>
          <w:bCs/>
        </w:rPr>
        <w:t xml:space="preserve">The time as we know it subjectively is often the chronology that stories and novels follow: it is the</w:t>
      </w:r>
      <w:r>
        <w:rPr>
          <w:b/>
          <w:bCs/>
        </w:rPr>
        <w:t xml:space="preserve"> </w:t>
      </w:r>
      <w:r>
        <w:rPr>
          <w:b/>
          <w:bCs/>
          <w:u w:val="single"/>
        </w:rPr>
        <w:t xml:space="preserve">continuous</w:t>
      </w:r>
      <w:r>
        <w:rPr>
          <w:b/>
          <w:bCs/>
        </w:rPr>
        <w:t xml:space="preserve"> </w:t>
      </w:r>
      <w:r>
        <w:rPr>
          <w:b/>
          <w:bCs/>
        </w:rPr>
        <w:t xml:space="preserve">thread of revelation.</w:t>
      </w:r>
      <w:r>
        <w:br/>
      </w:r>
      <w:r>
        <w:t xml:space="preserve">    (a) continuing in time or space without interruption or irregularity</w:t>
      </w:r>
      <w:r>
        <w:br/>
      </w:r>
      <w:r>
        <w:t xml:space="preserve">    (b) pertaining to the working together of different religious groups</w:t>
      </w:r>
      <w:r>
        <w:br/>
      </w:r>
      <w:r>
        <w:t xml:space="preserve">    (c) the state of being capable of thought, self-reflection, and will</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2026-07-31T18:56:40Z</dcterms:created>
  <dcterms:modified xsi:type="dcterms:W3CDTF">2026-07-31T18:56:40Z</dcterms:modified>
</cp:coreProperties>
</file>

<file path=docProps/custom.xml><?xml version="1.0" encoding="utf-8"?>
<Properties xmlns="http://schemas.openxmlformats.org/officeDocument/2006/custom-properties" xmlns:vt="http://schemas.openxmlformats.org/officeDocument/2006/docPropsVTypes"/>
</file>