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e419a3eab841f81f9a17faf7ec0aa0c59fac728"/>
    <w:p>
      <w:pPr>
        <w:pStyle w:val="Heading1"/>
      </w:pPr>
      <w:r>
        <w:rPr>
          <w:b/>
          <w:bCs/>
        </w:rPr>
        <w:t xml:space="preserve">Learning to Read and Write</w:t>
      </w:r>
      <w:r>
        <w:br/>
      </w:r>
      <w:r>
        <w:rPr>
          <w:i/>
          <w:iCs/>
        </w:rPr>
        <w:t xml:space="preserve">Frederick Douglass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accomplishing this,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compelled</w:t>
      </w:r>
      <w:r>
        <w:rPr>
          <w:b/>
          <w:bCs/>
        </w:rPr>
        <w:t xml:space="preserve"> </w:t>
      </w:r>
      <w:r>
        <w:rPr>
          <w:b/>
          <w:bCs/>
        </w:rPr>
        <w:t xml:space="preserve">to resort to various stratagems.</w:t>
      </w:r>
      <w:r>
        <w:br/>
      </w:r>
      <w:r>
        <w:t xml:space="preserve">    (a) forced; or (more rarely) convinced</w:t>
      </w:r>
      <w:r>
        <w:br/>
      </w:r>
      <w:r>
        <w:t xml:space="preserve">    (b) didn't trust or have confidence in</w:t>
      </w:r>
      <w:r>
        <w:br/>
      </w:r>
      <w:r>
        <w:t xml:space="preserve">    (c) fruit cooked with sugar (like jam)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mistress, who had kindly commenced to instruct me, had,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advice and direction of her husband, not only ceased to instruct, but had set her face against my being instructed by any one else.</w:t>
      </w:r>
      <w:r>
        <w:br/>
      </w:r>
      <w:r>
        <w:t xml:space="preserve">    (a) a ceiling designed to affect noise -- typically to decrease noise</w:t>
      </w:r>
      <w:r>
        <w:br/>
      </w:r>
      <w:r>
        <w:t xml:space="preserve">    (b) a person (often a writer or artist) living an unconventional life</w:t>
      </w:r>
      <w:r>
        <w:br/>
      </w:r>
      <w:r>
        <w:t xml:space="preserve">    (c) willingness or ability to follow rules, requests, or expectations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due, however, to my mistress to say of her, that she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adopt</w:t>
      </w:r>
      <w:r>
        <w:rPr>
          <w:b/>
          <w:bCs/>
        </w:rPr>
        <w:t xml:space="preserve"> </w:t>
      </w:r>
      <w:r>
        <w:rPr>
          <w:b/>
          <w:bCs/>
        </w:rPr>
        <w:t xml:space="preserve">this course of treatment immediately.</w:t>
      </w:r>
      <w:r>
        <w:br/>
      </w:r>
      <w:r>
        <w:t xml:space="preserve">    (a) begin fighting again</w:t>
      </w:r>
      <w:r>
        <w:br/>
      </w:r>
      <w:r>
        <w:t xml:space="preserve">    (b) recognize difference</w:t>
      </w:r>
      <w:r>
        <w:br/>
      </w:r>
      <w:r>
        <w:t xml:space="preserve">    (c) take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at first lacked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depravity</w:t>
      </w:r>
      <w:r>
        <w:rPr>
          <w:b/>
          <w:bCs/>
        </w:rPr>
        <w:t xml:space="preserve"> </w:t>
      </w:r>
      <w:r>
        <w:rPr>
          <w:b/>
          <w:bCs/>
        </w:rPr>
        <w:t xml:space="preserve">indispensable to shutting me up in mental darkness.</w:t>
      </w:r>
      <w:r>
        <w:br/>
      </w:r>
      <w:r>
        <w:t xml:space="preserve">    (a) measure of general intelligence</w:t>
      </w:r>
      <w:r>
        <w:br/>
      </w:r>
      <w:r>
        <w:t xml:space="preserve">    (b) a firm decision to do something</w:t>
      </w:r>
      <w:r>
        <w:br/>
      </w:r>
      <w:r>
        <w:t xml:space="preserve">    (c) complete immorality or evilness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step in her downward course was in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ceasing</w:t>
      </w:r>
      <w:r>
        <w:rPr>
          <w:b/>
          <w:bCs/>
        </w:rPr>
        <w:t xml:space="preserve"> </w:t>
      </w:r>
      <w:r>
        <w:rPr>
          <w:b/>
          <w:bCs/>
        </w:rPr>
        <w:t xml:space="preserve">to instruct me.</w:t>
      </w:r>
      <w:r>
        <w:br/>
      </w:r>
      <w:r>
        <w:t xml:space="preserve">    (a) requesting or challenging</w:t>
      </w:r>
      <w:r>
        <w:br/>
      </w:r>
      <w:r>
        <w:t xml:space="preserve">    (b) stopping or discontinuing</w:t>
      </w:r>
      <w:r>
        <w:br/>
      </w:r>
      <w:r>
        <w:t xml:space="preserve">    (c) mirroring back (an image)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strongly tempted to give the names of two or three of those little boys, as a testimonial of the gratitude and affection I bear them;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 </w:t>
      </w:r>
      <w:r>
        <w:rPr>
          <w:b/>
          <w:bCs/>
        </w:rPr>
        <w:t xml:space="preserve">forbids;—not that it would injure me, but it might embarrass them; for it is almost an unpardonable offence to teach slaves to read in this Christian country.</w:t>
      </w:r>
      <w:r>
        <w:br/>
      </w:r>
      <w:r>
        <w:t xml:space="preserve">    (a) surrounding conditions</w:t>
      </w:r>
      <w:r>
        <w:br/>
      </w:r>
      <w:r>
        <w:t xml:space="preserve">    (b) not easily set on fire</w:t>
      </w:r>
      <w:r>
        <w:br/>
      </w:r>
      <w:r>
        <w:t xml:space="preserve">    (c) good sense and caution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same book, I met with one of Sheridan's mighty speeches on and in behalf of Catholic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emancipation</w:t>
      </w:r>
      <w:r>
        <w:rPr>
          <w:b/>
          <w:bCs/>
        </w:rPr>
        <w:t xml:space="preserve">.</w:t>
      </w:r>
      <w:r>
        <w:br/>
      </w:r>
      <w:r>
        <w:t xml:space="preserve">    (a) a sexually transmitted disease that, if treated early, can be completely cured with antibiotics</w:t>
      </w:r>
      <w:r>
        <w:br/>
      </w:r>
      <w:r>
        <w:t xml:space="preserve">    (b) the act of being released from slavery or servitude; or (metaphorically) from social restraints</w:t>
      </w:r>
      <w:r>
        <w:br/>
      </w:r>
      <w:r>
        <w:t xml:space="preserve">    (c) "spiritually renew" in a Christian ceremony  OR  initiate or purify by a challenging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read them over and over again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unabated</w:t>
      </w:r>
      <w:r>
        <w:rPr>
          <w:b/>
          <w:bCs/>
        </w:rPr>
        <w:t xml:space="preserve"> </w:t>
      </w:r>
      <w:r>
        <w:rPr>
          <w:b/>
          <w:bCs/>
        </w:rPr>
        <w:t xml:space="preserve">interest.</w:t>
      </w:r>
      <w:r>
        <w:br/>
      </w:r>
      <w:r>
        <w:t xml:space="preserve">    (a) without a reduction in amount or intensity</w:t>
      </w:r>
      <w:r>
        <w:br/>
      </w:r>
      <w:r>
        <w:t xml:space="preserve">    (b) not vaccinated (to protect from a disease)</w:t>
      </w:r>
      <w:r>
        <w:br/>
      </w:r>
      <w:r>
        <w:t xml:space="preserve">    (c) emphasized (called attention to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reading of these documents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enabled</w:t>
      </w:r>
      <w:r>
        <w:rPr>
          <w:b/>
          <w:bCs/>
        </w:rPr>
        <w:t xml:space="preserve"> </w:t>
      </w:r>
      <w:r>
        <w:rPr>
          <w:b/>
          <w:bCs/>
        </w:rPr>
        <w:t xml:space="preserve">me to utter my thoughts, and to meet the arguments brought forward to sustain slavery; but while they relieved me of one difficulty, they brought on another even more painful than the one of which I was relieved.</w:t>
      </w:r>
      <w:r>
        <w:br/>
      </w:r>
      <w:r>
        <w:t xml:space="preserve">    (a) not satisfied</w:t>
      </w:r>
      <w:r>
        <w:br/>
      </w:r>
      <w:r>
        <w:t xml:space="preserve">    (b) made possible</w:t>
      </w:r>
      <w:r>
        <w:br/>
      </w:r>
      <w:r>
        <w:t xml:space="preserve">    (c) got closer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more I read, the more I was led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</w:t>
      </w:r>
      <w:r>
        <w:rPr>
          <w:b/>
          <w:bCs/>
        </w:rPr>
        <w:t xml:space="preserve"> </w:t>
      </w:r>
      <w:r>
        <w:rPr>
          <w:b/>
          <w:bCs/>
        </w:rPr>
        <w:t xml:space="preserve">and detest my enslavers.</w:t>
      </w:r>
      <w:r>
        <w:br/>
      </w:r>
      <w:r>
        <w:t xml:space="preserve">    (a) lie or mislead</w:t>
      </w:r>
      <w:r>
        <w:br/>
      </w:r>
      <w:r>
        <w:t xml:space="preserve">    (b) tell (a story)</w:t>
      </w:r>
      <w:r>
        <w:br/>
      </w:r>
      <w:r>
        <w:t xml:space="preserve">    (c) hate or detest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loathed</w:t>
      </w:r>
      <w:r>
        <w:rPr>
          <w:b/>
          <w:bCs/>
        </w:rPr>
        <w:t xml:space="preserve"> </w:t>
      </w:r>
      <w:r>
        <w:rPr>
          <w:b/>
          <w:bCs/>
        </w:rPr>
        <w:t xml:space="preserve">them as being the meanest as well as the most wicked of men.</w:t>
      </w:r>
      <w:r>
        <w:br/>
      </w:r>
      <w:r>
        <w:t xml:space="preserve">    (a) detested or intensely disliked</w:t>
      </w:r>
      <w:r>
        <w:br/>
      </w:r>
      <w:r>
        <w:t xml:space="preserve">    (b) developed or changed gradually</w:t>
      </w:r>
      <w:r>
        <w:br/>
      </w:r>
      <w:r>
        <w:t xml:space="preserve">    (c) took (power or responsibility)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read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contemplated</w:t>
      </w:r>
      <w:r>
        <w:rPr>
          <w:b/>
          <w:bCs/>
        </w:rPr>
        <w:t xml:space="preserve"> </w:t>
      </w:r>
      <w:r>
        <w:rPr>
          <w:b/>
          <w:bCs/>
        </w:rPr>
        <w:t xml:space="preserve">the subject, behold!</w:t>
      </w:r>
      <w:r>
        <w:br/>
      </w:r>
      <w:r>
        <w:t xml:space="preserve">    (a) wrongly translates</w:t>
      </w:r>
      <w:r>
        <w:br/>
      </w:r>
      <w:r>
        <w:t xml:space="preserve">    (b) restarted (a fire)</w:t>
      </w:r>
      <w:r>
        <w:br/>
      </w:r>
      <w:r>
        <w:t xml:space="preserve">    (c) consider or ponder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writhed</w:t>
      </w:r>
      <w:r>
        <w:rPr>
          <w:b/>
          <w:bCs/>
        </w:rPr>
        <w:t xml:space="preserve"> </w:t>
      </w:r>
      <w:r>
        <w:rPr>
          <w:b/>
          <w:bCs/>
        </w:rPr>
        <w:t xml:space="preserve">under it, I would at times feel that learning to read had been a curse rather than a blessing.</w:t>
      </w:r>
      <w:r>
        <w:br/>
      </w:r>
      <w:r>
        <w:t xml:space="preserve">    (a) moved in a twisting or contorted motion</w:t>
      </w:r>
      <w:r>
        <w:br/>
      </w:r>
      <w:r>
        <w:t xml:space="preserve">    (b) tension from opposing ideas or feelings</w:t>
      </w:r>
      <w:r>
        <w:br/>
      </w:r>
      <w:r>
        <w:t xml:space="preserve">    (c) examined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had given me a view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condition, without the remedy.</w:t>
      </w:r>
      <w:r>
        <w:br/>
      </w:r>
      <w:r>
        <w:t xml:space="preserve">    (a) not easily identified</w:t>
      </w:r>
      <w:r>
        <w:br/>
      </w:r>
      <w:r>
        <w:t xml:space="preserve">    (b) miserable or very bad</w:t>
      </w:r>
      <w:r>
        <w:br/>
      </w:r>
      <w:r>
        <w:t xml:space="preserve">    (c) exactness or accuracy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this everlasting thinking of my condition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tormented</w:t>
      </w:r>
      <w:r>
        <w:rPr>
          <w:b/>
          <w:bCs/>
        </w:rPr>
        <w:t xml:space="preserve"> </w:t>
      </w:r>
      <w:r>
        <w:rPr>
          <w:b/>
          <w:bCs/>
        </w:rPr>
        <w:t xml:space="preserve">me.</w:t>
      </w:r>
      <w:r>
        <w:br/>
      </w:r>
      <w:r>
        <w:t xml:space="preserve">    (a) consented reluctantly; or suffered defeat</w:t>
      </w:r>
      <w:r>
        <w:br/>
      </w:r>
      <w:r>
        <w:t xml:space="preserve">    (b) caused great mental or physical suffering</w:t>
      </w:r>
      <w:r>
        <w:br/>
      </w:r>
      <w:r>
        <w:t xml:space="preserve">    (c) not altered in an unnatural or untrue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 little while, I could hear something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abolitionists</w:t>
      </w:r>
      <w:r>
        <w:rPr>
          <w:b/>
          <w:bCs/>
        </w:rPr>
        <w:t xml:space="preserve">.</w:t>
      </w:r>
      <w:r>
        <w:br/>
      </w:r>
      <w:r>
        <w:t xml:space="preserve">    (a) Muslim religious teachers or leaders</w:t>
      </w:r>
      <w:r>
        <w:br/>
      </w:r>
      <w:r>
        <w:t xml:space="preserve">    (b) things that disagree with themselves</w:t>
      </w:r>
      <w:r>
        <w:br/>
      </w:r>
      <w:r>
        <w:t xml:space="preserve">    (c) reformers who favored ending slavery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found it was "the act of abolishing;" but then I did not know what was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abolished</w:t>
      </w:r>
      <w:r>
        <w:rPr>
          <w:b/>
          <w:bCs/>
        </w:rPr>
        <w:t xml:space="preserve">.</w:t>
      </w:r>
      <w:r>
        <w:br/>
      </w:r>
      <w:r>
        <w:t xml:space="preserve">    (a) translated</w:t>
      </w:r>
      <w:r>
        <w:br/>
      </w:r>
      <w:r>
        <w:t xml:space="preserve">    (b) eliminated</w:t>
      </w:r>
      <w:r>
        <w:br/>
      </w:r>
      <w:r>
        <w:t xml:space="preserve">    (c) subtracted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perplexed</w:t>
      </w:r>
      <w:r>
        <w:rPr>
          <w:b/>
          <w:bCs/>
        </w:rPr>
        <w:t xml:space="preserve">.</w:t>
      </w:r>
      <w:r>
        <w:br/>
      </w:r>
      <w:r>
        <w:t xml:space="preserve">    (a) excessively excited</w:t>
      </w:r>
      <w:r>
        <w:br/>
      </w:r>
      <w:r>
        <w:t xml:space="preserve">    (b) confused or puzzled</w:t>
      </w:r>
      <w:r>
        <w:br/>
      </w:r>
      <w:r>
        <w:t xml:space="preserve">    (c) nervous or confused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afraid that these seemingly good men might use me so; but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 </w:t>
      </w:r>
      <w:r>
        <w:rPr>
          <w:b/>
          <w:bCs/>
        </w:rPr>
        <w:t xml:space="preserve">remembered their advice, and from that time I resolved to run away.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Thus, after a long,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 </w:t>
      </w:r>
      <w:r>
        <w:rPr>
          <w:b/>
          <w:bCs/>
        </w:rPr>
        <w:t xml:space="preserve">effort for years, I finally succeeded in learning how to write.</w:t>
      </w:r>
      <w:r>
        <w:br/>
      </w:r>
      <w:r>
        <w:t xml:space="preserve">    (a) boring or monotonous</w:t>
      </w:r>
      <w:r>
        <w:br/>
      </w:r>
      <w:r>
        <w:t xml:space="preserve">    (b) sensible and careful</w:t>
      </w:r>
      <w:r>
        <w:br/>
      </w:r>
      <w:r>
        <w:t xml:space="preserve">    (c) not demonstrative of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2026-07-31T19:02:25Z</dcterms:created>
  <dcterms:modified xsi:type="dcterms:W3CDTF">2026-07-31T19:02:25Z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