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eaac62b839b1e282b5dc8469bf60de019f184a"/>
    <w:p>
      <w:pPr>
        <w:pStyle w:val="Heading1"/>
      </w:pPr>
      <w:r>
        <w:rPr>
          <w:b/>
          <w:bCs/>
        </w:rPr>
        <w:t xml:space="preserve">Leader of the People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little boy, Jody,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house eating a thick piece of buttered bread.</w:t>
      </w:r>
      <w:r>
        <w:br/>
      </w:r>
      <w:r>
        <w:t xml:space="preserve">    (a) to come out, appear, or become prominent</w:t>
      </w:r>
      <w:r>
        <w:br/>
      </w:r>
      <w:r>
        <w:t xml:space="preserve">    (b) compensated for a loss; or paid a reward</w:t>
      </w:r>
      <w:r>
        <w:br/>
      </w:r>
      <w:r>
        <w:t xml:space="preserve">    (c) not having taken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 plump, sleek,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arrogant</w:t>
      </w:r>
      <w:r>
        <w:rPr>
          <w:b/>
          <w:bCs/>
        </w:rPr>
        <w:t xml:space="preserve"> </w:t>
      </w:r>
      <w:r>
        <w:rPr>
          <w:b/>
          <w:bCs/>
        </w:rPr>
        <w:t xml:space="preserve">mice were doomed.</w:t>
      </w:r>
      <w:r>
        <w:br/>
      </w:r>
      <w:r>
        <w:t xml:space="preserve">    (a) lacking a tendency to be full of thought</w:t>
      </w:r>
      <w:r>
        <w:br/>
      </w:r>
      <w:r>
        <w:t xml:space="preserve">    (b) without a tendency to be full of thought</w:t>
      </w:r>
      <w:r>
        <w:br/>
      </w:r>
      <w:r>
        <w:t xml:space="preserve">    (c) having an excessive sense of superiority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immune</w:t>
      </w:r>
      <w:r>
        <w:rPr>
          <w:b/>
          <w:bCs/>
        </w:rPr>
        <w:t xml:space="preserve"> </w:t>
      </w:r>
      <w:r>
        <w:rPr>
          <w:b/>
          <w:bCs/>
        </w:rPr>
        <w:t xml:space="preserve">from cats, from traps, from poison and from Jody.</w:t>
      </w:r>
      <w:r>
        <w:br/>
      </w:r>
      <w:r>
        <w:t xml:space="preserve">    (a) not in danger of suffering from something  OR  relating to disease resistance</w:t>
      </w:r>
      <w:r>
        <w:br/>
      </w:r>
      <w:r>
        <w:t xml:space="preserve">    (b) the state or character of having found a condition or substance to be present</w:t>
      </w:r>
      <w:r>
        <w:br/>
      </w:r>
      <w:r>
        <w:t xml:space="preserve">    (c) a health indicator measured by the force of circulating blood on the arteries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paddled for a while and then paused to kick bursts of dirt out between his hind legs, and he dug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 </w:t>
      </w:r>
      <w:r>
        <w:rPr>
          <w:b/>
          <w:bCs/>
        </w:rPr>
        <w:t xml:space="preserve">which belied the knowledge he must have had that no dog had ever caught a squirrel by digging in a hole.</w:t>
      </w:r>
      <w:r>
        <w:br/>
      </w:r>
      <w:r>
        <w:t xml:space="preserve">    (a) able to take on or adopt</w:t>
      </w:r>
      <w:r>
        <w:br/>
      </w:r>
      <w:r>
        <w:t xml:space="preserve">    (b) the state of being awake</w:t>
      </w:r>
      <w:r>
        <w:br/>
      </w:r>
      <w:r>
        <w:t xml:space="preserve">    (c) sincerity or seriousness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lips pursed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judiciously</w:t>
      </w:r>
      <w:r>
        <w:rPr>
          <w:b/>
          <w:bCs/>
        </w:rPr>
        <w:t xml:space="preserve">.</w:t>
      </w:r>
      <w:r>
        <w:br/>
      </w:r>
      <w:r>
        <w:t xml:space="preserve">    (a) in a manner that shows good judgment</w:t>
      </w:r>
      <w:r>
        <w:br/>
      </w:r>
      <w:r>
        <w:t xml:space="preserve">    (b) in a manner that does not find fault</w:t>
      </w:r>
      <w:r>
        <w:br/>
      </w:r>
      <w:r>
        <w:t xml:space="preserve">    (c) in a manner that is likely to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Jody peered cautiously at her to see whether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toward him remained.</w:t>
      </w:r>
      <w:r>
        <w:br/>
      </w:r>
      <w:r>
        <w:t xml:space="preserve">    (a) measure of general intelligence</w:t>
      </w:r>
      <w:r>
        <w:br/>
      </w:r>
      <w:r>
        <w:t xml:space="preserve">    (b) deep and bitter anger or hatred</w:t>
      </w:r>
      <w:r>
        <w:br/>
      </w:r>
      <w:r>
        <w:t xml:space="preserve">    (c) a firm decision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could see the white town of Salinas far out in the flat and the flash of its windows under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waning</w:t>
      </w:r>
      <w:r>
        <w:rPr>
          <w:b/>
          <w:bCs/>
        </w:rPr>
        <w:t xml:space="preserve"> </w:t>
      </w:r>
      <w:r>
        <w:rPr>
          <w:b/>
          <w:bCs/>
        </w:rPr>
        <w:t xml:space="preserve">sun.</w:t>
      </w:r>
      <w:r>
        <w:br/>
      </w:r>
      <w:r>
        <w:t xml:space="preserve">    (a) declining or diminishing</w:t>
      </w:r>
      <w:r>
        <w:br/>
      </w:r>
      <w:r>
        <w:t xml:space="preserve">    (b) beginning to fight again</w:t>
      </w:r>
      <w:r>
        <w:br/>
      </w:r>
      <w:r>
        <w:t xml:space="preserve">    (c) creating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puff-ball clouds, dropped by the falling wind, hung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sky.</w:t>
      </w:r>
      <w:r>
        <w:br/>
      </w:r>
      <w:r>
        <w:t xml:space="preserve">    (a) with a lack of energy and normal enthusiasm</w:t>
      </w:r>
      <w:r>
        <w:br/>
      </w:r>
      <w:r>
        <w:t xml:space="preserve">    (b) in a manner that stops or hinders something</w:t>
      </w:r>
      <w:r>
        <w:br/>
      </w:r>
      <w:r>
        <w:t xml:space="preserve">    (c) in a manner involving only one part or 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been shaving in mid-week, for Billy held Grandfather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reverence</w:t>
      </w:r>
      <w:r>
        <w:rPr>
          <w:b/>
          <w:bCs/>
        </w:rPr>
        <w:t xml:space="preserve">, and Grandfather said that Billy was one of the few men of the new generation who had not gone soft.</w:t>
      </w:r>
      <w:r>
        <w:br/>
      </w:r>
      <w:r>
        <w:t xml:space="preserve">    (a) separate two things to prevent passage of something such as heat, cold, noise, or electricity</w:t>
      </w:r>
      <w:r>
        <w:br/>
      </w:r>
      <w:r>
        <w:t xml:space="preserve">    (b) interfere (in another's affairs or business); or handle (something that shouldn't be handled)</w:t>
      </w:r>
      <w:r>
        <w:br/>
      </w:r>
      <w:r>
        <w:t xml:space="preserve">    (c) feelings of deep respect and admiration -- sometimes with a mixture of wonder and awe or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Billy shook hands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solemnly</w:t>
      </w:r>
      <w:r>
        <w:rPr>
          <w:b/>
          <w:bCs/>
        </w:rPr>
        <w:t xml:space="preserve">, grinning under his straw mustache.</w:t>
      </w:r>
      <w:r>
        <w:br/>
      </w:r>
      <w:r>
        <w:t xml:space="preserve">    (a) with seriousness and dignity</w:t>
      </w:r>
      <w:r>
        <w:br/>
      </w:r>
      <w:r>
        <w:t xml:space="preserve">    (b) in a manner that is not good</w:t>
      </w:r>
      <w:r>
        <w:br/>
      </w:r>
      <w:r>
        <w:t xml:space="preserve">    (c) in a manner that finds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Grandfather's tone dropped into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narrative</w:t>
      </w:r>
      <w:r>
        <w:rPr>
          <w:b/>
          <w:bCs/>
        </w:rPr>
        <w:t xml:space="preserve"> </w:t>
      </w:r>
      <w:r>
        <w:rPr>
          <w:b/>
          <w:bCs/>
        </w:rPr>
        <w:t xml:space="preserve">groove again.</w:t>
      </w:r>
      <w:r>
        <w:br/>
      </w:r>
      <w:r>
        <w:t xml:space="preserve">    (a) skill</w:t>
      </w:r>
      <w:r>
        <w:br/>
      </w:r>
      <w:r>
        <w:t xml:space="preserve">    (b) story</w:t>
      </w:r>
      <w:r>
        <w:br/>
      </w:r>
      <w:r>
        <w:t xml:space="preserve">    (c) snake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stern blue eyes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.</w:t>
      </w:r>
      <w:r>
        <w:br/>
      </w:r>
      <w:r>
        <w:t xml:space="preserve">    (a) legally ordered to provide documents, or to appear as a witness</w:t>
      </w:r>
      <w:r>
        <w:br/>
      </w:r>
      <w:r>
        <w:t xml:space="preserve">    (b) separated  OR  emotionally uninvolved (separated from emotions)</w:t>
      </w:r>
      <w:r>
        <w:br/>
      </w:r>
      <w:r>
        <w:t xml:space="preserve">    (c) pointed to differences between; or compared to show differences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Jody lay in his bed and thought of the impossible world of Indians and buffaloes, a world that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ceased</w:t>
      </w:r>
      <w:r>
        <w:rPr>
          <w:b/>
          <w:bCs/>
        </w:rPr>
        <w:t xml:space="preserve"> </w:t>
      </w:r>
      <w:r>
        <w:rPr>
          <w:b/>
          <w:bCs/>
        </w:rPr>
        <w:t xml:space="preserve">to be forever.</w:t>
      </w:r>
      <w:r>
        <w:br/>
      </w:r>
      <w:r>
        <w:t xml:space="preserve">    (a) stopped or discontinued</w:t>
      </w:r>
      <w:r>
        <w:br/>
      </w:r>
      <w:r>
        <w:t xml:space="preserve">    (b) did in a particular way</w:t>
      </w:r>
      <w:r>
        <w:br/>
      </w:r>
      <w:r>
        <w:t xml:space="preserve">    (c) not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terrible thing to him to retract a word, but to retract it in shame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infinitely</w:t>
      </w:r>
      <w:r>
        <w:rPr>
          <w:b/>
          <w:bCs/>
        </w:rPr>
        <w:t xml:space="preserve"> </w:t>
      </w:r>
      <w:r>
        <w:rPr>
          <w:b/>
          <w:bCs/>
        </w:rPr>
        <w:t xml:space="preserve">worse.</w:t>
      </w:r>
      <w:r>
        <w:br/>
      </w:r>
      <w:r>
        <w:t xml:space="preserve">    (a) unlimited; without boundaries; or too numerous to count</w:t>
      </w:r>
      <w:r>
        <w:br/>
      </w:r>
      <w:r>
        <w:t xml:space="preserve">    (b) inadequately (in a manner that does not provide enough)</w:t>
      </w:r>
      <w:r>
        <w:br/>
      </w:r>
      <w:r>
        <w:t xml:space="preserve">    (c) in a manner that is open to arguments, ideas, or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dogs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coaxed</w:t>
      </w:r>
      <w:r>
        <w:rPr>
          <w:b/>
          <w:bCs/>
        </w:rPr>
        <w:t xml:space="preserve"> </w:t>
      </w:r>
      <w:r>
        <w:rPr>
          <w:b/>
          <w:bCs/>
        </w:rPr>
        <w:t xml:space="preserve">and whined about him, but he could not go.</w:t>
      </w:r>
      <w:r>
        <w:br/>
      </w:r>
      <w:r>
        <w:t xml:space="preserve">    (a) thought of something as true or likely, even though it was not known with certainty</w:t>
      </w:r>
      <w:r>
        <w:br/>
      </w:r>
      <w:r>
        <w:t xml:space="preserve">    (b) tried to obtain a result through gentle and careful effort -- often gently persuaded</w:t>
      </w:r>
      <w:r>
        <w:br/>
      </w:r>
      <w:r>
        <w:t xml:space="preserve">    (c) did not vote  OR  did not drink alcohol  OR  (more rarely) did not do something else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2026-07-31T19:14:58Z</dcterms:created>
  <dcterms:modified xsi:type="dcterms:W3CDTF">2026-07-31T19:14:58Z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