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179f9224f5b833f54cfdbf564134e9dca83779"/>
    <w:p>
      <w:pPr>
        <w:pStyle w:val="Heading1"/>
      </w:pPr>
      <w:r>
        <w:rPr>
          <w:b/>
          <w:bCs/>
        </w:rPr>
        <w:t xml:space="preserve">Le Morte D'Arthur, Volume II</w:t>
      </w:r>
      <w:r>
        <w:br/>
      </w:r>
      <w:r>
        <w:rPr>
          <w:i/>
          <w:iCs/>
        </w:rPr>
        <w:t xml:space="preserve">Thomas Malory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because ye shall have ado with him we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forbear</w:t>
      </w:r>
      <w:r>
        <w:rPr>
          <w:b/>
          <w:bCs/>
        </w:rPr>
        <w:t xml:space="preserve"> </w:t>
      </w:r>
      <w:r>
        <w:rPr>
          <w:b/>
          <w:bCs/>
        </w:rPr>
        <w:t xml:space="preserve">you as at this time, and else ye should not escape us lightly.</w:t>
      </w:r>
      <w:r>
        <w:br/>
      </w:r>
      <w:r>
        <w:t xml:space="preserve">    (a) refrain (hold back) from acting</w:t>
      </w:r>
      <w:r>
        <w:br/>
      </w:r>
      <w:r>
        <w:t xml:space="preserve">    (b) the ability to take on or adopt</w:t>
      </w:r>
      <w:r>
        <w:br/>
      </w:r>
      <w:r>
        <w:t xml:space="preserve">    (c) where attention is concentrated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Sir, said Sir Tristram, that is 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</w:t>
      </w:r>
      <w:r>
        <w:rPr>
          <w:b/>
          <w:bCs/>
        </w:rPr>
        <w:t xml:space="preserve"> </w:t>
      </w:r>
      <w:r>
        <w:rPr>
          <w:b/>
          <w:bCs/>
        </w:rPr>
        <w:t xml:space="preserve">to tell any man my name.</w:t>
      </w:r>
      <w:r>
        <w:br/>
      </w:r>
      <w:r>
        <w:t xml:space="preserve">    (a) reluctant or unwilling to do something</w:t>
      </w:r>
      <w:r>
        <w:br/>
      </w:r>
      <w:r>
        <w:t xml:space="preserve">    (b) able to be protected or kept unchanged</w:t>
      </w:r>
      <w:r>
        <w:br/>
      </w:r>
      <w:r>
        <w:t xml:space="preserve">    (c) able to accept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they all looked upon Sir Launcelot and said: Ye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beguiled</w:t>
      </w:r>
      <w:r>
        <w:rPr>
          <w:b/>
          <w:bCs/>
        </w:rPr>
        <w:t xml:space="preserve"> </w:t>
      </w:r>
      <w:r>
        <w:rPr>
          <w:b/>
          <w:bCs/>
        </w:rPr>
        <w:t xml:space="preserve">us with your covered shield.</w:t>
      </w:r>
      <w:r>
        <w:br/>
      </w:r>
      <w:r>
        <w:t xml:space="preserve">    (a) deceived through charm or enchantment</w:t>
      </w:r>
      <w:r>
        <w:br/>
      </w:r>
      <w:r>
        <w:t xml:space="preserve">    (b) controlled (how something turned out)</w:t>
      </w:r>
      <w:r>
        <w:br/>
      </w:r>
      <w:r>
        <w:t xml:space="preserve">    (c) protected or kept something as it was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went Arthur unto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sieges</w:t>
      </w:r>
      <w:r>
        <w:rPr>
          <w:b/>
          <w:bCs/>
        </w:rPr>
        <w:t xml:space="preserve"> </w:t>
      </w:r>
      <w:r>
        <w:rPr>
          <w:b/>
          <w:bCs/>
        </w:rPr>
        <w:t xml:space="preserve">about the Round Table, and looked in every siege the which were void that lacked knights.</w:t>
      </w:r>
      <w:r>
        <w:br/>
      </w:r>
      <w:r>
        <w:t xml:space="preserve">    (a) members of an artistic movement pioneered by Pablo Picasso and Georges Braque that featured surfaces of geometrical planes to depict three-dimensional organic forms</w:t>
      </w:r>
      <w:r>
        <w:br/>
      </w:r>
      <w:r>
        <w:t xml:space="preserve">    (b) a military tactic in which a fortified place is surrounded and isolated while it is attacked over time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any prolonged attack, effort, or period of trouble</w:t>
      </w:r>
      <w:r>
        <w:br/>
      </w:r>
      <w:r>
        <w:t xml:space="preserve">    (c) melodies that, after a short interval, are exactly repeated by a different instrument or voice to create competing melodic lines (instances of strict counterpoint)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 falsest king and knight is your husband, and the most coward and full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treason</w:t>
      </w:r>
      <w:r>
        <w:rPr>
          <w:b/>
          <w:bCs/>
        </w:rPr>
        <w:t xml:space="preserve">, is your lord, King Mark.</w:t>
      </w:r>
      <w:r>
        <w:br/>
      </w:r>
      <w:r>
        <w:t xml:space="preserve">    (a) an act of betrayal</w:t>
      </w:r>
      <w:r>
        <w:br/>
      </w:r>
      <w:r>
        <w:t xml:space="preserve">    (b) untied or released</w:t>
      </w:r>
      <w:r>
        <w:br/>
      </w:r>
      <w:r>
        <w:t xml:space="preserve">    (c) easily set on fire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when King Mark wist that it was Sir Launcelot, and came so fast upon him with a spear, he cried then aloud: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me to thee, Sir Launcelot, honourable knight.</w:t>
      </w:r>
      <w:r>
        <w:br/>
      </w:r>
      <w:r>
        <w:t xml:space="preserve">    (a) stop (something from happening)</w:t>
      </w:r>
      <w:r>
        <w:br/>
      </w:r>
      <w:r>
        <w:t xml:space="preserve">    (b) give</w:t>
      </w:r>
      <w:r>
        <w:br/>
      </w:r>
      <w:r>
        <w:t xml:space="preserve">    (c) think deeply or carefully about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that was not to the worldward, for anon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him to a place of religion of white monks, and was a full holy man.</w:t>
      </w:r>
      <w:r>
        <w:br/>
      </w:r>
      <w:r>
        <w:t xml:space="preserve">    (a) with rises and falls in pitch</w:t>
      </w:r>
      <w:r>
        <w:br/>
      </w:r>
      <w:r>
        <w:t xml:space="preserve">    (b) embarrassed or self-conscious</w:t>
      </w:r>
      <w:r>
        <w:br/>
      </w:r>
      <w:r>
        <w:t xml:space="preserve">    (c) gave in, gave way, or gave up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came Sir Palomides,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besought</w:t>
      </w:r>
      <w:r>
        <w:rPr>
          <w:b/>
          <w:bCs/>
        </w:rPr>
        <w:t xml:space="preserve"> </w:t>
      </w:r>
      <w:r>
        <w:rPr>
          <w:b/>
          <w:bCs/>
        </w:rPr>
        <w:t xml:space="preserve">him that he might help him to joust.</w:t>
      </w:r>
      <w:r>
        <w:br/>
      </w:r>
      <w:r>
        <w:t xml:space="preserve">    (a) differed notably in brightness or tone</w:t>
      </w:r>
      <w:r>
        <w:br/>
      </w:r>
      <w:r>
        <w:t xml:space="preserve">    (b) adjusted a lens to make an image clear</w:t>
      </w:r>
      <w:r>
        <w:br/>
      </w:r>
      <w:r>
        <w:t xml:space="preserve">    (c) asked strongly or begged for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if ye think that I be weary, and ye have an appetite to joust with me, I shall find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jousting</w:t>
      </w:r>
      <w:r>
        <w:rPr>
          <w:b/>
          <w:bCs/>
        </w:rPr>
        <w:t xml:space="preserve"> </w:t>
      </w:r>
      <w:r>
        <w:rPr>
          <w:b/>
          <w:bCs/>
        </w:rPr>
        <w:t xml:space="preserve">enough.</w:t>
      </w:r>
      <w:r>
        <w:br/>
      </w:r>
      <w:r>
        <w:t xml:space="preserve">    (a) turning in the opposite position -- such as upside down, inside out, or (of two things) switching their position</w:t>
      </w:r>
      <w:r>
        <w:br/>
      </w:r>
      <w:r>
        <w:t xml:space="preserve">    (b) "spiritual renewing" a person in a Christian ceremony  OR  initiating or purifying by a challenging experience</w:t>
      </w:r>
      <w:r>
        <w:br/>
      </w:r>
      <w:r>
        <w:t xml:space="preserve">    (c) competing in a contest to knock each other off horses with blunted lances  OR  competing in any kind of contest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when he had read them, and understood them, he was wroth with Sir Tristram, for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deemed</w:t>
      </w:r>
      <w:r>
        <w:rPr>
          <w:b/>
          <w:bCs/>
        </w:rPr>
        <w:t xml:space="preserve"> </w:t>
      </w:r>
      <w:r>
        <w:rPr>
          <w:b/>
          <w:bCs/>
        </w:rPr>
        <w:t xml:space="preserve">that he had sent the damosel unto King Arthur.</w:t>
      </w:r>
      <w:r>
        <w:br/>
      </w:r>
      <w:r>
        <w:t xml:space="preserve">    (a) believed or judged</w:t>
      </w:r>
      <w:r>
        <w:br/>
      </w:r>
      <w:r>
        <w:t xml:space="preserve">    (b) not disagreed with</w:t>
      </w:r>
      <w:r>
        <w:br/>
      </w:r>
      <w:r>
        <w:t xml:space="preserve">    (c) wrongly understood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when his council was come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devised</w:t>
      </w:r>
      <w:r>
        <w:rPr>
          <w:b/>
          <w:bCs/>
        </w:rPr>
        <w:t xml:space="preserve"> </w:t>
      </w:r>
      <w:r>
        <w:rPr>
          <w:b/>
          <w:bCs/>
        </w:rPr>
        <w:t xml:space="preserve">and cast many perils of the strength of their enemies.</w:t>
      </w:r>
      <w:r>
        <w:br/>
      </w:r>
      <w:r>
        <w:t xml:space="preserve">    (a) not provided with investment funds</w:t>
      </w:r>
      <w:r>
        <w:br/>
      </w:r>
      <w:r>
        <w:t xml:space="preserve">    (b) stopped (something from happening)</w:t>
      </w:r>
      <w:r>
        <w:br/>
      </w:r>
      <w:r>
        <w:t xml:space="preserve">    (c) came up with (invented or created)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they ordained their battle in four parties, wonderly well apparelled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garnished</w:t>
      </w:r>
      <w:r>
        <w:rPr>
          <w:b/>
          <w:bCs/>
        </w:rPr>
        <w:t xml:space="preserve"> </w:t>
      </w:r>
      <w:r>
        <w:rPr>
          <w:b/>
          <w:bCs/>
        </w:rPr>
        <w:t xml:space="preserve">with men of arms.</w:t>
      </w:r>
      <w:r>
        <w:br/>
      </w:r>
      <w:r>
        <w:t xml:space="preserve">    (a) took on as one's own</w:t>
      </w:r>
      <w:r>
        <w:br/>
      </w:r>
      <w:r>
        <w:t xml:space="preserve">    (b) decorated or adorned</w:t>
      </w:r>
      <w:r>
        <w:br/>
      </w:r>
      <w:r>
        <w:t xml:space="preserve">    (c) began fighting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when Alisander was whole, then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repented</w:t>
      </w:r>
      <w:r>
        <w:rPr>
          <w:b/>
          <w:bCs/>
        </w:rPr>
        <w:t xml:space="preserve"> </w:t>
      </w:r>
      <w:r>
        <w:rPr>
          <w:b/>
          <w:bCs/>
        </w:rPr>
        <w:t xml:space="preserve">him of his oath, for he might not be revenged upon King Mark.</w:t>
      </w:r>
      <w:r>
        <w:br/>
      </w:r>
      <w:r>
        <w:t xml:space="preserve">    (a) moved out of an interacting position; or stopped</w:t>
      </w:r>
      <w:r>
        <w:br/>
      </w:r>
      <w:r>
        <w:t xml:space="preserve">    (b) gave an opinion of what was wrong with something</w:t>
      </w:r>
      <w:r>
        <w:br/>
      </w:r>
      <w:r>
        <w:t xml:space="preserve">    (c) expressed regret for having done something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dare well, said Alisander, show my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visage</w:t>
      </w:r>
      <w:r>
        <w:rPr>
          <w:b/>
          <w:bCs/>
        </w:rPr>
        <w:t xml:space="preserve">.</w:t>
      </w:r>
      <w:r>
        <w:br/>
      </w:r>
      <w:r>
        <w:t xml:space="preserve">    (a) someone who believe in a single God</w:t>
      </w:r>
      <w:r>
        <w:br/>
      </w:r>
      <w:r>
        <w:t xml:space="preserve">    (b) a basic building block for proteins</w:t>
      </w:r>
      <w:r>
        <w:br/>
      </w:r>
      <w:r>
        <w:t xml:space="preserve">    (c) someone's face or facial expression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then were they ware of four hundred tents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pavilions</w:t>
      </w:r>
      <w:r>
        <w:rPr>
          <w:b/>
          <w:bCs/>
        </w:rPr>
        <w:t xml:space="preserve">, and marvellous great ordinance.</w:t>
      </w:r>
      <w:r>
        <w:br/>
      </w:r>
      <w:r>
        <w:t xml:space="preserve">    (a) items characterized by narrower parallel folds when closed and wider when open -- such as a door or musical instrument with that characteristic</w:t>
      </w:r>
      <w:r>
        <w:br/>
      </w:r>
      <w:r>
        <w:t xml:space="preserve">    (b) a large building or section of a building that stands apart in function or design -- often used for gatherings, exhibitions, or specialized purposes</w:t>
      </w:r>
      <w:r>
        <w:br/>
      </w:r>
      <w:r>
        <w:t xml:space="preserve">    (c) (noun) things that are lighter and draw attention -- such as areas of a painting  OR  (verb) making some things lighter -- such as areas of a painting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Sir, said Palomides, meseemeth that there was as great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ordinance</w:t>
      </w:r>
      <w:r>
        <w:rPr>
          <w:b/>
          <w:bCs/>
        </w:rPr>
        <w:t xml:space="preserve"> </w:t>
      </w:r>
      <w:r>
        <w:rPr>
          <w:b/>
          <w:bCs/>
        </w:rPr>
        <w:t xml:space="preserve">at the Castle of Maidens upon the rock, where ye won the prize, for I saw myself where ye forjousted thirty knights.</w:t>
      </w:r>
      <w:r>
        <w:br/>
      </w:r>
      <w:r>
        <w:t xml:space="preserve">    (a) someone who exposes wrongdoing within an organization</w:t>
      </w:r>
      <w:r>
        <w:br/>
      </w:r>
      <w:r>
        <w:t xml:space="preserve">    (b) a rule or law -- typically enacted by city government</w:t>
      </w:r>
      <w:r>
        <w:br/>
      </w:r>
      <w:r>
        <w:t xml:space="preserve">    (c) an expert in the branch of geology that studies rocks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Truly, sir, I saw every deal, how and in what wise, and therefore, sir, how should I suffer in your presence such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felon</w:t>
      </w:r>
      <w:r>
        <w:rPr>
          <w:b/>
          <w:bCs/>
        </w:rPr>
        <w:t xml:space="preserve"> </w:t>
      </w:r>
      <w:r>
        <w:rPr>
          <w:b/>
          <w:bCs/>
        </w:rPr>
        <w:t xml:space="preserve">and traitor as Sir Palomides; for I saw him with mine eyes, how he beheld you when ye went out of the field.</w:t>
      </w:r>
      <w:r>
        <w:br/>
      </w:r>
      <w:r>
        <w:t xml:space="preserve">    (a) an expert in the branch of geology that studies rocks</w:t>
      </w:r>
      <w:r>
        <w:br/>
      </w:r>
      <w:r>
        <w:t xml:space="preserve">    (b) someone legally convicted of a felony (serious crime)</w:t>
      </w:r>
      <w:r>
        <w:br/>
      </w:r>
      <w:r>
        <w:t xml:space="preserve">    (c) a lens that limits light vibrations to a single plane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Of the adventure that Melias had, and how Galahad revenged him, and how Melias was carried into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abbey</w:t>
      </w:r>
      <w:r>
        <w:rPr>
          <w:b/>
          <w:bCs/>
        </w:rPr>
        <w:t xml:space="preserve">.</w:t>
      </w:r>
      <w:r>
        <w:br/>
      </w:r>
      <w:r>
        <w:t xml:space="preserve">    (a) a building where monks or nuns live or lived; or a church associated with such a building</w:t>
      </w:r>
      <w:r>
        <w:br/>
      </w:r>
      <w:r>
        <w:t xml:space="preserve">    (b) a small, rural parish church</w:t>
      </w:r>
      <w:r>
        <w:br/>
      </w:r>
      <w:r>
        <w:t xml:space="preserve">    (c) a large cathedral open to the public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jousts was done to-fore the hermitage where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recluse</w:t>
      </w:r>
      <w:r>
        <w:rPr>
          <w:b/>
          <w:bCs/>
        </w:rPr>
        <w:t xml:space="preserve"> </w:t>
      </w:r>
      <w:r>
        <w:rPr>
          <w:b/>
          <w:bCs/>
        </w:rPr>
        <w:t xml:space="preserve">dwelled.</w:t>
      </w:r>
      <w:r>
        <w:br/>
      </w:r>
      <w:r>
        <w:t xml:space="preserve">    (a) a place where conditions are kept as they were to protect wildlife</w:t>
      </w:r>
      <w:r>
        <w:br/>
      </w:r>
      <w:r>
        <w:t xml:space="preserve">    (b) someone withdrawn from society (living alone and avoiding contact)</w:t>
      </w:r>
      <w:r>
        <w:br/>
      </w:r>
      <w:r>
        <w:t xml:space="preserve">    (c) someone who believes that all knowledge is derived from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then he made the Siege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Perilous</w:t>
      </w:r>
      <w:r>
        <w:rPr>
          <w:b/>
          <w:bCs/>
        </w:rPr>
        <w:t xml:space="preserve">, in the which Galahad sat in at his meat on Whitsunday last past.</w:t>
      </w:r>
      <w:r>
        <w:br/>
      </w:r>
      <w:r>
        <w:t xml:space="preserve">    (a) dangerous</w:t>
      </w:r>
      <w:r>
        <w:br/>
      </w:r>
      <w:r>
        <w:t xml:space="preserve">    (b) bent down</w:t>
      </w:r>
      <w:r>
        <w:br/>
      </w:r>
      <w:r>
        <w:t xml:space="preserve">    (c) stuck out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2026-07-31T17:42:40Z</dcterms:created>
  <dcterms:modified xsi:type="dcterms:W3CDTF">2026-07-31T17:42:40Z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