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a0d50dbd014adbb8765334715bc064a5f1d09a"/>
    <w:p>
      <w:pPr>
        <w:pStyle w:val="Heading1"/>
      </w:pPr>
      <w:r>
        <w:rPr>
          <w:b/>
          <w:bCs/>
        </w:rPr>
        <w:t xml:space="preserve">Le Morte D'Arthur, Volume I</w:t>
      </w:r>
      <w:r>
        <w:br/>
      </w:r>
      <w:r>
        <w:rPr>
          <w:i/>
          <w:iCs/>
        </w:rPr>
        <w:t xml:space="preserve">Thomas Malory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 he pight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pavilions</w:t>
      </w:r>
      <w:r>
        <w:rPr>
          <w:b/>
          <w:bCs/>
        </w:rPr>
        <w:t xml:space="preserve">, and there was great war made on both parties, and much people slain.</w:t>
      </w:r>
      <w:r>
        <w:br/>
      </w:r>
      <w:r>
        <w:t xml:space="preserve">    (a) items characterized by narrower parallel folds when closed and wider when open -- such as a door or musical instrument with that characteristic</w:t>
      </w:r>
      <w:r>
        <w:br/>
      </w:r>
      <w:r>
        <w:t xml:space="preserve">    (b) (noun) things that are lighter and draw attention -- such as areas of a painting  OR  (verb) making some things lighter -- such as areas of a painting</w:t>
      </w:r>
      <w:r>
        <w:br/>
      </w:r>
      <w:r>
        <w:t xml:space="preserve">    (c) a large building or section of a building that stands apart in function or design -- often used for gatherings, exhibitions, or specialized purposes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anon, like a lusty knight,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assented</w:t>
      </w:r>
      <w:r>
        <w:rPr>
          <w:b/>
          <w:bCs/>
        </w:rPr>
        <w:t xml:space="preserve"> </w:t>
      </w:r>
      <w:r>
        <w:rPr>
          <w:b/>
          <w:bCs/>
        </w:rPr>
        <w:t xml:space="preserve">thereto with good will, and so in all haste they were married in a morning with great mirth and joy.</w:t>
      </w:r>
      <w:r>
        <w:br/>
      </w:r>
      <w:r>
        <w:t xml:space="preserve">    (a) to express agreement -- especially with a statement or proposal to do something</w:t>
      </w:r>
      <w:r>
        <w:br/>
      </w:r>
      <w:r>
        <w:t xml:space="preserve">    (b) campaigned or worked for a cause that was passionately believed to be important</w:t>
      </w:r>
      <w:r>
        <w:br/>
      </w:r>
      <w:r>
        <w:t xml:space="preserve">    (c) became less intense, less severe, or less active -- perhaps went away entirely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like as Merlin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devised</w:t>
      </w:r>
      <w:r>
        <w:rPr>
          <w:b/>
          <w:bCs/>
        </w:rPr>
        <w:t xml:space="preserve"> </w:t>
      </w:r>
      <w:r>
        <w:rPr>
          <w:b/>
          <w:bCs/>
        </w:rPr>
        <w:t xml:space="preserve">it was done.</w:t>
      </w:r>
      <w:r>
        <w:br/>
      </w:r>
      <w:r>
        <w:t xml:space="preserve">    (a) came up with (invented or created)</w:t>
      </w:r>
      <w:r>
        <w:br/>
      </w:r>
      <w:r>
        <w:t xml:space="preserve">    (b) stopped (something from happening)</w:t>
      </w:r>
      <w:r>
        <w:br/>
      </w:r>
      <w:r>
        <w:t xml:space="preserve">    (c) not provided with investment funds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well, said Arthur, and rode fast after the sword, and when he came home, the lady and all were out to see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jousting</w:t>
      </w:r>
      <w:r>
        <w:rPr>
          <w:b/>
          <w:bCs/>
        </w:rPr>
        <w:t xml:space="preserve">.</w:t>
      </w:r>
      <w:r>
        <w:br/>
      </w:r>
      <w:r>
        <w:t xml:space="preserve">    (a) "spiritual renewing" a person in a Christian ceremony  OR  initiating or purifying by a challenging experience</w:t>
      </w:r>
      <w:r>
        <w:br/>
      </w:r>
      <w:r>
        <w:t xml:space="preserve">    (b) competing in a contest to knock each other off horses with blunted lances  OR  competing in any kind of contest</w:t>
      </w:r>
      <w:r>
        <w:br/>
      </w:r>
      <w:r>
        <w:t xml:space="preserve">    (c) turning in the opposite position -- such as upside down, inside out, or (of two things) switching their 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Gracian and Placidas were left to furnish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garnish</w:t>
      </w:r>
      <w:r>
        <w:rPr>
          <w:b/>
          <w:bCs/>
        </w:rPr>
        <w:t xml:space="preserve"> </w:t>
      </w:r>
      <w:r>
        <w:rPr>
          <w:b/>
          <w:bCs/>
        </w:rPr>
        <w:t xml:space="preserve">the castles, for dread of King Claudas.</w:t>
      </w:r>
      <w:r>
        <w:br/>
      </w:r>
      <w:r>
        <w:t xml:space="preserve">    (a) feel angry or unhappy about having to accept something not liked</w:t>
      </w:r>
      <w:r>
        <w:br/>
      </w:r>
      <w:r>
        <w:t xml:space="preserve">    (b) accept something undesired as unavoidable or the lesser of evils</w:t>
      </w:r>
      <w:r>
        <w:br/>
      </w:r>
      <w:r>
        <w:t xml:space="preserve">    (c) to decorate or adorn something; or the item added for decoration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Also in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ire</w:t>
      </w:r>
      <w:r>
        <w:rPr>
          <w:b/>
          <w:bCs/>
        </w:rPr>
        <w:t xml:space="preserve"> </w:t>
      </w:r>
      <w:r>
        <w:rPr>
          <w:b/>
          <w:bCs/>
        </w:rPr>
        <w:t xml:space="preserve">he felled King Morganore, and there was great slaughter of good knights and much people.</w:t>
      </w:r>
      <w:r>
        <w:br/>
      </w:r>
      <w:r>
        <w:t xml:space="preserve">    (a) anger</w:t>
      </w:r>
      <w:r>
        <w:br/>
      </w:r>
      <w:r>
        <w:t xml:space="preserve">    (b) quits</w:t>
      </w:r>
      <w:r>
        <w:br/>
      </w:r>
      <w:r>
        <w:t xml:space="preserve">    (c) allow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shall be soon revenged, said King Ban, for I trust in God mine ure is not such but some of them may sore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 </w:t>
      </w:r>
      <w:r>
        <w:rPr>
          <w:b/>
          <w:bCs/>
        </w:rPr>
        <w:t xml:space="preserve">this.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to express or feel regret for having done wrong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Ulfius impeached Queen Igraine, Arthur's mother,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; and how a knight came and desired to have the death of his master revenged.</w:t>
      </w:r>
      <w:r>
        <w:br/>
      </w:r>
      <w:r>
        <w:t xml:space="preserve">    (a) untied or released</w:t>
      </w:r>
      <w:r>
        <w:br/>
      </w:r>
      <w:r>
        <w:t xml:space="preserve">    (b) easily set on fire</w:t>
      </w:r>
      <w:r>
        <w:br/>
      </w:r>
      <w:r>
        <w:t xml:space="preserve">    (c) an act of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is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, said the knight, but sith I must needs, I will dress me thereto.</w:t>
      </w:r>
      <w:r>
        <w:br/>
      </w:r>
      <w:r>
        <w:t xml:space="preserve">    (a) able to be protected or kept unchanged</w:t>
      </w:r>
      <w:r>
        <w:br/>
      </w:r>
      <w:r>
        <w:t xml:space="preserve">    (b) able to accept as true (without proof)</w:t>
      </w:r>
      <w:r>
        <w:br/>
      </w:r>
      <w:r>
        <w:t xml:space="preserve">    (c) reluctant or unwilling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espied thy king met never yet with worshipful man, but tell him, I will have his head without he do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homage</w:t>
      </w:r>
      <w:r>
        <w:rPr>
          <w:b/>
          <w:bCs/>
        </w:rPr>
        <w:t xml:space="preserve">.</w:t>
      </w:r>
      <w:r>
        <w:br/>
      </w:r>
      <w:r>
        <w:t xml:space="preserve">    (a) respect or loyalty</w:t>
      </w:r>
      <w:r>
        <w:br/>
      </w:r>
      <w:r>
        <w:t xml:space="preserve">    (b) untied or released</w:t>
      </w:r>
      <w:r>
        <w:br/>
      </w:r>
      <w:r>
        <w:t xml:space="preserve">    (c) easily set on fire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my faith, said Arthur, here are good knights, as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deem</w:t>
      </w:r>
      <w:r>
        <w:rPr>
          <w:b/>
          <w:bCs/>
        </w:rPr>
        <w:t xml:space="preserve">, as any be in the world, but their grace is not to help you, wherefore I am displeased.</w:t>
      </w:r>
      <w:r>
        <w:br/>
      </w:r>
      <w:r>
        <w:t xml:space="preserve">    (a) take on or adopt</w:t>
      </w:r>
      <w:r>
        <w:br/>
      </w:r>
      <w:r>
        <w:t xml:space="preserve">    (b) make more varied</w:t>
      </w:r>
      <w:r>
        <w:br/>
      </w:r>
      <w:r>
        <w:t xml:space="preserve">    (c) believe or judge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this false damosel understood this, she went to the Lady Lile of Avelion,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besought</w:t>
      </w:r>
      <w:r>
        <w:rPr>
          <w:b/>
          <w:bCs/>
        </w:rPr>
        <w:t xml:space="preserve"> </w:t>
      </w:r>
      <w:r>
        <w:rPr>
          <w:b/>
          <w:bCs/>
        </w:rPr>
        <w:t xml:space="preserve">her of help, to be avenged on her own brother.</w:t>
      </w:r>
      <w:r>
        <w:br/>
      </w:r>
      <w:r>
        <w:t xml:space="preserve">    (a) asked strongly or begged for something</w:t>
      </w:r>
      <w:r>
        <w:br/>
      </w:r>
      <w:r>
        <w:t xml:space="preserve">    (b) differed notably in brightness or tone</w:t>
      </w:r>
      <w:r>
        <w:br/>
      </w:r>
      <w:r>
        <w:t xml:space="preserve">    (c) adjusted a lens to make an image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a dwarf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reproved</w:t>
      </w:r>
      <w:r>
        <w:rPr>
          <w:b/>
          <w:bCs/>
        </w:rPr>
        <w:t xml:space="preserve"> </w:t>
      </w:r>
      <w:r>
        <w:rPr>
          <w:b/>
          <w:bCs/>
        </w:rPr>
        <w:t xml:space="preserve">Balin for the death of Lanceor, and how King Mark of Cornwall found them, and made a tomb over them.</w:t>
      </w:r>
      <w:r>
        <w:br/>
      </w:r>
      <w:r>
        <w:t xml:space="preserve">    (a) criticized</w:t>
      </w:r>
      <w:r>
        <w:br/>
      </w:r>
      <w:r>
        <w:t xml:space="preserve">    (b) subtracted</w:t>
      </w:r>
      <w:r>
        <w:br/>
      </w:r>
      <w:r>
        <w:t xml:space="preserve">    (c)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Balin saw that, he was sore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aggrieved</w:t>
      </w:r>
      <w:r>
        <w:rPr>
          <w:b/>
          <w:bCs/>
        </w:rPr>
        <w:t xml:space="preserve">, for he might not help the damosel.</w:t>
      </w:r>
      <w:r>
        <w:br/>
      </w:r>
      <w:r>
        <w:t xml:space="preserve">    (a) selected (on a computer screen)</w:t>
      </w:r>
      <w:r>
        <w:br/>
      </w:r>
      <w:r>
        <w:t xml:space="preserve">    (b) learned, discovered, or decided</w:t>
      </w:r>
      <w:r>
        <w:br/>
      </w:r>
      <w:r>
        <w:t xml:space="preserve">    (c) felt harmed by unfair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the Knights of the Round Table were ordained and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sieges</w:t>
      </w:r>
      <w:r>
        <w:rPr>
          <w:b/>
          <w:bCs/>
        </w:rPr>
        <w:t xml:space="preserve"> </w:t>
      </w:r>
      <w:r>
        <w:rPr>
          <w:b/>
          <w:bCs/>
        </w:rPr>
        <w:t xml:space="preserve">blessed by the Bishop of Canterbury.</w:t>
      </w:r>
      <w:r>
        <w:br/>
      </w:r>
      <w:r>
        <w:t xml:space="preserve">    (a) members of an artistic movement pioneered by Pablo Picasso and Georges Braque that featured surfaces of geometrical planes to depict three-dimensional organic forms</w:t>
      </w:r>
      <w:r>
        <w:br/>
      </w:r>
      <w:r>
        <w:t xml:space="preserve">    (b) melodies that, after a short interval, are exactly repeated by a different instrument or voice to create competing melodic lines (instances of strict counterpoint)</w:t>
      </w:r>
      <w:r>
        <w:br/>
      </w:r>
      <w:r>
        <w:t xml:space="preserve">    (c) a military tactic in which a fortified place is surrounded and isolated while it is attacked over time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any prolonged attack, effort, or period of trouble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said the knights, make you ready, and we shall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you with all our power.</w:t>
      </w:r>
      <w:r>
        <w:br/>
      </w:r>
      <w:r>
        <w:t xml:space="preserve">    (a) learn, discover, or decide</w:t>
      </w:r>
      <w:r>
        <w:br/>
      </w:r>
      <w:r>
        <w:t xml:space="preserve">    (b) to attack or cause trouble</w:t>
      </w:r>
      <w:r>
        <w:br/>
      </w:r>
      <w:r>
        <w:t xml:space="preserve">    (c) hire again or occupy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them unto Sir Kay, and Sir Kay forsook them and said he fought never with them.</w:t>
      </w:r>
      <w:r>
        <w:br/>
      </w:r>
      <w:r>
        <w:t xml:space="preserve">    (a) embarrassed or self-conscious</w:t>
      </w:r>
      <w:r>
        <w:br/>
      </w:r>
      <w:r>
        <w:t xml:space="preserve">    (b) gave in, gave way, or gave up</w:t>
      </w:r>
      <w:r>
        <w:br/>
      </w:r>
      <w:r>
        <w:t xml:space="preserve">    (c) with rises and falls in pitch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rather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me to you than die for that is more for the might of your men than of your hands.</w:t>
      </w:r>
      <w:r>
        <w:br/>
      </w:r>
      <w:r>
        <w:t xml:space="preserve">    (a) stop (something from happening)</w:t>
      </w:r>
      <w:r>
        <w:br/>
      </w:r>
      <w:r>
        <w:t xml:space="preserve">    (b) think deeply or carefully about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 came in Sir Gareth, and knew that it was Sir Launcelot that fought with the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knights.</w:t>
      </w:r>
      <w:r>
        <w:br/>
      </w:r>
      <w:r>
        <w:t xml:space="preserve">    (a) stuck out</w:t>
      </w:r>
      <w:r>
        <w:br/>
      </w:r>
      <w:r>
        <w:t xml:space="preserve">    (b) bent down</w:t>
      </w:r>
      <w:r>
        <w:br/>
      </w:r>
      <w:r>
        <w:t xml:space="preserve">    (c)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it befell that 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Anguish</w:t>
      </w:r>
      <w:r>
        <w:rPr>
          <w:b/>
          <w:bCs/>
        </w:rPr>
        <w:t xml:space="preserve"> </w:t>
      </w:r>
      <w:r>
        <w:rPr>
          <w:b/>
          <w:bCs/>
        </w:rPr>
        <w:t xml:space="preserve">of Ireland sent unto King Mark of Cornwall for his truage, that Cornwall had paid many winters.</w:t>
      </w:r>
      <w:r>
        <w:br/>
      </w:r>
      <w:r>
        <w:t xml:space="preserve">    (a) extreme depression</w:t>
      </w:r>
      <w:r>
        <w:br/>
      </w:r>
      <w:r>
        <w:t xml:space="preserve">    (b) extreme pain, suffering, or distress</w:t>
      </w:r>
      <w:r>
        <w:br/>
      </w:r>
      <w:r>
        <w:t xml:space="preserve">    (c) extreme introversion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2026-07-31T17:42:22Z</dcterms:created>
  <dcterms:modified xsi:type="dcterms:W3CDTF">2026-07-31T17:42:22Z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