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14c759d0628c88f38875a7caec0aa81e3090d4"/>
    <w:p>
      <w:pPr>
        <w:pStyle w:val="Heading1"/>
      </w:pPr>
      <w:r>
        <w:rPr>
          <w:b/>
          <w:bCs/>
        </w:rPr>
        <w:t xml:space="preserve">Laying Down the LAW</w:t>
      </w:r>
      <w:r>
        <w:br/>
      </w:r>
      <w:r>
        <w:rPr>
          <w:i/>
          <w:iCs/>
        </w:rPr>
        <w:t xml:space="preserve">Bryan Brown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powerful king, who ruled ancient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Babylon</w:t>
      </w:r>
      <w:r>
        <w:rPr>
          <w:b/>
          <w:bCs/>
        </w:rPr>
        <w:t xml:space="preserve"> </w:t>
      </w:r>
      <w:r>
        <w:rPr>
          <w:b/>
          <w:bCs/>
        </w:rPr>
        <w:t xml:space="preserve">from 1792 to 1750 B.C., had a keen sense of right and wrong.</w:t>
      </w:r>
      <w:r>
        <w:br/>
      </w:r>
      <w:r>
        <w:t xml:space="preserve">    (a) ancient city</w:t>
      </w:r>
      <w:r>
        <w:br/>
      </w:r>
      <w:r>
        <w:t xml:space="preserve">    (b) ancient river</w:t>
      </w:r>
      <w:r>
        <w:br/>
      </w:r>
      <w:r>
        <w:t xml:space="preserve">    (c) ancient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also promised relief for the husband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feuding</w:t>
      </w:r>
      <w:r>
        <w:rPr>
          <w:b/>
          <w:bCs/>
        </w:rPr>
        <w:t xml:space="preserve"> </w:t>
      </w:r>
      <w:r>
        <w:rPr>
          <w:b/>
          <w:bCs/>
        </w:rPr>
        <w:t xml:space="preserve">with his brother-in-law, the son with his father.</w:t>
      </w:r>
      <w:r>
        <w:br/>
      </w:r>
      <w:r>
        <w:t xml:space="preserve">    (a) assigning a value on or judging the worth of something</w:t>
      </w:r>
      <w:r>
        <w:br/>
      </w:r>
      <w:r>
        <w:t xml:space="preserve">    (b) moving again into position to work; or starting again</w:t>
      </w:r>
      <w:r>
        <w:br/>
      </w:r>
      <w:r>
        <w:t xml:space="preserve">    (c) fighting in a bitter manner over a long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its fancy palaces and temples, Babylon was one of the greatest cities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Mesopotamia</w:t>
      </w:r>
      <w:r>
        <w:rPr>
          <w:b/>
          <w:bCs/>
        </w:rPr>
        <w:t xml:space="preserve">.</w:t>
      </w:r>
      <w:r>
        <w:br/>
      </w:r>
      <w:r>
        <w:t xml:space="preserve">    (a) political and spiritual leader during India's struggle for independence from Great Britain</w:t>
      </w:r>
      <w:r>
        <w:br/>
      </w:r>
      <w:r>
        <w:t xml:space="preserve">    (b) ancient cradle of civilization between the Tigris and Euphrates rivers in what is now Iraq</w:t>
      </w:r>
      <w:r>
        <w:br/>
      </w:r>
      <w:r>
        <w:t xml:space="preserve">    (c) related to the epic Greek poem of Odysseus' ten year circuitous and eventful journey home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one historian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quips</w:t>
      </w:r>
      <w:r>
        <w:rPr>
          <w:b/>
          <w:bCs/>
        </w:rPr>
        <w:t xml:space="preserve">: "The gods were on the side of the best swimmers."</w:t>
      </w:r>
      <w:r>
        <w:br/>
      </w:r>
      <w:r>
        <w:t xml:space="preserve">    (a) clever, witty remarks; or makes such remarks</w:t>
      </w:r>
      <w:r>
        <w:br/>
      </w:r>
      <w:r>
        <w:t xml:space="preserve">    (b) makes appropriate in size, amount, or degree</w:t>
      </w:r>
      <w:r>
        <w:br/>
      </w:r>
      <w:r>
        <w:t xml:space="preserve">    (c) holds together (connects or unites) or wraps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Centuries later,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tradition</w:t>
      </w:r>
      <w:r>
        <w:rPr>
          <w:b/>
          <w:bCs/>
        </w:rPr>
        <w:t xml:space="preserve"> </w:t>
      </w:r>
      <w:r>
        <w:rPr>
          <w:b/>
          <w:bCs/>
        </w:rPr>
        <w:t xml:space="preserve">reemerged in the laws of the Jews under Moses, and became a well-known part of the Bible.</w:t>
      </w:r>
      <w:r>
        <w:br/>
      </w:r>
      <w:r>
        <w:t xml:space="preserve">    (a) treatment with extra kindness or tolerance  OR  (more rarely) a special pleasure (typically something done in excess of what is thought good -- such as eating too much cake, or being too lazy)</w:t>
      </w:r>
      <w:r>
        <w:br/>
      </w:r>
      <w:r>
        <w:t xml:space="preserve">    (b)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(c) a practice passed down through generations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Centuries later, this tradition reemerged in the laws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Jews</w:t>
      </w:r>
      <w:r>
        <w:rPr>
          <w:b/>
          <w:bCs/>
        </w:rPr>
        <w:t xml:space="preserve"> </w:t>
      </w:r>
      <w:r>
        <w:rPr>
          <w:b/>
          <w:bCs/>
        </w:rPr>
        <w:t xml:space="preserve">under Moses, and became a well-known part of the Bible.</w:t>
      </w:r>
      <w:r>
        <w:br/>
      </w:r>
      <w:r>
        <w:t xml:space="preserve">    (a) people who believe in or identify with the culture of Judaism (the oldest of the three major monotheistic religions)</w:t>
      </w:r>
      <w:r>
        <w:br/>
      </w:r>
      <w:r>
        <w:t xml:space="preserve">    (b) Danish philosopher who is generally considered. along with Nietzsche, to be a founder of existentialism (1813-1855)</w:t>
      </w:r>
      <w:r>
        <w:br/>
      </w:r>
      <w:r>
        <w:t xml:space="preserve">    (c) a discipline and school of thought discussing the mystical aspect of Judaism and hidden meanings in Hebrew scripture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instance, a builder would lose his life if his careless work led to the death of a house's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occupants</w:t>
      </w:r>
      <w:r>
        <w:rPr>
          <w:b/>
          <w:bCs/>
        </w:rPr>
        <w:t xml:space="preserve">.</w:t>
      </w:r>
      <w:r>
        <w:br/>
      </w:r>
      <w:r>
        <w:t xml:space="preserve">    (a) things about which one feels angry or unhappy due to having to accept them</w:t>
      </w:r>
      <w:r>
        <w:br/>
      </w:r>
      <w:r>
        <w:t xml:space="preserve">    (b) things that disagree with themselves; or (more rarely) acts of disagreeing</w:t>
      </w:r>
      <w:r>
        <w:br/>
      </w:r>
      <w:r>
        <w:t xml:space="preserve">    (c) someone who lives in, uses, or is present in a space, vehicle, or position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2026-07-31T19:02:14Z</dcterms:created>
  <dcterms:modified xsi:type="dcterms:W3CDTF">2026-07-31T19:02:14Z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