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963fe9df6742d6061062a87d69a8a2dcc316cd"/>
    <w:p>
      <w:pPr>
        <w:pStyle w:val="Heading1"/>
      </w:pPr>
      <w:r>
        <w:rPr>
          <w:b/>
          <w:bCs/>
        </w:rPr>
        <w:t xml:space="preserve">Kit's Wilderness</w:t>
      </w:r>
      <w:r>
        <w:br/>
      </w:r>
      <w:r>
        <w:rPr>
          <w:i/>
          <w:iCs/>
        </w:rPr>
        <w:t xml:space="preserve">David Almond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 </w:t>
      </w:r>
      <w:r>
        <w:rPr>
          <w:b/>
          <w:bCs/>
        </w:rPr>
        <w:t xml:space="preserve">outsmarted them.</w:t>
      </w:r>
      <w:r>
        <w:br/>
      </w:r>
      <w:r>
        <w:t xml:space="preserve">    (a) sub-groups</w:t>
      </w:r>
      <w:r>
        <w:br/>
      </w:r>
      <w:r>
        <w:t xml:space="preserve">    (b) opponents</w:t>
      </w:r>
      <w:r>
        <w:br/>
      </w:r>
      <w:r>
        <w:t xml:space="preserve">    (c) replacements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hero set out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</w:t>
      </w:r>
      <w:r>
        <w:rPr>
          <w:b/>
          <w:bCs/>
        </w:rPr>
        <w:t xml:space="preserve"> </w:t>
      </w:r>
      <w:r>
        <w:rPr>
          <w:b/>
          <w:bCs/>
        </w:rPr>
        <w:t xml:space="preserve">the cruel treatment of his village by the bandits.</w:t>
      </w:r>
      <w:r>
        <w:br/>
      </w:r>
      <w:r>
        <w:t xml:space="preserve">    (a) take revenge for</w:t>
      </w:r>
      <w:r>
        <w:br/>
      </w:r>
      <w:r>
        <w:t xml:space="preserve">    (b) kindly forgive</w:t>
      </w:r>
      <w:r>
        <w:br/>
      </w:r>
      <w:r>
        <w:t xml:space="preserve">    (c) quietly forget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contemplated</w:t>
      </w:r>
      <w:r>
        <w:rPr>
          <w:b/>
          <w:bCs/>
        </w:rPr>
        <w:t xml:space="preserve"> </w:t>
      </w:r>
      <w:r>
        <w:rPr>
          <w:b/>
          <w:bCs/>
        </w:rPr>
        <w:t xml:space="preserve">the meaning of life, pondering the big questions of existence.</w:t>
      </w:r>
      <w:r>
        <w:br/>
      </w:r>
      <w:r>
        <w:t xml:space="preserve">    (a) thought about</w:t>
      </w:r>
      <w:r>
        <w:br/>
      </w:r>
      <w:r>
        <w:t xml:space="preserve">    (b) read about</w:t>
      </w:r>
      <w:r>
        <w:br/>
      </w:r>
      <w:r>
        <w:t xml:space="preserve">    (c) wrote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hard to get her to consider a change because 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way things are.</w:t>
      </w:r>
      <w:r>
        <w:br/>
      </w:r>
      <w:r>
        <w:t xml:space="preserve">    (a) stubborn</w:t>
      </w:r>
      <w:r>
        <w:br/>
      </w:r>
      <w:r>
        <w:t xml:space="preserve">    (b) concerned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cowered</w:t>
      </w:r>
      <w:r>
        <w:rPr>
          <w:b/>
          <w:bCs/>
        </w:rPr>
        <w:t xml:space="preserve"> </w:t>
      </w:r>
      <w:r>
        <w:rPr>
          <w:b/>
          <w:bCs/>
        </w:rPr>
        <w:t xml:space="preserve">behind her big sister.</w:t>
      </w:r>
      <w:r>
        <w:br/>
      </w:r>
      <w:r>
        <w:t xml:space="preserve">    (a) walked proudly</w:t>
      </w:r>
      <w:r>
        <w:br/>
      </w:r>
      <w:r>
        <w:t xml:space="preserve">    (b) walked slowly</w:t>
      </w:r>
      <w:r>
        <w:br/>
      </w:r>
      <w:r>
        <w:t xml:space="preserve">    (c) fearfully hid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him as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descending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stairs.</w:t>
      </w:r>
      <w:r>
        <w:br/>
      </w:r>
      <w:r>
        <w:t xml:space="preserve">    (a) going down</w:t>
      </w:r>
      <w:r>
        <w:br/>
      </w:r>
      <w:r>
        <w:t xml:space="preserve">    (b) looking at</w:t>
      </w:r>
      <w:r>
        <w:br/>
      </w:r>
      <w:r>
        <w:t xml:space="preserve">    (c) climbing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funhouse mirror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her reflection, making her head look huge.</w:t>
      </w:r>
      <w:r>
        <w:br/>
      </w:r>
      <w:r>
        <w:t xml:space="preserve">    (a) altered</w:t>
      </w:r>
      <w:r>
        <w:br/>
      </w:r>
      <w:r>
        <w:t xml:space="preserve">    (b) reflected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business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flourished</w:t>
      </w:r>
      <w:r>
        <w:rPr>
          <w:b/>
          <w:bCs/>
        </w:rPr>
        <w:t xml:space="preserve"> </w:t>
      </w:r>
      <w:r>
        <w:rPr>
          <w:b/>
          <w:bCs/>
        </w:rPr>
        <w:t xml:space="preserve">from day one.</w:t>
      </w:r>
      <w:r>
        <w:br/>
      </w:r>
      <w:r>
        <w:t xml:space="preserve">    (a) grew or developed well</w:t>
      </w:r>
      <w:r>
        <w:br/>
      </w:r>
      <w:r>
        <w:t xml:space="preserve">    (b) struggled to make a profit</w:t>
      </w:r>
      <w:r>
        <w:br/>
      </w:r>
      <w:r>
        <w:t xml:space="preserve">    (c) was a dangerous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bowed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flourish</w:t>
      </w:r>
      <w:r>
        <w:rPr>
          <w:b/>
          <w:bCs/>
        </w:rPr>
        <w:t xml:space="preserve">.</w:t>
      </w:r>
      <w:r>
        <w:br/>
      </w:r>
      <w:r>
        <w:t xml:space="preserve">    (a) showy gesture</w:t>
      </w:r>
      <w:r>
        <w:br/>
      </w:r>
      <w:r>
        <w:t xml:space="preserve">    (b) twitch from pain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concern</w:t>
      </w:r>
      <w:r>
        <w:br/>
      </w:r>
      <w:r>
        <w:t xml:space="preserve">    (b) problem</w:t>
      </w:r>
      <w:r>
        <w:br/>
      </w:r>
      <w:r>
        <w:t xml:space="preserve">    (c) main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director’s latest film is a quiet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homage</w:t>
      </w:r>
      <w:r>
        <w:rPr>
          <w:b/>
          <w:bCs/>
        </w:rPr>
        <w:t xml:space="preserve"> </w:t>
      </w:r>
      <w:r>
        <w:rPr>
          <w:b/>
          <w:bCs/>
        </w:rPr>
        <w:t xml:space="preserve">to classic black-and-white cinema.</w:t>
      </w:r>
      <w:r>
        <w:br/>
      </w:r>
      <w:r>
        <w:t xml:space="preserve">    (a) modern version</w:t>
      </w:r>
      <w:r>
        <w:br/>
      </w:r>
      <w:r>
        <w:t xml:space="preserve">    (b) show of respect</w:t>
      </w:r>
      <w:r>
        <w:br/>
      </w:r>
      <w:r>
        <w:t xml:space="preserve">    (c) light parody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Old limestone mines and smugglers' tunnels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labyrinth</w:t>
      </w:r>
      <w:r>
        <w:rPr>
          <w:b/>
          <w:bCs/>
        </w:rPr>
        <w:t xml:space="preserve"> </w:t>
      </w:r>
      <w:r>
        <w:rPr>
          <w:b/>
          <w:bCs/>
        </w:rPr>
        <w:t xml:space="preserve">beneath the city of Odessa.</w:t>
      </w:r>
      <w:r>
        <w:br/>
      </w:r>
      <w:r>
        <w:t xml:space="preserve">    (a) maze</w:t>
      </w:r>
      <w:r>
        <w:br/>
      </w:r>
      <w:r>
        <w:t xml:space="preserve">    (b) storage area</w:t>
      </w:r>
      <w:r>
        <w:br/>
      </w:r>
      <w:r>
        <w:t xml:space="preserve">    (c) hazard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works part time to contribute to the family's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meager</w:t>
      </w:r>
      <w:r>
        <w:rPr>
          <w:b/>
          <w:bCs/>
        </w:rPr>
        <w:t xml:space="preserve"> </w:t>
      </w:r>
      <w:r>
        <w:rPr>
          <w:b/>
          <w:bCs/>
        </w:rPr>
        <w:t xml:space="preserve">income.</w:t>
      </w:r>
      <w:r>
        <w:br/>
      </w:r>
      <w:r>
        <w:t xml:space="preserve">    (a) mixed</w:t>
      </w:r>
      <w:r>
        <w:br/>
      </w:r>
      <w:r>
        <w:t xml:space="preserve">    (b) small</w:t>
      </w:r>
      <w:r>
        <w:br/>
      </w:r>
      <w:r>
        <w:t xml:space="preserve">    (c) extra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exercise where the two divisions take part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battle.</w:t>
      </w:r>
      <w:r>
        <w:br/>
      </w:r>
      <w:r>
        <w:t xml:space="preserve">    (a) high-casualty</w:t>
      </w:r>
      <w:r>
        <w:br/>
      </w:r>
      <w:r>
        <w:t xml:space="preserve">    (b) not real</w:t>
      </w:r>
      <w:r>
        <w:br/>
      </w:r>
      <w:r>
        <w:t xml:space="preserve">    (c) low-casualty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 </w:t>
      </w:r>
      <w:r>
        <w:rPr>
          <w:b/>
          <w:bCs/>
        </w:rPr>
        <w:t xml:space="preserve">our fate.</w:t>
      </w:r>
      <w:r>
        <w:br/>
      </w:r>
      <w:r>
        <w:t xml:space="preserve">    (a) thought about</w:t>
      </w:r>
      <w:r>
        <w:br/>
      </w:r>
      <w:r>
        <w:t xml:space="preserve">    (b) actively changed</w:t>
      </w:r>
      <w:r>
        <w:br/>
      </w:r>
      <w:r>
        <w:t xml:space="preserve">    (c) feared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easier to learn things that seem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your life.</w:t>
      </w:r>
      <w:r>
        <w:br/>
      </w:r>
      <w:r>
        <w:t xml:space="preserve">    (a) understandable</w:t>
      </w:r>
      <w:r>
        <w:br/>
      </w:r>
      <w:r>
        <w:t xml:space="preserve">    (b) important</w:t>
      </w:r>
      <w:r>
        <w:br/>
      </w:r>
      <w:r>
        <w:t xml:space="preserve">    (c) repeated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crowd watched the execution.</w:t>
      </w:r>
      <w:r>
        <w:br/>
      </w:r>
      <w:r>
        <w:t xml:space="preserve">    (a) unhappy</w:t>
      </w:r>
      <w:r>
        <w:br/>
      </w:r>
      <w:r>
        <w:t xml:space="preserve">    (b) excited</w:t>
      </w:r>
      <w:r>
        <w:br/>
      </w:r>
      <w:r>
        <w:t xml:space="preserve">    (c) celebrating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rode off under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sky.</w:t>
      </w:r>
      <w:r>
        <w:br/>
      </w:r>
      <w:r>
        <w:t xml:space="preserve">    (a) clear and windy</w:t>
      </w:r>
      <w:r>
        <w:br/>
      </w:r>
      <w:r>
        <w:t xml:space="preserve">    (b) darkened by clouds</w:t>
      </w:r>
      <w:r>
        <w:br/>
      </w:r>
      <w:r>
        <w:t xml:space="preserve">    (c) heavy with snow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step to see if her injured ankle would support her weight.</w:t>
      </w:r>
      <w:r>
        <w:br/>
      </w:r>
      <w:r>
        <w:t xml:space="preserve">    (a) brave</w:t>
      </w:r>
      <w:r>
        <w:br/>
      </w:r>
      <w:r>
        <w:t xml:space="preserve">    (b) confident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</w:t>
      </w:r>
      <w:r>
        <w:rPr>
          <w:b/>
          <w:bCs/>
        </w:rPr>
        <w:t xml:space="preserve"> </w:t>
      </w:r>
      <w:r>
        <w:rPr>
          <w:b/>
          <w:bCs/>
        </w:rPr>
        <w:t xml:space="preserve">for more independence.</w:t>
      </w:r>
      <w:r>
        <w:br/>
      </w:r>
      <w:r>
        <w:t xml:space="preserve">    (a) work</w:t>
      </w:r>
      <w:r>
        <w:br/>
      </w:r>
      <w:r>
        <w:t xml:space="preserve">    (b) desire</w:t>
      </w:r>
      <w:r>
        <w:br/>
      </w:r>
      <w:r>
        <w:t xml:space="preserve">    (c) fear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2026-07-31T18:27:34Z</dcterms:created>
  <dcterms:modified xsi:type="dcterms:W3CDTF">2026-07-31T18:27:34Z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