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807f700cfbd1eb0694f4d4935ae8f696decb245"/>
    <w:p>
      <w:pPr>
        <w:pStyle w:val="Heading1"/>
      </w:pPr>
      <w:r>
        <w:rPr>
          <w:b/>
          <w:bCs/>
        </w:rPr>
        <w:t xml:space="preserve">Kiss the Girls</w:t>
      </w:r>
      <w:r>
        <w:br/>
      </w:r>
      <w:r>
        <w:rPr>
          <w:i/>
          <w:iCs/>
        </w:rPr>
        <w:t xml:space="preserve">James Patterson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still shaking from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adrenaline rush</w:t>
      </w:r>
      <w:r>
        <w:rPr>
          <w:b/>
          <w:bCs/>
        </w:rPr>
        <w:t xml:space="preserve"> </w:t>
      </w:r>
      <w:r>
        <w:rPr>
          <w:b/>
          <w:bCs/>
        </w:rPr>
        <w:t xml:space="preserve">that came with the fright.</w:t>
      </w:r>
      <w:r>
        <w:br/>
      </w:r>
      <w:r>
        <w:t xml:space="preserve">    (a) calming hormone</w:t>
      </w:r>
      <w:r>
        <w:br/>
      </w:r>
      <w:r>
        <w:t xml:space="preserve">    (b) muscle protein</w:t>
      </w:r>
      <w:r>
        <w:br/>
      </w:r>
      <w:r>
        <w:t xml:space="preserve">    (c) fight-or-flight hormone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have a numbers-tested,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analytical</w:t>
      </w:r>
      <w:r>
        <w:rPr>
          <w:b/>
          <w:bCs/>
        </w:rPr>
        <w:t xml:space="preserve"> </w:t>
      </w:r>
      <w:r>
        <w:rPr>
          <w:b/>
          <w:bCs/>
        </w:rPr>
        <w:t xml:space="preserve">approach to advertising.</w:t>
      </w:r>
      <w:r>
        <w:br/>
      </w:r>
      <w:r>
        <w:t xml:space="preserve">    (a) loud and aggressive</w:t>
      </w:r>
      <w:r>
        <w:br/>
      </w:r>
      <w:r>
        <w:t xml:space="preserve">    (b) logical and systematic</w:t>
      </w:r>
      <w:r>
        <w:br/>
      </w:r>
      <w:r>
        <w:t xml:space="preserve">    (c) creative and artistic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 not worried that she might appear insecure. I'm worried that she might appear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arrogant</w:t>
      </w:r>
      <w:r>
        <w:rPr>
          <w:b/>
          <w:bCs/>
        </w:rPr>
        <w:t xml:space="preserve">.</w:t>
      </w:r>
      <w:r>
        <w:br/>
      </w:r>
      <w:r>
        <w:t xml:space="preserve">    (a) warm and welcoming</w:t>
      </w:r>
      <w:r>
        <w:br/>
      </w:r>
      <w:r>
        <w:t xml:space="preserve">    (b) overly self-important</w:t>
      </w:r>
      <w:r>
        <w:br/>
      </w:r>
      <w:r>
        <w:t xml:space="preserve">    (c) shy and uncertain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Mom is always nervous when the boys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cavorting</w:t>
      </w:r>
      <w:r>
        <w:rPr>
          <w:b/>
          <w:bCs/>
        </w:rPr>
        <w:t xml:space="preserve"> </w:t>
      </w:r>
      <w:r>
        <w:rPr>
          <w:b/>
          <w:bCs/>
        </w:rPr>
        <w:t xml:space="preserve">in the pool.</w:t>
      </w:r>
      <w:r>
        <w:br/>
      </w:r>
      <w:r>
        <w:t xml:space="preserve">    (a) swimming carefully</w:t>
      </w:r>
      <w:r>
        <w:br/>
      </w:r>
      <w:r>
        <w:t xml:space="preserve">    (b) resting quietly</w:t>
      </w:r>
      <w:r>
        <w:br/>
      </w:r>
      <w:r>
        <w:t xml:space="preserve">    (c) playing wildly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argument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coherent</w:t>
      </w:r>
      <w:r>
        <w:rPr>
          <w:b/>
          <w:bCs/>
        </w:rPr>
        <w:t xml:space="preserve">.</w:t>
      </w:r>
      <w:r>
        <w:br/>
      </w:r>
      <w:r>
        <w:t xml:space="preserve">    (a) fragmented</w:t>
      </w:r>
      <w:r>
        <w:br/>
      </w:r>
      <w:r>
        <w:t xml:space="preserve">    (b) sensible and clear</w:t>
      </w:r>
      <w:r>
        <w:br/>
      </w:r>
      <w:r>
        <w:t xml:space="preserve">    (c) unreasonable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confided</w:t>
      </w:r>
      <w:r>
        <w:rPr>
          <w:b/>
          <w:bCs/>
        </w:rPr>
        <w:t xml:space="preserve"> </w:t>
      </w:r>
      <w:r>
        <w:rPr>
          <w:b/>
          <w:bCs/>
        </w:rPr>
        <w:t xml:space="preserve">in her parents.</w:t>
      </w:r>
      <w:r>
        <w:br/>
      </w:r>
      <w:r>
        <w:t xml:space="preserve">    (a) trusted</w:t>
      </w:r>
      <w:r>
        <w:br/>
      </w:r>
      <w:r>
        <w:t xml:space="preserve">    (b) was proud</w:t>
      </w:r>
      <w:r>
        <w:br/>
      </w:r>
      <w:r>
        <w:t xml:space="preserve">    (c) didn't trust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I've studied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dossier</w:t>
      </w:r>
      <w:r>
        <w:rPr>
          <w:b/>
          <w:bCs/>
        </w:rPr>
        <w:t xml:space="preserve">.</w:t>
      </w:r>
      <w:r>
        <w:br/>
      </w:r>
      <w:r>
        <w:t xml:space="preserve">    (a) body language</w:t>
      </w:r>
      <w:r>
        <w:br/>
      </w:r>
      <w:r>
        <w:t xml:space="preserve">    (b) face</w:t>
      </w:r>
      <w:r>
        <w:br/>
      </w:r>
      <w:r>
        <w:t xml:space="preserve">    (c) file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Modern smartphones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enable</w:t>
      </w:r>
      <w:r>
        <w:rPr>
          <w:b/>
          <w:bCs/>
        </w:rPr>
        <w:t xml:space="preserve"> </w:t>
      </w:r>
      <w:r>
        <w:rPr>
          <w:b/>
          <w:bCs/>
        </w:rPr>
        <w:t xml:space="preserve">people to work from almost anywhere.</w:t>
      </w:r>
      <w:r>
        <w:br/>
      </w:r>
      <w:r>
        <w:t xml:space="preserve">    (a) remind</w:t>
      </w:r>
      <w:r>
        <w:br/>
      </w:r>
      <w:r>
        <w:t xml:space="preserve">    (b) allow</w:t>
      </w:r>
      <w:r>
        <w:br/>
      </w:r>
      <w:r>
        <w:t xml:space="preserve">    (c) require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haughty</w:t>
      </w:r>
      <w:r>
        <w:rPr>
          <w:b/>
          <w:bCs/>
        </w:rPr>
        <w:t xml:space="preserve">, rich and entitled attitude.</w:t>
      </w:r>
      <w:r>
        <w:br/>
      </w:r>
      <w:r>
        <w:t xml:space="preserve">    (a) optimistic</w:t>
      </w:r>
      <w:r>
        <w:br/>
      </w:r>
      <w:r>
        <w:t xml:space="preserve">    (b) arrogant</w:t>
      </w:r>
      <w:r>
        <w:br/>
      </w:r>
      <w:r>
        <w:t xml:space="preserve">    (c) wealthy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We'll make good time once we're 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interstate</w:t>
      </w:r>
      <w:r>
        <w:rPr>
          <w:b/>
          <w:bCs/>
        </w:rPr>
        <w:t xml:space="preserve">.</w:t>
      </w:r>
      <w:r>
        <w:br/>
      </w:r>
      <w:r>
        <w:t xml:space="preserve">    (a) freeway</w:t>
      </w:r>
      <w:r>
        <w:br/>
      </w:r>
      <w:r>
        <w:t xml:space="preserve">    (b) train</w:t>
      </w:r>
      <w:r>
        <w:br/>
      </w:r>
      <w:r>
        <w:t xml:space="preserve">    (c) plane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loathe</w:t>
      </w:r>
      <w:r>
        <w:rPr>
          <w:b/>
          <w:bCs/>
        </w:rPr>
        <w:t xml:space="preserve"> </w:t>
      </w:r>
      <w:r>
        <w:rPr>
          <w:b/>
          <w:bCs/>
        </w:rPr>
        <w:t xml:space="preserve">that man. He ruined my life.</w:t>
      </w:r>
      <w:r>
        <w:br/>
      </w:r>
      <w:r>
        <w:t xml:space="preserve">    (a) fear</w:t>
      </w:r>
      <w:r>
        <w:br/>
      </w:r>
      <w:r>
        <w:t xml:space="preserve">    (b) avoid</w:t>
      </w:r>
      <w:r>
        <w:br/>
      </w:r>
      <w:r>
        <w:t xml:space="preserve">    (c) hate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scene became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melodrama</w:t>
      </w:r>
      <w:r>
        <w:rPr>
          <w:b/>
          <w:bCs/>
        </w:rPr>
        <w:t xml:space="preserve">, with tears, shouting, and a sudden confession.</w:t>
      </w:r>
      <w:r>
        <w:br/>
      </w:r>
      <w:r>
        <w:t xml:space="preserve">    (a) exaggerated drama</w:t>
      </w:r>
      <w:r>
        <w:br/>
      </w:r>
      <w:r>
        <w:t xml:space="preserve">    (b) quiet comedy</w:t>
      </w:r>
      <w:r>
        <w:br/>
      </w:r>
      <w:r>
        <w:t xml:space="preserve">    (c) factual reporting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Let's try to ignore how upset we are for a moment and think about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rationally</w:t>
      </w:r>
      <w:r>
        <w:rPr>
          <w:b/>
          <w:bCs/>
        </w:rPr>
        <w:t xml:space="preserve">.</w:t>
      </w:r>
      <w:r>
        <w:br/>
      </w:r>
      <w:r>
        <w:t xml:space="preserve">    (a) in a hurried manner</w:t>
      </w:r>
      <w:r>
        <w:br/>
      </w:r>
      <w:r>
        <w:t xml:space="preserve">    (b) in a reasonable manner</w:t>
      </w:r>
      <w:r>
        <w:br/>
      </w:r>
      <w:r>
        <w:t xml:space="preserve">    (c) in a creative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couldn't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reciprocate</w:t>
      </w:r>
      <w:r>
        <w:rPr>
          <w:b/>
          <w:bCs/>
        </w:rPr>
        <w:t xml:space="preserve"> </w:t>
      </w:r>
      <w:r>
        <w:rPr>
          <w:b/>
          <w:bCs/>
        </w:rPr>
        <w:t xml:space="preserve">his feelings after he professed his love for her.</w:t>
      </w:r>
      <w:r>
        <w:br/>
      </w:r>
      <w:r>
        <w:t xml:space="preserve">    (a) understand</w:t>
      </w:r>
      <w:r>
        <w:br/>
      </w:r>
      <w:r>
        <w:t xml:space="preserve">    (b) hear</w:t>
      </w:r>
      <w:r>
        <w:br/>
      </w:r>
      <w:r>
        <w:t xml:space="preserve">    (c) return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parents criticize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relentlessly</w:t>
      </w:r>
      <w:r>
        <w:rPr>
          <w:b/>
          <w:bCs/>
        </w:rPr>
        <w:t xml:space="preserve">.</w:t>
      </w:r>
      <w:r>
        <w:br/>
      </w:r>
      <w:r>
        <w:t xml:space="preserve">    (a) with an excessive sense of superiority</w:t>
      </w:r>
      <w:r>
        <w:br/>
      </w:r>
      <w:r>
        <w:t xml:space="preserve">    (b) constantly and oppressively</w:t>
      </w:r>
      <w:r>
        <w:br/>
      </w:r>
      <w:r>
        <w:t xml:space="preserve">    (c) subtly (in a non-obvious way)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reveres</w:t>
      </w:r>
      <w:r>
        <w:rPr>
          <w:b/>
          <w:bCs/>
        </w:rPr>
        <w:t xml:space="preserve"> </w:t>
      </w:r>
      <w:r>
        <w:rPr>
          <w:b/>
          <w:bCs/>
        </w:rPr>
        <w:t xml:space="preserve">nature and all that is natural.</w:t>
      </w:r>
      <w:r>
        <w:br/>
      </w:r>
      <w:r>
        <w:t xml:space="preserve">    (a) deeply respects</w:t>
      </w:r>
      <w:r>
        <w:br/>
      </w:r>
      <w:r>
        <w:t xml:space="preserve">    (b) dislikes and avoids</w:t>
      </w:r>
      <w:r>
        <w:br/>
      </w:r>
      <w:r>
        <w:t xml:space="preserve">    (c) thoroughly enjoys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remained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serene</w:t>
      </w:r>
      <w:r>
        <w:rPr>
          <w:b/>
          <w:bCs/>
        </w:rPr>
        <w:t xml:space="preserve"> </w:t>
      </w:r>
      <w:r>
        <w:rPr>
          <w:b/>
          <w:bCs/>
        </w:rPr>
        <w:t xml:space="preserve">even when he was yelling at her.</w:t>
      </w:r>
      <w:r>
        <w:br/>
      </w:r>
      <w:r>
        <w:t xml:space="preserve">    (a) unmoved</w:t>
      </w:r>
      <w:r>
        <w:br/>
      </w:r>
      <w:r>
        <w:t xml:space="preserve">    (b) calm</w:t>
      </w:r>
      <w:r>
        <w:br/>
      </w:r>
      <w:r>
        <w:t xml:space="preserve">    (c) aggressive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movie, there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sinister</w:t>
      </w:r>
      <w:r>
        <w:rPr>
          <w:b/>
          <w:bCs/>
        </w:rPr>
        <w:t xml:space="preserve"> </w:t>
      </w:r>
      <w:r>
        <w:rPr>
          <w:b/>
          <w:bCs/>
        </w:rPr>
        <w:t xml:space="preserve">plot to kill people and harvest their organs.</w:t>
      </w:r>
      <w:r>
        <w:br/>
      </w:r>
      <w:r>
        <w:t xml:space="preserve">    (a) evil</w:t>
      </w:r>
      <w:r>
        <w:br/>
      </w:r>
      <w:r>
        <w:t xml:space="preserve">    (b) clever</w:t>
      </w:r>
      <w:r>
        <w:br/>
      </w:r>
      <w:r>
        <w:t xml:space="preserve">    (c) complicated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test results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validated</w:t>
      </w:r>
      <w:r>
        <w:rPr>
          <w:b/>
          <w:bCs/>
        </w:rPr>
        <w:t xml:space="preserve"> </w:t>
      </w:r>
      <w:r>
        <w:rPr>
          <w:b/>
          <w:bCs/>
        </w:rPr>
        <w:t xml:space="preserve">her theory about the chemical reaction.</w:t>
      </w:r>
      <w:r>
        <w:br/>
      </w:r>
      <w:r>
        <w:t xml:space="preserve">    (a) completely contradicted</w:t>
      </w:r>
      <w:r>
        <w:br/>
      </w:r>
      <w:r>
        <w:t xml:space="preserve">    (b) barely addressed</w:t>
      </w:r>
      <w:r>
        <w:br/>
      </w:r>
      <w:r>
        <w:t xml:space="preserve">    (c) confirmed the truth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threw herself into work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with a vengeance</w:t>
      </w:r>
      <w:r>
        <w:rPr>
          <w:b/>
          <w:bCs/>
        </w:rPr>
        <w:t xml:space="preserve">.</w:t>
      </w:r>
      <w:r>
        <w:br/>
      </w:r>
      <w:r>
        <w:t xml:space="preserve">    (a) with reluctance</w:t>
      </w:r>
      <w:r>
        <w:br/>
      </w:r>
      <w:r>
        <w:t xml:space="preserve">    (b) with intensity</w:t>
      </w:r>
      <w:r>
        <w:br/>
      </w:r>
      <w:r>
        <w:t xml:space="preserve">    (c) with careful thought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2026-07-31T17:52:06Z</dcterms:created>
  <dcterms:modified xsi:type="dcterms:W3CDTF">2026-07-31T17:52:06Z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