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ad56b5962e8790bdcf7d6571d88d3290e014a4"/>
    <w:p>
      <w:pPr>
        <w:pStyle w:val="Heading1"/>
      </w:pPr>
      <w:r>
        <w:rPr>
          <w:b/>
          <w:bCs/>
        </w:rPr>
        <w:t xml:space="preserve">Kiss the Girls</w:t>
      </w:r>
      <w:r>
        <w:br/>
      </w:r>
      <w:r>
        <w:rPr>
          <w:i/>
          <w:iCs/>
        </w:rPr>
        <w:t xml:space="preserve">James Patterson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Coty was unbearably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 </w:t>
      </w:r>
      <w:r>
        <w:rPr>
          <w:b/>
          <w:bCs/>
        </w:rPr>
        <w:t xml:space="preserve">and untouchable.</w:t>
      </w:r>
      <w:r>
        <w:br/>
      </w:r>
      <w:r>
        <w:t xml:space="preserve">    (a) absolute</w:t>
      </w:r>
      <w:r>
        <w:br/>
      </w:r>
      <w:r>
        <w:t xml:space="preserve">    (b) arrogant</w:t>
      </w:r>
      <w:r>
        <w:br/>
      </w:r>
      <w:r>
        <w:t xml:space="preserve">    (c)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almost a full moon, and it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 </w:t>
      </w:r>
      <w:r>
        <w:rPr>
          <w:b/>
          <w:bCs/>
        </w:rPr>
        <w:t xml:space="preserve">and beautiful to Tom and Roe as they slowly paddled out into the glistening lake.</w:t>
      </w:r>
      <w:r>
        <w:br/>
      </w:r>
      <w:r>
        <w:t xml:space="preserve">    (a) not done on purpose</w:t>
      </w:r>
      <w:r>
        <w:br/>
      </w:r>
      <w:r>
        <w:t xml:space="preserve">    (b) not straightforward</w:t>
      </w:r>
      <w:r>
        <w:br/>
      </w:r>
      <w:r>
        <w:t xml:space="preserve">    (c) calm and untroubled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seen the fear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loathing</w:t>
      </w:r>
      <w:r>
        <w:rPr>
          <w:b/>
          <w:bCs/>
        </w:rPr>
        <w:t xml:space="preserve"> </w:t>
      </w:r>
      <w:r>
        <w:rPr>
          <w:b/>
          <w:bCs/>
        </w:rPr>
        <w:t xml:space="preserve">in her eyes.</w:t>
      </w:r>
      <w:r>
        <w:br/>
      </w:r>
      <w:r>
        <w:t xml:space="preserve">    (a) changing through evolution</w:t>
      </w:r>
      <w:r>
        <w:br/>
      </w:r>
      <w:r>
        <w:t xml:space="preserve">    (b) disgust or intense dislike</w:t>
      </w:r>
      <w:r>
        <w:br/>
      </w:r>
      <w:r>
        <w:t xml:space="preserve">    (c) stopping a battle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relentlessly</w:t>
      </w:r>
      <w:r>
        <w:rPr>
          <w:b/>
          <w:bCs/>
        </w:rPr>
        <w:t xml:space="preserve"> </w:t>
      </w:r>
      <w:r>
        <w:rPr>
          <w:b/>
          <w:bCs/>
        </w:rPr>
        <w:t xml:space="preserve">searched out a great beauty—and then he took her!</w:t>
      </w:r>
      <w:r>
        <w:br/>
      </w:r>
      <w:r>
        <w:t xml:space="preserve">    (a) enthusiastically or with great interest</w:t>
      </w:r>
      <w:r>
        <w:br/>
      </w:r>
      <w:r>
        <w:t xml:space="preserve">    (b) in an extreme manner that does not stop</w:t>
      </w:r>
      <w:r>
        <w:br/>
      </w:r>
      <w:r>
        <w:t xml:space="preserve">    (c) in a pessimistic or disagreeable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particularly loved Kate McTiernan's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irreverence</w:t>
      </w:r>
      <w:r>
        <w:rPr>
          <w:b/>
          <w:bCs/>
        </w:rPr>
        <w:t xml:space="preserve"> </w:t>
      </w:r>
      <w:r>
        <w:rPr>
          <w:b/>
          <w:bCs/>
        </w:rPr>
        <w:t xml:space="preserve">toward university and hospital life, and especially the holier-than-thou medical school.</w:t>
      </w:r>
      <w:r>
        <w:br/>
      </w:r>
      <w:r>
        <w:t xml:space="preserve">    (a) circular movement</w:t>
      </w:r>
      <w:r>
        <w:br/>
      </w:r>
      <w:r>
        <w:t xml:space="preserve">    (b) a lack of respect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 imagine "Casanova"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cavorting</w:t>
      </w:r>
      <w:r>
        <w:rPr>
          <w:b/>
          <w:bCs/>
        </w:rPr>
        <w:t xml:space="preserve"> </w:t>
      </w:r>
      <w:r>
        <w:rPr>
          <w:b/>
          <w:bCs/>
        </w:rPr>
        <w:t xml:space="preserve">around in these deep dark woods before we had arrived.</w:t>
      </w:r>
      <w:r>
        <w:br/>
      </w:r>
      <w:r>
        <w:t xml:space="preserve">    (a) opposing (struggling against each other)</w:t>
      </w:r>
      <w:r>
        <w:br/>
      </w:r>
      <w:r>
        <w:t xml:space="preserve">    (b) examining in detail to better understand</w:t>
      </w:r>
      <w:r>
        <w:br/>
      </w:r>
      <w:r>
        <w:t xml:space="preserve">    (c) playing in a lively, unrestrained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voice was so calm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rational</w:t>
      </w:r>
      <w:r>
        <w:rPr>
          <w:b/>
          <w:bCs/>
        </w:rPr>
        <w:t xml:space="preserve">.</w:t>
      </w:r>
      <w:r>
        <w:br/>
      </w:r>
      <w:r>
        <w:t xml:space="preserve">    (a) very large</w:t>
      </w:r>
      <w:r>
        <w:br/>
      </w:r>
      <w:r>
        <w:t xml:space="preserve">    (b) reasonable</w:t>
      </w:r>
      <w:r>
        <w:br/>
      </w:r>
      <w:r>
        <w:t xml:space="preserve">    (c) related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"Alex, Naomi and I really haven't been as close lately," Mary Ellen suddenly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me.</w:t>
      </w:r>
      <w:r>
        <w:br/>
      </w:r>
      <w:r>
        <w:t xml:space="preserve">    (a) viewed in a certain way so as to form a belief or opinion</w:t>
      </w:r>
      <w:r>
        <w:br/>
      </w:r>
      <w:r>
        <w:t xml:space="preserve">    (b) made a decision or voiced an opinion by formal group vote</w:t>
      </w:r>
      <w:r>
        <w:br/>
      </w:r>
      <w:r>
        <w:t xml:space="preserve">    (c) placed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 try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as much as I can.</w:t>
      </w:r>
      <w:r>
        <w:br/>
      </w:r>
      <w:r>
        <w:t xml:space="preserve">    (a) begin fighting</w:t>
      </w:r>
      <w:r>
        <w:br/>
      </w:r>
      <w:r>
        <w:t xml:space="preserve">    (b) give in return</w:t>
      </w:r>
      <w:r>
        <w:br/>
      </w:r>
      <w:r>
        <w:t xml:space="preserve">    (c) less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Adrenaline</w:t>
      </w:r>
      <w:r>
        <w:rPr>
          <w:b/>
          <w:bCs/>
        </w:rPr>
        <w:t xml:space="preserve"> </w:t>
      </w:r>
      <w:r>
        <w:rPr>
          <w:b/>
          <w:bCs/>
        </w:rPr>
        <w:t xml:space="preserve">surged powerfully through her body.</w:t>
      </w:r>
      <w:r>
        <w:br/>
      </w:r>
      <w:r>
        <w:t xml:space="preserve">    (a) declaration of invalidity; or cancelation</w:t>
      </w:r>
      <w:r>
        <w:br/>
      </w:r>
      <w:r>
        <w:t xml:space="preserve">    (b) “fight or flight” stimulating hormone</w:t>
      </w:r>
      <w:r>
        <w:br/>
      </w:r>
      <w:r>
        <w:t xml:space="preserve">    (c) the branch of geology that studies rocks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such a nicely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arrogant</w:t>
      </w:r>
      <w:r>
        <w:rPr>
          <w:b/>
          <w:bCs/>
        </w:rPr>
        <w:t xml:space="preserve">, long-legged stride.</w:t>
      </w:r>
      <w:r>
        <w:br/>
      </w:r>
      <w:r>
        <w:t xml:space="preserve">    (a) without a tendency to be full of thought</w:t>
      </w:r>
      <w:r>
        <w:br/>
      </w:r>
      <w:r>
        <w:t xml:space="preserve">    (b) having an excessive sense of superiority</w:t>
      </w:r>
      <w:r>
        <w:br/>
      </w:r>
      <w:r>
        <w:t xml:space="preserve">    (c) lacking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highly intelligent intern raved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incoherently</w:t>
      </w:r>
      <w:r>
        <w:rPr>
          <w:b/>
          <w:bCs/>
        </w:rPr>
        <w:t xml:space="preserve"> </w:t>
      </w:r>
      <w:r>
        <w:rPr>
          <w:b/>
          <w:bCs/>
        </w:rPr>
        <w:t xml:space="preserve">throughout most of the morning.</w:t>
      </w:r>
      <w:r>
        <w:br/>
      </w:r>
      <w:r>
        <w:t xml:space="preserve">    (a) not in a sensible and clear manner; or not in a manner where parts fit together consistently or pleasingly</w:t>
      </w:r>
      <w:r>
        <w:br/>
      </w:r>
      <w:r>
        <w:t xml:space="preserve">    (b) in a manner that violates a rule, promise, or social norm; or in a manner that exceeds a limit or boundary</w:t>
      </w:r>
      <w:r>
        <w:br/>
      </w:r>
      <w:r>
        <w:t xml:space="preserve">    (c) based on something that is temporarily treated as true to advance a discussion or to further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 were really in Big Sur, we passed an antique van with a bumper sticker: VISUALIZE INDUSTRIAL COLLAPSE.</w:t>
      </w:r>
      <w:r>
        <w:br/>
      </w:r>
      <w:r>
        <w:t xml:space="preserve">    (a) give evidence for the truth or value of; or declare as legally approved</w:t>
      </w:r>
      <w:r>
        <w:br/>
      </w:r>
      <w:r>
        <w:t xml:space="preserve">    (b) dry out by heat or excessive exposure to sunlight; or make very thirsty</w:t>
      </w:r>
      <w:r>
        <w:br/>
      </w:r>
      <w:r>
        <w:t xml:space="preserve">    (c) the right to run a local store or business under a big company’s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interstate now, and every possible lead was being chased down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with intensity</w:t>
      </w:r>
      <w:r>
        <w:br/>
      </w:r>
      <w:r>
        <w:t xml:space="preserve">    (b) available cash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in the process of compiling that all-important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 </w:t>
      </w:r>
      <w:r>
        <w:rPr>
          <w:b/>
          <w:bCs/>
        </w:rPr>
        <w:t xml:space="preserve">of shared experiences now.</w:t>
      </w:r>
      <w:r>
        <w:br/>
      </w:r>
      <w:r>
        <w:t xml:space="preserve">    (a) a collection of papers containing detailed information about a particular person or subject -- often a person's record</w:t>
      </w:r>
      <w:r>
        <w:br/>
      </w:r>
      <w:r>
        <w:t xml:space="preserve">    (b) a small hole or a series of small holes such as are used to make it easy to tear a piece of paper along a specific line</w:t>
      </w:r>
      <w:r>
        <w:br/>
      </w:r>
      <w:r>
        <w:t xml:space="preserve">    (c) to find someone blameless; or to forgive  OR  the words by which a clergyman pronounces someone forgiven by the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High-concept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melodrama</w:t>
      </w:r>
      <w:r>
        <w:rPr>
          <w:b/>
          <w:bCs/>
        </w:rPr>
        <w:t xml:space="preserve">.</w:t>
      </w:r>
      <w:r>
        <w:br/>
      </w:r>
      <w:r>
        <w:t xml:space="preserve">    (a) something that helps clarify or demonstrate</w:t>
      </w:r>
      <w:r>
        <w:br/>
      </w:r>
      <w:r>
        <w:t xml:space="preserve">    (b) the act of taking something on as one's own</w:t>
      </w:r>
      <w:r>
        <w:br/>
      </w:r>
      <w:r>
        <w:t xml:space="preserve">    (c) a story or behavior that is overly dramatic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its negative form, it was based on codependency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enabling</w:t>
      </w:r>
      <w:r>
        <w:rPr>
          <w:b/>
          <w:bCs/>
        </w:rPr>
        <w:t xml:space="preserve"> </w:t>
      </w:r>
      <w:r>
        <w:rPr>
          <w:b/>
          <w:bCs/>
        </w:rPr>
        <w:t xml:space="preserve">behavior.</w:t>
      </w:r>
      <w:r>
        <w:br/>
      </w:r>
      <w:r>
        <w:t xml:space="preserve">    (a) being a sign of</w:t>
      </w:r>
      <w:r>
        <w:br/>
      </w:r>
      <w:r>
        <w:t xml:space="preserve">    (b) moving downward</w:t>
      </w:r>
      <w:r>
        <w:br/>
      </w:r>
      <w:r>
        <w:t xml:space="preserve">    (c) making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Looks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.</w:t>
      </w:r>
      <w:r>
        <w:br/>
      </w:r>
      <w:r>
        <w:t xml:space="preserve">    (a) evil, harmful, or frightening</w:t>
      </w:r>
      <w:r>
        <w:br/>
      </w:r>
      <w:r>
        <w:t xml:space="preserve">    (b) not able to be disagreed with</w:t>
      </w:r>
      <w:r>
        <w:br/>
      </w:r>
      <w:r>
        <w:t xml:space="preserve">    (c) not thoughtful about the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relatively heavy traffic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interstate</w:t>
      </w:r>
      <w:r>
        <w:rPr>
          <w:b/>
          <w:bCs/>
        </w:rPr>
        <w:t xml:space="preserve">, and I was able to follow him in a safe cluster with four or five other cars.</w:t>
      </w:r>
      <w:r>
        <w:br/>
      </w:r>
      <w:r>
        <w:t xml:space="preserve">    (a)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 (private, non-profit organization working for member goals at the international level)</w:t>
      </w:r>
      <w:r>
        <w:br/>
      </w:r>
      <w:r>
        <w:t xml:space="preserve">    (b) freeway, or highway that runs between states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relating to the mutual relations between states -- especially of the United States</w:t>
      </w:r>
      <w:r>
        <w:br/>
      </w:r>
      <w:r>
        <w:t xml:space="preserve">    (c) the result of numerical division (if 8 divided by 4 = 2, then 8 can be described as the dividend, 4 as the divisor, and 2 as the quotient)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both obsessively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related to the natural world (life, air, water, land...)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2026-07-31T17:52:06Z</dcterms:created>
  <dcterms:modified xsi:type="dcterms:W3CDTF">2026-07-31T17:52:06Z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