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c2d30f4142c2337bc8c4e3ceaa643f4ad86239"/>
    <w:p>
      <w:pPr>
        <w:pStyle w:val="Heading1"/>
      </w:pPr>
      <w:r>
        <w:rPr>
          <w:b/>
          <w:bCs/>
        </w:rPr>
        <w:t xml:space="preserve">Kiss the Girls</w:t>
      </w:r>
      <w:r>
        <w:br/>
      </w:r>
      <w:r>
        <w:rPr>
          <w:i/>
          <w:iCs/>
        </w:rPr>
        <w:t xml:space="preserve">James Patterson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</w:t>
      </w:r>
      <w:r>
        <w:rPr>
          <w:b/>
          <w:bCs/>
        </w:rPr>
        <w:t xml:space="preserve"> </w:t>
      </w:r>
      <w:r>
        <w:rPr>
          <w:b/>
          <w:bCs/>
        </w:rPr>
        <w:t xml:space="preserve">and polite.</w:t>
      </w:r>
      <w:r>
        <w:br/>
      </w:r>
      <w:r>
        <w:t xml:space="preserve">    (a) a state similar to sleep where one is unaware of anything</w:t>
      </w:r>
      <w:r>
        <w:br/>
      </w:r>
      <w:r>
        <w:t xml:space="preserve">    (b) fitting in so as not to attract much attention or disturb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held his lifeless little hand and thought about the talks the two of us had,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ineffable</w:t>
      </w:r>
      <w:r>
        <w:rPr>
          <w:b/>
          <w:bCs/>
        </w:rPr>
        <w:t xml:space="preserve"> </w:t>
      </w:r>
      <w:r>
        <w:rPr>
          <w:b/>
          <w:bCs/>
        </w:rPr>
        <w:t xml:space="preserve">sadness always in his brown eyes.</w:t>
      </w:r>
      <w:r>
        <w:br/>
      </w:r>
      <w:r>
        <w:t xml:space="preserve">    (a) working against psychosis (any severe mental disorder in which contact with reality is lost or highly distorted)</w:t>
      </w:r>
      <w:r>
        <w:br/>
      </w:r>
      <w:r>
        <w:t xml:space="preserve">    (b) something that cannot be adequately described with words--perhaps something too wonderful or intense to describe</w:t>
      </w:r>
      <w:r>
        <w:br/>
      </w:r>
      <w:r>
        <w:t xml:space="preserve">    (c) relating to an economic system that abolishes private ownership of property with the goal of a classless society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an all-American look, but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</w:t>
      </w:r>
      <w:r>
        <w:rPr>
          <w:b/>
          <w:bCs/>
        </w:rPr>
        <w:t xml:space="preserve">.</w:t>
      </w:r>
      <w:r>
        <w:br/>
      </w:r>
      <w:r>
        <w:t xml:space="preserve">    (a) tendency to be direct in a disagreeable, insensitive manner</w:t>
      </w:r>
      <w:r>
        <w:br/>
      </w:r>
      <w:r>
        <w:t xml:space="preserve">    (b) the degree or quality of being exactly vertical or straight</w:t>
      </w:r>
      <w:r>
        <w:br/>
      </w:r>
      <w:r>
        <w:t xml:space="preserve">    (c) uninteresting due to a lack of anything original or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left the American team even before the eventual Olympic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boycott</w:t>
      </w:r>
      <w:r>
        <w:rPr>
          <w:b/>
          <w:bCs/>
        </w:rPr>
        <w:t xml:space="preserve">.</w:t>
      </w:r>
      <w:r>
        <w:br/>
      </w:r>
      <w:r>
        <w:t xml:space="preserve">    (a) to refuse to buy things (from someone); or to refuse to participate in an activity (with someone) in order to express disapproval</w:t>
      </w:r>
      <w:r>
        <w:br/>
      </w:r>
      <w:r>
        <w:t xml:space="preserve">    (b) present something to treat as true in order to advance a discussion or to further investigation even though it might not be true</w:t>
      </w:r>
      <w:r>
        <w:br/>
      </w:r>
      <w:r>
        <w:t xml:space="preserve">    (c) the act of hiding something by making it blend in with its surroundings; or hiding the truth; or something that hides or deceives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powerless to help her; all I could do was watch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macabre</w:t>
      </w:r>
      <w:r>
        <w:rPr>
          <w:b/>
          <w:bCs/>
        </w:rPr>
        <w:t xml:space="preserve"> </w:t>
      </w:r>
      <w:r>
        <w:rPr>
          <w:b/>
          <w:bCs/>
        </w:rPr>
        <w:t xml:space="preserve">scene in horror.</w:t>
      </w:r>
      <w:r>
        <w:br/>
      </w:r>
      <w:r>
        <w:t xml:space="preserve">    (a) acceptance of what happens without trying to take control or reacting strongly</w:t>
      </w:r>
      <w:r>
        <w:br/>
      </w:r>
      <w:r>
        <w:t xml:space="preserve">    (b) the state of being a concept or idea not associated with any specific instance</w:t>
      </w:r>
      <w:r>
        <w:br/>
      </w:r>
      <w:r>
        <w:t xml:space="preserve">    (c) disturbing and related to death or horror -- especially in a grim or eerie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dared to be 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 </w:t>
      </w:r>
      <w:r>
        <w:rPr>
          <w:b/>
          <w:bCs/>
        </w:rPr>
        <w:t xml:space="preserve">and ironic about the sisters' social activity, and, heaven forbid, their social awareness.</w:t>
      </w:r>
      <w:r>
        <w:br/>
      </w:r>
      <w:r>
        <w:t xml:space="preserve">    (a) sarcastic or critical</w:t>
      </w:r>
      <w:r>
        <w:br/>
      </w:r>
      <w:r>
        <w:t xml:space="preserve">    (b) in the way mentioned or shown</w:t>
      </w:r>
      <w:r>
        <w:br/>
      </w:r>
      <w:r>
        <w:t xml:space="preserve">    (c) not mirroring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Naomi never ever uses her abilities or her education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belittle</w:t>
      </w:r>
      <w:r>
        <w:rPr>
          <w:b/>
          <w:bCs/>
        </w:rPr>
        <w:t xml:space="preserve"> </w:t>
      </w:r>
      <w:r>
        <w:rPr>
          <w:b/>
          <w:bCs/>
        </w:rPr>
        <w:t xml:space="preserve">someone else, or make herself seem superior.</w:t>
      </w:r>
      <w:r>
        <w:br/>
      </w:r>
      <w:r>
        <w:t xml:space="preserve">    (a) indicating criticism or disagreement, or "no"</w:t>
      </w:r>
      <w:r>
        <w:br/>
      </w:r>
      <w:r>
        <w:t xml:space="preserve">    (b) to be most powerful, important, or noticeable</w:t>
      </w:r>
      <w:r>
        <w:br/>
      </w:r>
      <w:r>
        <w:t xml:space="preserve">    (c) to make someone or something seem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it was Forane, a strong muscle relaxant that was used prior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anesthesia</w:t>
      </w:r>
      <w:r>
        <w:rPr>
          <w:b/>
          <w:bCs/>
        </w:rPr>
        <w:t xml:space="preserve">.</w:t>
      </w:r>
      <w:r>
        <w:br/>
      </w:r>
      <w:r>
        <w:t xml:space="preserve">    (a) loss of bodily sensation -- especially created intentionally to control pain</w:t>
      </w:r>
      <w:r>
        <w:br/>
      </w:r>
      <w:r>
        <w:t xml:space="preserve">    (b) a common name for tetanus, a serious infection that makes the jaw clamp shut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Among them were assorted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deviates</w:t>
      </w:r>
      <w:r>
        <w:rPr>
          <w:b/>
          <w:bCs/>
        </w:rPr>
        <w:t xml:space="preserve">, but also university professors, doctors, and even a retired cop in Raleigh.</w:t>
      </w:r>
      <w:r>
        <w:br/>
      </w:r>
      <w:r>
        <w:t xml:space="preserve">    (a) changes or differs</w:t>
      </w:r>
      <w:r>
        <w:br/>
      </w:r>
      <w:r>
        <w:t xml:space="preserve">    (b) takes on or adopts</w:t>
      </w:r>
      <w:r>
        <w:br/>
      </w:r>
      <w:r>
        <w:t xml:space="preserve">    (c) influences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immediately called the reporter at the paper whose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byline</w:t>
      </w:r>
      <w:r>
        <w:rPr>
          <w:b/>
          <w:bCs/>
        </w:rPr>
        <w:t xml:space="preserve"> </w:t>
      </w:r>
      <w:r>
        <w:rPr>
          <w:b/>
          <w:bCs/>
        </w:rPr>
        <w:t xml:space="preserve">appeared on the diary stories.</w:t>
      </w:r>
      <w:r>
        <w:br/>
      </w:r>
      <w:r>
        <w:t xml:space="preserve">    (a) aka analyze -- analyze based upon a theory of psychiatry</w:t>
      </w:r>
      <w:r>
        <w:br/>
      </w:r>
      <w:r>
        <w:t xml:space="preserve">    (b) printed line giving the name of the writer of an article</w:t>
      </w:r>
      <w:r>
        <w:br/>
      </w:r>
      <w:r>
        <w:t xml:space="preserve">    (c) search for and discover through persistent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next few moments, she did everything she could possibly do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the fears of the families of the missing women.</w:t>
      </w:r>
      <w:r>
        <w:br/>
      </w:r>
      <w:r>
        <w:t xml:space="preserve">    (a) genetic change through evolution</w:t>
      </w:r>
      <w:r>
        <w:br/>
      </w:r>
      <w:r>
        <w:t xml:space="preserve">    (b) interact again or interest again</w:t>
      </w:r>
      <w:r>
        <w:br/>
      </w:r>
      <w:r>
        <w:t xml:space="preserve">    (c) reduce the intensity of; or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extraordinary kidnapping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subjugation</w:t>
      </w:r>
      <w:r>
        <w:rPr>
          <w:b/>
          <w:bCs/>
        </w:rPr>
        <w:t xml:space="preserve"> </w:t>
      </w:r>
      <w:r>
        <w:rPr>
          <w:b/>
          <w:bCs/>
        </w:rPr>
        <w:t xml:space="preserve">of more than four million Africans who were originally brought to America.</w:t>
      </w:r>
      <w:r>
        <w:br/>
      </w:r>
      <w:r>
        <w:t xml:space="preserve">    (a) forced submission to another's dominance</w:t>
      </w:r>
      <w:r>
        <w:br/>
      </w:r>
      <w:r>
        <w:t xml:space="preserve">    (b) to express strong hatred or loathing for</w:t>
      </w:r>
      <w:r>
        <w:br/>
      </w:r>
      <w:r>
        <w:t xml:space="preserve">    (c) devices that turn light into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adagio</w:t>
      </w:r>
      <w:r>
        <w:rPr>
          <w:b/>
          <w:bCs/>
        </w:rPr>
        <w:t xml:space="preserve">, the first movement.</w:t>
      </w:r>
      <w:r>
        <w:br/>
      </w:r>
      <w:r>
        <w:t xml:space="preserve">    (a) particles emitted by nuclear decay</w:t>
      </w:r>
      <w:r>
        <w:br/>
      </w:r>
      <w:r>
        <w:t xml:space="preserve">    (b) composition played in a slow tempo</w:t>
      </w:r>
      <w:r>
        <w:br/>
      </w:r>
      <w:r>
        <w:t xml:space="preserve">    (c) a central open space in a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in a good mood, 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harrowing</w:t>
      </w:r>
      <w:r>
        <w:rPr>
          <w:b/>
          <w:bCs/>
        </w:rPr>
        <w:t xml:space="preserve"> </w:t>
      </w:r>
      <w:r>
        <w:rPr>
          <w:b/>
          <w:bCs/>
        </w:rPr>
        <w:t xml:space="preserve">and frustrating investigation.</w:t>
      </w:r>
      <w:r>
        <w:br/>
      </w:r>
      <w:r>
        <w:t xml:space="preserve">    (a) frightening or unsettling</w:t>
      </w:r>
      <w:r>
        <w:br/>
      </w:r>
      <w:r>
        <w:t xml:space="preserve">    (b) able to be disagreed with</w:t>
      </w:r>
      <w:r>
        <w:br/>
      </w:r>
      <w:r>
        <w:t xml:space="preserve">    (c) not tending to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secret.</w:t>
      </w:r>
      <w:r>
        <w:br/>
      </w:r>
      <w:r>
        <w:t xml:space="preserve">    (a) relating to a surface rather than to anything deep or penetrating</w:t>
      </w:r>
      <w:r>
        <w:br/>
      </w:r>
      <w:r>
        <w:t xml:space="preserve">    (b) evil; very bad; or cruel and clever (like something of the devil)</w:t>
      </w:r>
      <w:r>
        <w:br/>
      </w:r>
      <w:r>
        <w:t xml:space="preserve">    (c) related to the spreading of a disease to another part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a sudden, doing the Corporate America step'n'fetchit, the old two-step backstep.</w:t>
      </w:r>
      <w:r>
        <w:br/>
      </w:r>
      <w:r>
        <w:t xml:space="preserve">    (a) feeling sorrow or regret for a fault or offense</w:t>
      </w:r>
      <w:r>
        <w:br/>
      </w:r>
      <w:r>
        <w:t xml:space="preserve">    (b) the state or degree of being good or beneficial</w:t>
      </w:r>
      <w:r>
        <w:br/>
      </w:r>
      <w:r>
        <w:t xml:space="preserve">    (c) not able to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.</w:t>
      </w:r>
      <w:r>
        <w:br/>
      </w:r>
      <w:r>
        <w:t xml:space="preserve">    (a) not tending to find fault</w:t>
      </w:r>
      <w:r>
        <w:br/>
      </w:r>
      <w:r>
        <w:t xml:space="preserve">    (b) able to be disagreed with</w:t>
      </w:r>
      <w:r>
        <w:br/>
      </w:r>
      <w:r>
        <w:t xml:space="preserve">    (c) comical in an unusual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that simple,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able to make clear with example, diagram, photo, etc.</w:t>
      </w:r>
      <w:r>
        <w:br/>
      </w:r>
      <w:r>
        <w:t xml:space="preserve">    (b) lacking anything unusual, interesting, or challenging</w:t>
      </w:r>
      <w:r>
        <w:br/>
      </w:r>
      <w:r>
        <w:t xml:space="preserve">    (c) not concerned with what others might think of oneself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multiple fractures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contusions</w:t>
      </w:r>
      <w:r>
        <w:rPr>
          <w:b/>
          <w:bCs/>
        </w:rPr>
        <w:t xml:space="preserve">, some with open gashes in them.</w:t>
      </w:r>
      <w:r>
        <w:br/>
      </w:r>
      <w:r>
        <w:t xml:space="preserve">    (a) basketball position noted for a versatile player who can play inside and outside</w:t>
      </w:r>
      <w:r>
        <w:br/>
      </w:r>
      <w:r>
        <w:t xml:space="preserve">    (b) injuries that doesn't break the skin but results in some discoloration (bruises)</w:t>
      </w:r>
      <w:r>
        <w:br/>
      </w:r>
      <w:r>
        <w:t xml:space="preserve">    (c) the branch of physics concerned with the conversion of different forms of 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pure,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unadulterated</w:t>
      </w:r>
      <w:r>
        <w:rPr>
          <w:b/>
          <w:bCs/>
        </w:rPr>
        <w:t xml:space="preserve"> </w:t>
      </w:r>
      <w:r>
        <w:rPr>
          <w:b/>
          <w:bCs/>
        </w:rPr>
        <w:t xml:space="preserve">Kate McTiernan.</w:t>
      </w:r>
      <w:r>
        <w:br/>
      </w:r>
      <w:r>
        <w:t xml:space="preserve">    (a) strongly desired</w:t>
      </w:r>
      <w:r>
        <w:br/>
      </w:r>
      <w:r>
        <w:t xml:space="preserve">    (b) pure or complete</w:t>
      </w:r>
      <w:r>
        <w:br/>
      </w:r>
      <w:r>
        <w:t xml:space="preserve">    (c) not concentrated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2026-07-31T17:52:07Z</dcterms:created>
  <dcterms:modified xsi:type="dcterms:W3CDTF">2026-07-31T17:52:07Z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