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0ecd200d735b5e182cdbcaa0bba4c83994126c"/>
    <w:p>
      <w:pPr>
        <w:pStyle w:val="Heading1"/>
      </w:pPr>
      <w:r>
        <w:rPr>
          <w:b/>
          <w:bCs/>
        </w:rPr>
        <w:t xml:space="preserve">King Lear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Adams was asked to create a "treaty of peace,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amity</w:t>
      </w:r>
      <w:r>
        <w:rPr>
          <w:b/>
          <w:bCs/>
        </w:rPr>
        <w:t xml:space="preserve"> </w:t>
      </w:r>
      <w:r>
        <w:rPr>
          <w:b/>
          <w:bCs/>
        </w:rPr>
        <w:t xml:space="preserve">and commerce."</w:t>
      </w:r>
      <w:r>
        <w:br/>
      </w:r>
      <w:r>
        <w:t xml:space="preserve">    (a) a state of friendly relations</w:t>
      </w:r>
      <w:r>
        <w:br/>
      </w:r>
      <w:r>
        <w:t xml:space="preserve">    (b) a state where everyone profits financially</w:t>
      </w:r>
      <w:r>
        <w:br/>
      </w:r>
      <w:r>
        <w:t xml:space="preserve">    (c) a state where those in disagreement are separated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understand</w:t>
      </w:r>
      <w:r>
        <w:br/>
      </w:r>
      <w:r>
        <w:t xml:space="preserve">    (b) send away</w:t>
      </w:r>
      <w:r>
        <w:br/>
      </w:r>
      <w:r>
        <w:t xml:space="preserve">    (c) collect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asking</w:t>
      </w:r>
      <w:r>
        <w:br/>
      </w:r>
      <w:r>
        <w:t xml:space="preserve">    (b) demanding</w:t>
      </w:r>
      <w:r>
        <w:br/>
      </w:r>
      <w:r>
        <w:t xml:space="preserve">    (c) instructing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anger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clever and deceitful</w:t>
      </w:r>
      <w:r>
        <w:br/>
      </w:r>
      <w:r>
        <w:t xml:space="preserve">    (b) stupid and impatient</w:t>
      </w:r>
      <w:r>
        <w:br/>
      </w:r>
      <w:r>
        <w:t xml:space="preserve">    (c) strong and cruel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diligent</w:t>
      </w:r>
      <w:r>
        <w:rPr>
          <w:b/>
          <w:bCs/>
        </w:rPr>
        <w:t xml:space="preserve"> </w:t>
      </w:r>
      <w:r>
        <w:rPr>
          <w:b/>
          <w:bCs/>
        </w:rPr>
        <w:t xml:space="preserve">detective investigates all clues.</w:t>
      </w:r>
      <w:r>
        <w:br/>
      </w:r>
      <w:r>
        <w:t xml:space="preserve">    (a) rude and dishonest</w:t>
      </w:r>
      <w:r>
        <w:br/>
      </w:r>
      <w:r>
        <w:t xml:space="preserve">    (b) lazy and careless</w:t>
      </w:r>
      <w:r>
        <w:br/>
      </w:r>
      <w:r>
        <w:t xml:space="preserve">    (c) careful and hardworking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see if her cheerful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continues when she's tired and under stress.</w:t>
      </w:r>
      <w:r>
        <w:br/>
      </w:r>
      <w:r>
        <w:t xml:space="preserve">    (a) team</w:t>
      </w:r>
      <w:r>
        <w:br/>
      </w:r>
      <w:r>
        <w:t xml:space="preserve">    (b) generosity</w:t>
      </w:r>
      <w:r>
        <w:br/>
      </w:r>
      <w:r>
        <w:t xml:space="preserve">    (c) personality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soldier, she was prepared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hardship and even to sacrifice her life for others.</w:t>
      </w:r>
      <w:r>
        <w:br/>
      </w:r>
      <w:r>
        <w:t xml:space="preserve">    (a) suffer through</w:t>
      </w:r>
      <w:r>
        <w:br/>
      </w:r>
      <w:r>
        <w:t xml:space="preserve">    (b) cause</w:t>
      </w:r>
      <w:r>
        <w:br/>
      </w:r>
      <w:r>
        <w:t xml:space="preserve">    (c) risk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the stories my grandmother told me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 </w:t>
      </w:r>
      <w:r>
        <w:rPr>
          <w:b/>
          <w:bCs/>
        </w:rPr>
        <w:t xml:space="preserve">as a source of wisdom in my life.</w:t>
      </w:r>
      <w:r>
        <w:br/>
      </w:r>
      <w:r>
        <w:t xml:space="preserve">    (a) brought suffering</w:t>
      </w:r>
      <w:r>
        <w:br/>
      </w:r>
      <w:r>
        <w:t xml:space="preserve">    (b) continued to exist</w:t>
      </w:r>
      <w:r>
        <w:br/>
      </w:r>
      <w:r>
        <w:t xml:space="preserve">    (c) stopped acting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threatened</w:t>
      </w:r>
      <w:r>
        <w:br/>
      </w:r>
      <w:r>
        <w:t xml:space="preserve">    (b) asked earnestly</w:t>
      </w:r>
      <w:r>
        <w:br/>
      </w:r>
      <w:r>
        <w:t xml:space="preserve">    (c) bribed (with gifts)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financial loan</w:t>
      </w:r>
      <w:r>
        <w:br/>
      </w:r>
      <w:r>
        <w:t xml:space="preserve">    (c) family concerns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herald</w:t>
      </w:r>
      <w:r>
        <w:rPr>
          <w:b/>
          <w:bCs/>
        </w:rPr>
        <w:t xml:space="preserve"> </w:t>
      </w:r>
      <w:r>
        <w:rPr>
          <w:b/>
          <w:bCs/>
        </w:rPr>
        <w:t xml:space="preserve">announced it this morning.</w:t>
      </w:r>
      <w:r>
        <w:br/>
      </w:r>
      <w:r>
        <w:t xml:space="preserve">    (a) advisor</w:t>
      </w:r>
      <w:r>
        <w:br/>
      </w:r>
      <w:r>
        <w:t xml:space="preserve">    (b) lawyer</w:t>
      </w:r>
      <w:r>
        <w:br/>
      </w:r>
      <w:r>
        <w:t xml:space="preserve">    (c) announcer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city was conquered,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</w:t>
      </w:r>
      <w:r>
        <w:rPr>
          <w:b/>
          <w:bCs/>
        </w:rPr>
        <w:t xml:space="preserve"> </w:t>
      </w:r>
      <w:r>
        <w:rPr>
          <w:b/>
          <w:bCs/>
        </w:rPr>
        <w:t xml:space="preserve">slaughtered, and the rest enslaved.</w:t>
      </w:r>
      <w:r>
        <w:br/>
      </w:r>
      <w:r>
        <w:t xml:space="preserve">    (a) fighters</w:t>
      </w:r>
      <w:r>
        <w:br/>
      </w:r>
      <w:r>
        <w:t xml:space="preserve">    (b) weak</w:t>
      </w:r>
      <w:r>
        <w:br/>
      </w:r>
      <w:r>
        <w:t xml:space="preserve">    (c) children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 </w:t>
      </w:r>
      <w:r>
        <w:rPr>
          <w:b/>
          <w:bCs/>
        </w:rPr>
        <w:t xml:space="preserve">shown by those who benefited from her kindness was a bitter reminder of the world's indifference.</w:t>
      </w:r>
      <w:r>
        <w:br/>
      </w:r>
      <w:r>
        <w:t xml:space="preserve">    (a) lack of gratefulness</w:t>
      </w:r>
      <w:r>
        <w:br/>
      </w:r>
      <w:r>
        <w:t xml:space="preserve">    (b) lack of success</w:t>
      </w:r>
      <w:r>
        <w:br/>
      </w:r>
      <w:r>
        <w:t xml:space="preserve">    (c) lack of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compliment</w:t>
      </w:r>
      <w:r>
        <w:br/>
      </w:r>
      <w:r>
        <w:t xml:space="preserve">    (b) criticize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in short supply</w:t>
      </w:r>
      <w:r>
        <w:br/>
      </w:r>
      <w:r>
        <w:t xml:space="preserve">    (b) easily found</w:t>
      </w:r>
      <w:r>
        <w:br/>
      </w:r>
      <w:r>
        <w:t xml:space="preserve">    (c) extremely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appreciated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donation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</w:t>
      </w:r>
      <w:r>
        <w:rPr>
          <w:b/>
          <w:bCs/>
        </w:rPr>
        <w:t xml:space="preserve"> </w:t>
      </w:r>
      <w:r>
        <w:rPr>
          <w:b/>
          <w:bCs/>
        </w:rPr>
        <w:t xml:space="preserve">our efforts to help the homeless.</w:t>
      </w:r>
      <w:r>
        <w:br/>
      </w:r>
      <w:r>
        <w:t xml:space="preserve">    (a) support</w:t>
      </w:r>
      <w:r>
        <w:br/>
      </w:r>
      <w:r>
        <w:t xml:space="preserve">    (b) finalize</w:t>
      </w:r>
      <w:r>
        <w:br/>
      </w:r>
      <w:r>
        <w:t xml:space="preserve">    (c) disrupt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saving 10% of my income, paying taxes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tithing</w:t>
      </w:r>
      <w:r>
        <w:rPr>
          <w:b/>
          <w:bCs/>
        </w:rPr>
        <w:t xml:space="preserve">, I don't have that much to spend.</w:t>
      </w:r>
      <w:r>
        <w:br/>
      </w:r>
      <w:r>
        <w:t xml:space="preserve">    (a) paying insurance charges</w:t>
      </w:r>
      <w:r>
        <w:br/>
      </w:r>
      <w:r>
        <w:t xml:space="preserve">    (b) donating 10% of income to a church</w:t>
      </w:r>
      <w:r>
        <w:br/>
      </w:r>
      <w:r>
        <w:t xml:space="preserve">    (c) paying for housing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Benedict Arnold was not captured after he committed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.</w:t>
      </w:r>
      <w:r>
        <w:br/>
      </w:r>
      <w:r>
        <w:t xml:space="preserve">    (a) committing acts of sabotage</w:t>
      </w:r>
      <w:r>
        <w:br/>
      </w:r>
      <w:r>
        <w:t xml:space="preserve">    (b) war crimes against civilians</w:t>
      </w:r>
      <w:r>
        <w:br/>
      </w:r>
      <w:r>
        <w:t xml:space="preserve">    (c) betrayal of one's own country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2026-07-31T14:30:10Z</dcterms:created>
  <dcterms:modified xsi:type="dcterms:W3CDTF">2026-07-31T14:30:10Z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