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2ce752dcf0387c807035246fd90f67e431ae28"/>
    <w:p>
      <w:pPr>
        <w:pStyle w:val="Heading1"/>
      </w:pPr>
      <w:r>
        <w:rPr>
          <w:b/>
          <w:bCs/>
        </w:rPr>
        <w:t xml:space="preserve">King Lear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princes, France and Burgundy, Great rivals in our youngest daughter's love, Long in our court have made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sojourn, And here are to be answer'd.</w:t>
      </w:r>
      <w:r>
        <w:br/>
      </w:r>
      <w:r>
        <w:t xml:space="preserve">    (a) comprehensive</w:t>
      </w:r>
      <w:r>
        <w:br/>
      </w:r>
      <w:r>
        <w:t xml:space="preserve">    (b) logical or analytical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miscreant</w:t>
      </w:r>
      <w:r>
        <w:rPr>
          <w:b/>
          <w:bCs/>
        </w:rPr>
        <w:t xml:space="preserve">!</w:t>
      </w:r>
      <w:r>
        <w:br/>
      </w:r>
      <w:r>
        <w:t xml:space="preserve">    (a) a person who behaves badly or breaks rules -- especially someone who commits crimes or acts immorally</w:t>
      </w:r>
      <w:r>
        <w:br/>
      </w:r>
      <w:r>
        <w:t xml:space="preserve">    (b) something made of the brownish metal with the same name -- such as a sculpture or a third place medal</w:t>
      </w:r>
      <w:r>
        <w:br/>
      </w:r>
      <w:r>
        <w:t xml:space="preserve">    (c) something (typically a statement) that disagrees with itself; or (more rarely) the act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cities, mutinies; in countries,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; in palaces, treason;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conflict and disagreement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promise you, the effects he writes of succeed unhappily: as of unnaturalness between the child and the parent; death, dearth,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of ancient amities; divisions in state, menaces and maledictions against king and nobles; needless diffidences, banishment of friends, dissipation of cohorts, nuptial breaches, and I know not what.</w:t>
      </w:r>
      <w:r>
        <w:br/>
      </w:r>
      <w:r>
        <w:t xml:space="preserve">    (a) organisms in the early stages of growth prior to birth, hatching, or sprouting; in humans organisms during the first eight weeks of development (prior to the fetal stage)</w:t>
      </w:r>
      <w:r>
        <w:br/>
      </w:r>
      <w:r>
        <w:t xml:space="preserve">    (b) the act or process of breaking something up or bringing it to an end—for example, ending a relationship or meeting, or a substance breaking apart as it mixes into a liquid</w:t>
      </w:r>
      <w:r>
        <w:br/>
      </w:r>
      <w:r>
        <w:t xml:space="preserve">    (c) special pleasures--typically things done in excess of what is thought good--such as eating too much cake, or being too lazy  OR  (more rarely) special privileges or kindnesses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promise you, the effects he writes of succeed unhappily: as of unnaturalness between the child and the parent; death, dearth, dissolutions of ancient amities; divisions in state, menaces and maledictions against king and nobles; needless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diffidences</w:t>
      </w:r>
      <w:r>
        <w:rPr>
          <w:b/>
          <w:bCs/>
        </w:rPr>
        <w:t xml:space="preserve">, banishment of friends, dissipation of cohorts, nuptial breaches, and I know not what.</w:t>
      </w:r>
      <w:r>
        <w:br/>
      </w:r>
      <w:r>
        <w:t xml:space="preserve">    (a) instances of donating one's income to a church; or the gifts given</w:t>
      </w:r>
      <w:r>
        <w:br/>
      </w:r>
      <w:r>
        <w:t xml:space="preserve">    (b) fixed values or limits that establish how something should be done</w:t>
      </w:r>
      <w:r>
        <w:br/>
      </w:r>
      <w:r>
        <w:t xml:space="preserve">    (c) hesitant and unassertive -- often due to a lack of self-confidence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Bethink yourself wherein you may have offended him: and at my entreaty forbear his presence until some little time hath qualified the heat of his displeasure; which at this instant so rageth in him that with the mischief of your person it would scarcely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.</w:t>
      </w:r>
      <w:r>
        <w:br/>
      </w:r>
      <w:r>
        <w:t xml:space="preserve">    (a) reduce the intensity of; or calm</w:t>
      </w:r>
      <w:r>
        <w:br/>
      </w:r>
      <w:r>
        <w:t xml:space="preserve">    (b) interact again or interest again</w:t>
      </w:r>
      <w:r>
        <w:br/>
      </w:r>
      <w:r>
        <w:t xml:space="preserve">    (c) genetic change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Come, sir, I would you would make use of that good wisdom, Whereof I know you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; and put away These dispositions, that of late transform you From what you rightly are.</w:t>
      </w:r>
      <w:r>
        <w:br/>
      </w:r>
      <w:r>
        <w:t xml:space="preserve">    (a) full of negative things; or marked by or causing distress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Dry up in her the organs of increase; And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derogate</w:t>
      </w:r>
      <w:r>
        <w:rPr>
          <w:b/>
          <w:bCs/>
        </w:rPr>
        <w:t xml:space="preserve"> </w:t>
      </w:r>
      <w:r>
        <w:rPr>
          <w:b/>
          <w:bCs/>
        </w:rPr>
        <w:t xml:space="preserve">body never spring A babe to honour her!</w:t>
      </w:r>
      <w:r>
        <w:br/>
      </w:r>
      <w:r>
        <w:t xml:space="preserve">    (a) expressing disrespect or criticism</w:t>
      </w:r>
      <w:r>
        <w:br/>
      </w:r>
      <w:r>
        <w:t xml:space="preserve">    (b) to cause something to move forward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stood he in the dark, his sharp sword out,</w:t>
      </w:r>
      <w:r>
        <w:br/>
      </w:r>
      <w:r>
        <w:rPr>
          <w:b/>
          <w:bCs/>
        </w:rPr>
        <w:t xml:space="preserve">Mumbling of wicked charms, conjuring the moon</w:t>
      </w:r>
      <w:r>
        <w:br/>
      </w:r>
      <w:r>
        <w:rPr>
          <w:b/>
          <w:bCs/>
        </w:rPr>
        <w:t xml:space="preserve">To stand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mistress,</w:t>
      </w:r>
      <w:r>
        <w:br/>
      </w:r>
      <w:r>
        <w:t xml:space="preserve">    (a) favorable; or suggestive of good things to come</w:t>
      </w:r>
      <w:r>
        <w:br/>
      </w:r>
      <w:r>
        <w:t xml:space="preserve">    (b) the degree to which something can be translated</w:t>
      </w:r>
      <w:r>
        <w:br/>
      </w:r>
      <w:r>
        <w:t xml:space="preserve">    (c) not able to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cowardly rascal, nature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disclaims</w:t>
      </w:r>
      <w:r>
        <w:rPr>
          <w:b/>
          <w:bCs/>
        </w:rPr>
        <w:t xml:space="preserve"> </w:t>
      </w:r>
      <w:r>
        <w:rPr>
          <w:b/>
          <w:bCs/>
        </w:rPr>
        <w:t xml:space="preserve">in thee; a tailor made thee.</w:t>
      </w:r>
      <w:r>
        <w:br/>
      </w:r>
      <w:r>
        <w:t xml:space="preserve">    (a) gives an opinion of what is wrong with something</w:t>
      </w:r>
      <w:r>
        <w:br/>
      </w:r>
      <w:r>
        <w:t xml:space="preserve">    (b) interferes in other people's affairs or business</w:t>
      </w:r>
      <w:r>
        <w:br/>
      </w:r>
      <w:r>
        <w:t xml:space="preserve">    (c) denies (responsibility, knowledge, or ownership)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contraries hold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Than I and such a knave.</w:t>
      </w:r>
      <w:r>
        <w:br/>
      </w:r>
      <w:r>
        <w:t xml:space="preserve">    (a) strong dislike</w:t>
      </w:r>
      <w:r>
        <w:br/>
      </w:r>
      <w:r>
        <w:t xml:space="preserve">    (b) a hoofed mamma</w:t>
      </w:r>
      <w:r>
        <w:br/>
      </w:r>
      <w:r>
        <w:t xml:space="preserve">    (c) a fat compound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know, sir, I am no flatterer: he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you in a plain accent was a plain knave; which, for my part, I will not be, though I should win your displeasure to entreat me to't.</w:t>
      </w:r>
      <w:r>
        <w:br/>
      </w:r>
      <w:r>
        <w:t xml:space="preserve">    (a) controlled (how something turned out)</w:t>
      </w:r>
      <w:r>
        <w:br/>
      </w:r>
      <w:r>
        <w:t xml:space="preserve">    (b) deceived through charm or enchantment</w:t>
      </w:r>
      <w:r>
        <w:br/>
      </w:r>
      <w:r>
        <w:t xml:space="preserve">    (c) protected or kept something as it was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lord, when at their home I did commend your highness' letters to them, Ere I was risen from the place that show'd My duty kneeling, came there a reeking post, Stew'd in his haste, half breathless, panting forth From Goneril his mistress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salutations</w:t>
      </w:r>
      <w:r>
        <w:rPr>
          <w:b/>
          <w:bCs/>
        </w:rPr>
        <w:t xml:space="preserve">;</w:t>
      </w:r>
      <w:r>
        <w:br/>
      </w:r>
      <w:r>
        <w:t xml:space="preserve">    (a)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  <w:r>
        <w:br/>
      </w:r>
      <w:r>
        <w:t xml:space="preserve">    (b) people who suffer from psychosis (any severe mental disorder in which contact with reality is lost or highly distorted)</w:t>
      </w:r>
      <w:r>
        <w:br/>
      </w:r>
      <w:r>
        <w:t xml:space="preserve">    (c) subatomic particles with negative charge that are found in all atoms and that act as the primary carrier of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rather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abjure</w:t>
      </w:r>
      <w:r>
        <w:rPr>
          <w:b/>
          <w:bCs/>
        </w:rPr>
        <w:t xml:space="preserve"> </w:t>
      </w:r>
      <w:r>
        <w:rPr>
          <w:b/>
          <w:bCs/>
        </w:rPr>
        <w:t xml:space="preserve">all roofs, and choose To wage against the enmity o' the air; To be a comrade with the wolf and owl,—Necessity's sharp pinch!</w:t>
      </w:r>
      <w:r>
        <w:br/>
      </w:r>
      <w:r>
        <w:t xml:space="preserve">    (a) strongly desire</w:t>
      </w:r>
      <w:r>
        <w:br/>
      </w:r>
      <w:r>
        <w:t xml:space="preserve">    (b) help make clear</w:t>
      </w:r>
      <w:r>
        <w:br/>
      </w:r>
      <w:r>
        <w:t xml:space="preserve">    (c) formally reject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rather I abjure all roofs, and choose To wage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o' the air; To be a comrade with the wolf and owl,—Necessity's sharp pinch!</w:t>
      </w:r>
      <w:r>
        <w:br/>
      </w:r>
      <w:r>
        <w:t xml:space="preserve">    (a) memory</w:t>
      </w:r>
      <w:r>
        <w:br/>
      </w:r>
      <w:r>
        <w:t xml:space="preserve">    (b) battle</w:t>
      </w:r>
      <w:r>
        <w:br/>
      </w:r>
      <w:r>
        <w:t xml:space="preserve">    (c) hatred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blasts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rapid, forceful, and/or violent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storm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the state or degree of being absolutely sure of something</w:t>
      </w:r>
      <w:r>
        <w:br/>
      </w:r>
      <w:r>
        <w:t xml:space="preserve">    (c) argumentative or likely to cause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him once more to go, my lord;</w:t>
      </w:r>
      <w:r>
        <w:br/>
      </w:r>
      <w:r>
        <w:t xml:space="preserve">    (a) urge</w:t>
      </w:r>
      <w:r>
        <w:br/>
      </w:r>
      <w:r>
        <w:t xml:space="preserve">    (b) make different; or show difference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Hadst thou been aught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, feathers, air, So many fathom down precipitating, Thou'dst shiver'd like an egg: but thou dost breathe; Hast heavy substance; bleed'st not; speak'st; art sound.</w:t>
      </w:r>
      <w:r>
        <w:br/>
      </w:r>
      <w:r>
        <w:t xml:space="preserve">    (a) extremely light, delicate, airy, or thin</w:t>
      </w:r>
      <w:r>
        <w:br/>
      </w:r>
      <w:r>
        <w:t xml:space="preserve">    (b) dreamlike state of altered consciousness</w:t>
      </w:r>
      <w:r>
        <w:br/>
      </w:r>
      <w:r>
        <w:t xml:space="preserve">    (c) characteristic (of something or someone)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Sir, I thought it fit To send the old and miserable king</w:t>
      </w:r>
      <w:r>
        <w:br/>
      </w:r>
      <w:r>
        <w:rPr>
          <w:b/>
          <w:bCs/>
        </w:rPr>
        <w:t xml:space="preserve">To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retention</w:t>
      </w:r>
      <w:r>
        <w:rPr>
          <w:b/>
          <w:bCs/>
        </w:rPr>
        <w:t xml:space="preserve"> </w:t>
      </w:r>
      <w:r>
        <w:rPr>
          <w:b/>
          <w:bCs/>
        </w:rPr>
        <w:t xml:space="preserve">and appointed guard;</w:t>
      </w:r>
      <w:r>
        <w:br/>
      </w:r>
      <w:r>
        <w:rPr>
          <w:b/>
          <w:bCs/>
        </w:rPr>
        <w:t xml:space="preserve">Whose age has charms in it, whose title more,</w:t>
      </w:r>
      <w:r>
        <w:br/>
      </w:r>
      <w:r>
        <w:rPr>
          <w:b/>
          <w:bCs/>
        </w:rPr>
        <w:t xml:space="preserve">To pluck the common bosom on his side,</w:t>
      </w:r>
      <w:r>
        <w:br/>
      </w:r>
      <w:r>
        <w:rPr>
          <w:b/>
          <w:bCs/>
        </w:rPr>
        <w:t xml:space="preserve">And turn our impress'd lances in our eyes Which do command them.</w:t>
      </w:r>
      <w:r>
        <w:br/>
      </w:r>
      <w:r>
        <w:t xml:space="preserve">    (a) not creating disagreement or struggle</w:t>
      </w:r>
      <w:r>
        <w:br/>
      </w:r>
      <w:r>
        <w:t xml:space="preserve">    (b) not bouncing back light/heat/sound...</w:t>
      </w:r>
      <w:r>
        <w:br/>
      </w:r>
      <w:r>
        <w:t xml:space="preserve">    (c) pace to hold or keep him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2026-07-31T14:30:11Z</dcterms:created>
  <dcterms:modified xsi:type="dcterms:W3CDTF">2026-07-31T14:30:11Z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