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6b392b98e12e34321488368badab61ef7bca82"/>
    <w:p>
      <w:pPr>
        <w:pStyle w:val="Heading1"/>
      </w:pPr>
      <w:r>
        <w:rPr>
          <w:b/>
          <w:bCs/>
        </w:rPr>
        <w:t xml:space="preserve">Kindred</w:t>
      </w:r>
      <w:r>
        <w:br/>
      </w:r>
      <w:r>
        <w:rPr>
          <w:i/>
          <w:iCs/>
        </w:rPr>
        <w:t xml:space="preserve">Octavia Butler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Another fact: The boy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of my travels—perhaps the cause of them.</w:t>
      </w:r>
      <w:r>
        <w:br/>
      </w:r>
      <w:r>
        <w:t xml:space="preserve">    (a) calculating or judging too high</w:t>
      </w:r>
      <w:r>
        <w:br/>
      </w:r>
      <w:r>
        <w:t xml:space="preserve">    (b) where attention is concentrated or directed</w:t>
      </w:r>
      <w:r>
        <w:br/>
      </w:r>
      <w:r>
        <w:t xml:space="preserve">    (c) the ability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saw a blurred face above me ... I stared upward, managed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on him clearly at last.</w:t>
      </w:r>
      <w:r>
        <w:br/>
      </w:r>
      <w:r>
        <w:t xml:space="preserve">    (a) adjust vision (to see something clearly)</w:t>
      </w:r>
      <w:r>
        <w:br/>
      </w:r>
      <w:r>
        <w:t xml:space="preserve">    (b) a condition where the body cannot properly regulate blood sugar levels because it produces little or no insulin</w:t>
      </w:r>
      <w:r>
        <w:br/>
      </w:r>
      <w:r>
        <w:t xml:space="preserve">    (c) software that stops uninvited software from spreading between computers and causing damage to data and software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Blacks here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assumed</w:t>
      </w:r>
      <w:r>
        <w:rPr>
          <w:b/>
          <w:bCs/>
        </w:rPr>
        <w:t xml:space="preserve"> </w:t>
      </w:r>
      <w:r>
        <w:rPr>
          <w:b/>
          <w:bCs/>
        </w:rPr>
        <w:t xml:space="preserve">to be slaves unless they could prove they were free—unless they had their free papers.</w:t>
      </w:r>
      <w:r>
        <w:br/>
      </w:r>
      <w:r>
        <w:t xml:space="preserve">    (a) thought (believed without really knowing)</w:t>
      </w:r>
      <w:r>
        <w:br/>
      </w:r>
      <w:r>
        <w:t xml:space="preserve">    (b) not found, sought, or researched</w:t>
      </w:r>
      <w:r>
        <w:br/>
      </w:r>
      <w:r>
        <w:t xml:space="preserve">    (c) caused something to move 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wasn't good at accents. I had deliberately decided not to try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assume</w:t>
      </w:r>
      <w:r>
        <w:rPr>
          <w:b/>
          <w:bCs/>
        </w:rPr>
        <w:t xml:space="preserve"> </w:t>
      </w:r>
      <w:r>
        <w:rPr>
          <w:b/>
          <w:bCs/>
        </w:rPr>
        <w:t xml:space="preserve">one.</w:t>
      </w:r>
      <w:r>
        <w:br/>
      </w:r>
      <w:r>
        <w:t xml:space="preserve">    (a) is/are a sign of</w:t>
      </w:r>
      <w:r>
        <w:br/>
      </w:r>
      <w:r>
        <w:t xml:space="preserve">    (b) make more varied</w:t>
      </w:r>
      <w:r>
        <w:br/>
      </w:r>
      <w:r>
        <w:t xml:space="preserve">    (c) take on (or pretend to have)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he'd be more likely to believe me if I sounded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.</w:t>
      </w:r>
      <w:r>
        <w:br/>
      </w:r>
      <w:r>
        <w:t xml:space="preserve">    (a) angered or annoyed at something unjust or wrong</w:t>
      </w:r>
      <w:r>
        <w:br/>
      </w:r>
      <w:r>
        <w:t xml:space="preserve">    (b) accepted of something undesired as unavoidable</w:t>
      </w:r>
      <w:r>
        <w:br/>
      </w:r>
      <w:r>
        <w:t xml:space="preserve">    (c) surprised as something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it is dangerous, 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liable to</w:t>
      </w:r>
      <w:r>
        <w:rPr>
          <w:b/>
          <w:bCs/>
        </w:rPr>
        <w:t xml:space="preserve"> </w:t>
      </w:r>
      <w:r>
        <w:rPr>
          <w:b/>
          <w:bCs/>
        </w:rPr>
        <w:t xml:space="preserve">kill me before I get home.</w:t>
      </w:r>
      <w:r>
        <w:br/>
      </w:r>
      <w:r>
        <w:t xml:space="preserve">    (a) likely to; or maybe going to; or subject to</w:t>
      </w:r>
      <w:r>
        <w:br/>
      </w:r>
      <w:r>
        <w:t xml:space="preserve">    (b) temperature scale used in most of the world</w:t>
      </w:r>
      <w:r>
        <w:br/>
      </w:r>
      <w:r>
        <w:t xml:space="preserve">    (c) devices that convert light into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 was Rufus, swung from his father's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indifference</w:t>
      </w:r>
      <w:r>
        <w:rPr>
          <w:b/>
          <w:bCs/>
        </w:rPr>
        <w:t xml:space="preserve"> </w:t>
      </w:r>
      <w:r>
        <w:rPr>
          <w:b/>
          <w:bCs/>
        </w:rPr>
        <w:t xml:space="preserve">to his mother's sugary concern.</w:t>
      </w:r>
      <w:r>
        <w:br/>
      </w:r>
      <w:r>
        <w:t xml:space="preserve">    (a) chaotic disorder</w:t>
      </w:r>
      <w:r>
        <w:br/>
      </w:r>
      <w:r>
        <w:t xml:space="preserve">    (b) without interest</w:t>
      </w:r>
      <w:r>
        <w:br/>
      </w:r>
      <w:r>
        <w:t xml:space="preserve">    (c) risky investment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sat down and Rufus looked up at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solemnly</w:t>
      </w:r>
      <w:r>
        <w:rPr>
          <w:b/>
          <w:bCs/>
        </w:rPr>
        <w:t xml:space="preserve">.</w:t>
      </w:r>
      <w:r>
        <w:br/>
      </w:r>
      <w:r>
        <w:t xml:space="preserve">    (a) in a manner that finds fault</w:t>
      </w:r>
      <w:r>
        <w:br/>
      </w:r>
      <w:r>
        <w:t xml:space="preserve">    (b) with seriousness and dignity</w:t>
      </w:r>
      <w:r>
        <w:br/>
      </w:r>
      <w:r>
        <w:t xml:space="preserve">    (c) in a manner that is not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doctor gave him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opium</w:t>
      </w:r>
      <w:r>
        <w:rPr>
          <w:b/>
          <w:bCs/>
        </w:rPr>
        <w:t xml:space="preserve">, but the pain seemed to reach him right through it.</w:t>
      </w:r>
      <w:r>
        <w:br/>
      </w:r>
      <w:r>
        <w:t xml:space="preserve">    (a) a powerful narcotic</w:t>
      </w:r>
      <w:r>
        <w:br/>
      </w:r>
      <w:r>
        <w:t xml:space="preserve">    (b) a powerful herbal remedy</w:t>
      </w:r>
      <w:r>
        <w:br/>
      </w:r>
      <w:r>
        <w:t xml:space="preserve">    (c) a powerful cooking additive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Margaret supervised—ordered people to do work they were already doing,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criticized</w:t>
      </w:r>
      <w:r>
        <w:rPr>
          <w:b/>
          <w:bCs/>
        </w:rPr>
        <w:t xml:space="preserve"> </w:t>
      </w:r>
      <w:r>
        <w:rPr>
          <w:b/>
          <w:bCs/>
        </w:rPr>
        <w:t xml:space="preserve">their slowness and laziness even when they were quick and industrious, and in general, made trouble.</w:t>
      </w:r>
      <w:r>
        <w:br/>
      </w:r>
      <w:r>
        <w:t xml:space="preserve">    (a) gave an unfavorable opinion of</w:t>
      </w:r>
      <w:r>
        <w:br/>
      </w:r>
      <w:r>
        <w:t xml:space="preserve">    (b) moved out of an interacting position; or stopped</w:t>
      </w:r>
      <w:r>
        <w:br/>
      </w:r>
      <w:r>
        <w:t xml:space="preserve">    (c) with an unadjusted lens so the image isn't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pushed me close to a whale-oil lamp, and there, in the bright yellow light, he stared at me silently,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critically</w:t>
      </w:r>
      <w:r>
        <w:rPr>
          <w:b/>
          <w:bCs/>
        </w:rPr>
        <w:t xml:space="preserve"> </w:t>
      </w:r>
      <w:r>
        <w:rPr>
          <w:b/>
          <w:bCs/>
        </w:rPr>
        <w:t xml:space="preserve">until I looked toward the door.</w:t>
      </w:r>
      <w:r>
        <w:br/>
      </w:r>
      <w:r>
        <w:t xml:space="preserve">    (a) with thoughtful examination</w:t>
      </w:r>
      <w:r>
        <w:br/>
      </w:r>
      <w:r>
        <w:t xml:space="preserve">    (b) in a manner that is in line with the floor, horizon, or another flat base</w:t>
      </w:r>
      <w:r>
        <w:br/>
      </w:r>
      <w:r>
        <w:t xml:space="preserve">    (c) lacking grace in movement or appearance; or difficult to handle or manage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help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contrasting</w:t>
      </w:r>
      <w:r>
        <w:rPr>
          <w:b/>
          <w:bCs/>
        </w:rPr>
        <w:t xml:space="preserve"> </w:t>
      </w:r>
      <w:r>
        <w:rPr>
          <w:b/>
          <w:bCs/>
        </w:rPr>
        <w:t xml:space="preserve">Nigel's lessons with Rufus's.</w:t>
      </w:r>
      <w:r>
        <w:br/>
      </w:r>
      <w:r>
        <w:t xml:space="preserve">    (a) recognizing the value or importance of; and/or being grateful for</w:t>
      </w:r>
      <w:r>
        <w:br/>
      </w:r>
      <w:r>
        <w:t xml:space="preserve">    (b) wandering from a direct or straight course -- especially verbally</w:t>
      </w:r>
      <w:r>
        <w:br/>
      </w:r>
      <w:r>
        <w:t xml:space="preserve">    (c) comparing in a way that shows differences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made me bitter.</w:t>
      </w:r>
      <w:r>
        <w:br/>
      </w:r>
      <w:r>
        <w:t xml:space="preserve">    (a) difference</w:t>
      </w:r>
      <w:r>
        <w:br/>
      </w:r>
      <w:r>
        <w:t xml:space="preserve">    (b) come to terms with</w:t>
      </w:r>
      <w:r>
        <w:br/>
      </w:r>
      <w:r>
        <w:t xml:space="preserve">    (c) block or interfere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Rufus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vindictive</w:t>
      </w:r>
      <w:r>
        <w:rPr>
          <w:b/>
          <w:bCs/>
        </w:rPr>
        <w:t xml:space="preserve"> </w:t>
      </w:r>
      <w:r>
        <w:rPr>
          <w:b/>
          <w:bCs/>
        </w:rPr>
        <w:t xml:space="preserve">enough, he could surely have the man killed.</w:t>
      </w:r>
      <w:r>
        <w:br/>
      </w:r>
      <w:r>
        <w:t xml:space="preserve">    (a) not capable of being suffered through (or put up with)</w:t>
      </w:r>
      <w:r>
        <w:br/>
      </w:r>
      <w:r>
        <w:t xml:space="preserve">    (b) desirous of seeking revenge or wanting to hurt someone</w:t>
      </w:r>
      <w:r>
        <w:br/>
      </w:r>
      <w:r>
        <w:t xml:space="preserve">    (c) not capable of surviving; or not capable of being done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"Why didn't you tell me that's where you were going?" 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petulantly</w:t>
      </w:r>
      <w:r>
        <w:rPr>
          <w:b/>
          <w:bCs/>
        </w:rPr>
        <w:t xml:space="preserve">.</w:t>
      </w:r>
      <w:r>
        <w:br/>
      </w:r>
      <w:r>
        <w:t xml:space="preserve">    (a) in a manner that does not change</w:t>
      </w:r>
      <w:r>
        <w:br/>
      </w:r>
      <w:r>
        <w:t xml:space="preserve">    (b) with unreasonable anger or upset</w:t>
      </w:r>
      <w:r>
        <w:br/>
      </w:r>
      <w:r>
        <w:t xml:space="preserve">    (c) in a manner that deserves praise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Rufe, have you got any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antiseptic</w:t>
      </w:r>
      <w:r>
        <w:rPr>
          <w:b/>
          <w:bCs/>
        </w:rPr>
        <w:t xml:space="preserve">?</w:t>
      </w:r>
      <w:r>
        <w:br/>
      </w:r>
      <w:r>
        <w:t xml:space="preserve">    (a) chemical that kills micro-organisms</w:t>
      </w:r>
      <w:r>
        <w:br/>
      </w:r>
      <w:r>
        <w:t xml:space="preserve">    (b) a point on a curve where the concavity changes to convexity or vice versa</w:t>
      </w:r>
      <w:r>
        <w:br/>
      </w:r>
      <w:r>
        <w:br/>
      </w:r>
      <w:r>
        <w:t xml:space="preserve">or more generally:  a time of significant change (a turning point)</w:t>
      </w:r>
      <w:r>
        <w:br/>
      </w:r>
      <w:r>
        <w:t xml:space="preserve">    (c) part of the brain responsible for hormone levels which influence such things as appetite, digestion, sexuality, circulation, emotions, and sleep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Finally, I made my way to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pallet</w:t>
      </w:r>
      <w:r>
        <w:rPr>
          <w:b/>
          <w:bCs/>
        </w:rPr>
        <w:t xml:space="preserve"> </w:t>
      </w:r>
      <w:r>
        <w:rPr>
          <w:b/>
          <w:bCs/>
        </w:rPr>
        <w:t xml:space="preserve">in the attic, and lay down wearily.</w:t>
      </w:r>
      <w:r>
        <w:br/>
      </w:r>
      <w:r>
        <w:t xml:space="preserve">    (a) a simple, austere bed</w:t>
      </w:r>
      <w:r>
        <w:br/>
      </w:r>
      <w:r>
        <w:t xml:space="preserve">    (b) the quality of or ability to bounce back light (or more rarely: heat, sound, electromagnetic waves...)</w:t>
      </w:r>
      <w:r>
        <w:br/>
      </w:r>
      <w:r>
        <w:t xml:space="preserve">    (c) a medical condition in which there is a tendency to remain in a fixed stuporous state for long periods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may be no need for this letter since I hope to reach you ahead of it. If I'm held up,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want you—and Dana—to know that I'm coming.</w:t>
      </w:r>
      <w:r>
        <w:br/>
      </w:r>
      <w:r>
        <w:t xml:space="preserve">    (a) though (used to connect contrasting ideas)</w:t>
      </w:r>
      <w:r>
        <w:br/>
      </w:r>
      <w:r>
        <w:t xml:space="preserve">    (b) therefore (for that reason)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little sense it made, I cared.</w:t>
      </w:r>
      <w:r>
        <w:br/>
      </w:r>
      <w:r>
        <w:t xml:space="preserve">    (a) aka analysis -- psychiatric treatment; or a theory of psychiatric treatment</w:t>
      </w:r>
      <w:r>
        <w:br/>
      </w:r>
      <w:r>
        <w:t xml:space="preserve">    (b) regardless of how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says all the doc knows is bleeding and blistering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purging</w:t>
      </w:r>
      <w:r>
        <w:rPr>
          <w:b/>
          <w:bCs/>
        </w:rPr>
        <w:t xml:space="preserve"> </w:t>
      </w:r>
      <w:r>
        <w:rPr>
          <w:b/>
          <w:bCs/>
        </w:rPr>
        <w:t xml:space="preserve">and puking and making folks sicker than they was to start.</w:t>
      </w:r>
      <w:r>
        <w:br/>
      </w:r>
      <w:r>
        <w:t xml:space="preserve">    (a) getting rid of</w:t>
      </w:r>
      <w:r>
        <w:br/>
      </w:r>
      <w:r>
        <w:t xml:space="preserve">    (b) making fearful</w:t>
      </w:r>
      <w:r>
        <w:br/>
      </w:r>
      <w:r>
        <w:t xml:space="preserve">    (c) briefly seeing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2026-07-31T19:36:12Z</dcterms:created>
  <dcterms:modified xsi:type="dcterms:W3CDTF">2026-07-31T19:36:12Z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