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d31922883d14523fb872652da7bc9e53abf658"/>
    <w:p>
      <w:pPr>
        <w:pStyle w:val="Heading1"/>
      </w:pPr>
      <w:r>
        <w:rPr>
          <w:b/>
          <w:bCs/>
        </w:rPr>
        <w:t xml:space="preserve">Kim</w:t>
      </w:r>
      <w:r>
        <w:br/>
      </w:r>
      <w:r>
        <w:rPr>
          <w:i/>
          <w:iCs/>
        </w:rPr>
        <w:t xml:space="preserve">Rudyard Kipling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Chapter 1 O ye who tread the Narrow Way By Tophet-flare to judgment Day, Be gentle when 'the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heathen</w:t>
      </w:r>
      <w:r>
        <w:rPr>
          <w:b/>
          <w:bCs/>
        </w:rPr>
        <w:t xml:space="preserve">' pray To Buddha at Kamakura!</w:t>
      </w:r>
      <w:r>
        <w:br/>
      </w:r>
      <w:r>
        <w:t xml:space="preserve">    (a) the state of not being relevant (not related to the subject being considered, or not important enough to want to consider)</w:t>
      </w:r>
      <w:r>
        <w:br/>
      </w:r>
      <w:r>
        <w:t xml:space="preserve">    (b) the ability and tendency to determine what should be done and to start doing it without instruction; or to start something</w:t>
      </w:r>
      <w:r>
        <w:br/>
      </w:r>
      <w:r>
        <w:t xml:space="preserve">    (c) someone who is not civilized or not moral  OR  an offensive term for a person who does not believe in a preferred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Those things, he was used to say, in his glorious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opium</w:t>
      </w:r>
      <w:r>
        <w:rPr>
          <w:b/>
          <w:bCs/>
        </w:rPr>
        <w:t xml:space="preserve">-hours, would yet make little Kimball a man.</w:t>
      </w:r>
      <w:r>
        <w:br/>
      </w:r>
      <w:r>
        <w:t xml:space="preserve">    (a) a powerful narcotic</w:t>
      </w:r>
      <w:r>
        <w:br/>
      </w:r>
      <w:r>
        <w:t xml:space="preserve">    (b) a powerful cooking additive</w:t>
      </w:r>
      <w:r>
        <w:br/>
      </w:r>
      <w:r>
        <w:t xml:space="preserve">    (c) a powerful herbal remedy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pilgrimage</w:t>
      </w:r>
      <w:r>
        <w:rPr>
          <w:b/>
          <w:bCs/>
        </w:rPr>
        <w:t xml:space="preserve"> </w:t>
      </w:r>
      <w:r>
        <w:rPr>
          <w:b/>
          <w:bCs/>
        </w:rPr>
        <w:t xml:space="preserve">is well begun.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portray or create in a particular way  OR  interpret, translate, or extract from</w:t>
      </w:r>
      <w:r>
        <w:br/>
      </w:r>
      <w:r>
        <w:t xml:space="preserve">    (c) a journey to a special place -- especially a sacred place for religious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'One of us who had made pilgrimage to the Holy Places—he is now Abbot of the Lung-Cho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Monastery</w:t>
      </w:r>
      <w:r>
        <w:rPr>
          <w:b/>
          <w:bCs/>
        </w:rPr>
        <w:t xml:space="preserve">—gave it me,' stammered the lama.</w:t>
      </w:r>
      <w:r>
        <w:br/>
      </w:r>
      <w:r>
        <w:t xml:space="preserve">    (a) dense, rainy forest with many species</w:t>
      </w:r>
      <w:r>
        <w:br/>
      </w:r>
      <w:r>
        <w:t xml:space="preserve">    (b) island (that is made of a coral reef)</w:t>
      </w:r>
      <w:r>
        <w:br/>
      </w:r>
      <w:r>
        <w:t xml:space="preserve">    (c) the residence of a religious community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composed himself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reverently</w:t>
      </w:r>
      <w:r>
        <w:rPr>
          <w:b/>
          <w:bCs/>
        </w:rPr>
        <w:t xml:space="preserve"> </w:t>
      </w:r>
      <w:r>
        <w:rPr>
          <w:b/>
          <w:bCs/>
        </w:rPr>
        <w:t xml:space="preserve">to listen to fragments hastily rendered into Urdu.</w:t>
      </w:r>
      <w:r>
        <w:br/>
      </w:r>
      <w:r>
        <w:t xml:space="preserve">    (a) in a manner that is not appropriate or different than would be expected in size, amount, or degree</w:t>
      </w:r>
      <w:r>
        <w:br/>
      </w:r>
      <w:r>
        <w:t xml:space="preserve">    (b) with feelings of deep respect and admiration -- sometimes with a mixture of wonder and awe or fear</w:t>
      </w:r>
      <w:r>
        <w:br/>
      </w:r>
      <w:r>
        <w:t xml:space="preserve">    (c) with nervousness or discomfort felt by someone due to concern about what others will think of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'Those who beg in silence starve in silence,' said Kim, quoting a native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proverb</w:t>
      </w:r>
      <w:r>
        <w:rPr>
          <w:b/>
          <w:bCs/>
        </w:rPr>
        <w:t xml:space="preserve">.</w:t>
      </w:r>
      <w:r>
        <w:br/>
      </w:r>
      <w:r>
        <w:t xml:space="preserve">    (a) a group formed to discuss or offer insight on a particular topic</w:t>
      </w:r>
      <w:r>
        <w:br/>
      </w:r>
      <w:r>
        <w:t xml:space="preserve">    (b) to constrain in some way -- such as tie up, require, or obligate</w:t>
      </w:r>
      <w:r>
        <w:br/>
      </w:r>
      <w:r>
        <w:t xml:space="preserve">    (c) a well-known, short saying that is thought to communicate wisdom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lama did not wake till the evening life of the city had begun with lamp-lighting and the return of white-robed clerks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subordinates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Government offices.</w:t>
      </w:r>
      <w:r>
        <w:br/>
      </w:r>
      <w:r>
        <w:t xml:space="preserve">    (a) is considered (for affect on a result or outcome)</w:t>
      </w:r>
      <w:r>
        <w:br/>
      </w:r>
      <w:r>
        <w:t xml:space="preserve">    (b) things or characteristics that are bad or harmful</w:t>
      </w:r>
      <w:r>
        <w:br/>
      </w:r>
      <w:r>
        <w:t xml:space="preserve">    (c) less important or subservient; or to rank as such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they will make me a king,' said Kim,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serenely</w:t>
      </w:r>
      <w:r>
        <w:rPr>
          <w:b/>
          <w:bCs/>
        </w:rPr>
        <w:t xml:space="preserve"> </w:t>
      </w:r>
      <w:r>
        <w:rPr>
          <w:b/>
          <w:bCs/>
        </w:rPr>
        <w:t xml:space="preserve">prepared for anything.</w:t>
      </w:r>
      <w:r>
        <w:br/>
      </w:r>
      <w:r>
        <w:t xml:space="preserve">    (a) in a pessimistic or disagreeable manner</w:t>
      </w:r>
      <w:r>
        <w:br/>
      </w:r>
      <w:r>
        <w:t xml:space="preserve">    (b) in a manner that is calm and untroubled</w:t>
      </w:r>
      <w:r>
        <w:br/>
      </w:r>
      <w:r>
        <w:t xml:space="preserve">    (c) enthusiastically or with great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concerns a horse—a white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 </w:t>
      </w:r>
      <w:r>
        <w:rPr>
          <w:b/>
          <w:bCs/>
        </w:rPr>
        <w:t xml:space="preserve">which I have sold to an officer upon the last time I returned from the Passes.</w:t>
      </w:r>
      <w:r>
        <w:br/>
      </w:r>
      <w:r>
        <w:t xml:space="preserve">    (a) a male horse that has not been castrated (gelded) -- especially one used for breeding purposes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a large, elongated gland located behind the stomach that secretes digestive enzymes and insulin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pedigree</w:t>
      </w:r>
      <w:r>
        <w:rPr>
          <w:b/>
          <w:bCs/>
        </w:rPr>
        <w:t xml:space="preserve"> </w:t>
      </w:r>
      <w:r>
        <w:rPr>
          <w:b/>
          <w:bCs/>
        </w:rPr>
        <w:t xml:space="preserve">I will give thee now—in my own fashion and some hard words as well.'</w:t>
      </w:r>
      <w:r>
        <w:br/>
      </w:r>
      <w:r>
        <w:t xml:space="preserve">    (a) the line of ancestors of an animal; or any background or history of a person or idea, showing origins and development</w:t>
      </w:r>
      <w:r>
        <w:br/>
      </w:r>
      <w:r>
        <w:t xml:space="preserve">    (b) of the American Indian civilization of Yucatan and Belize and Guatemala that reached its peak between AD 300 and 900</w:t>
      </w:r>
      <w:r>
        <w:br/>
      </w:r>
      <w:r>
        <w:t xml:space="preserve">    (c) a hole or dropoff so deep the bottom cannot be seen -- often used figuratively to imply a frightening bottomless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one make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prophecy</w:t>
      </w:r>
      <w:r>
        <w:rPr>
          <w:b/>
          <w:bCs/>
        </w:rPr>
        <w:t xml:space="preserve">?</w:t>
      </w:r>
      <w:r>
        <w:br/>
      </w:r>
      <w:r>
        <w:t xml:space="preserve">    (a) a positively charged ion</w:t>
      </w:r>
      <w:r>
        <w:br/>
      </w:r>
      <w:r>
        <w:t xml:space="preserve">    (b) social event or ceremony</w:t>
      </w:r>
      <w:r>
        <w:br/>
      </w:r>
      <w:r>
        <w:t xml:space="preserve">    (c) prediction of the future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Moreover, the lama was a great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curiosity.</w:t>
      </w:r>
      <w:r>
        <w:br/>
      </w:r>
      <w:r>
        <w:t xml:space="preserve">    (a) respected (worthy of respect) -- typically because of age or position</w:t>
      </w:r>
      <w:r>
        <w:br/>
      </w:r>
      <w:r>
        <w:t xml:space="preserve">    (b) [of food] able to be prepared in a manner that keeps it from spoiling</w:t>
      </w:r>
      <w:r>
        <w:br/>
      </w:r>
      <w:r>
        <w:t xml:space="preserve">    (c) relating to understanding or explaining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Government had given him a good holding in the village, and though the demands of his sons, now grey-bearded officers on their own account, had impoverished him, he was still a person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translates</w:t>
      </w:r>
      <w:r>
        <w:br/>
      </w:r>
      <w:r>
        <w:t xml:space="preserve">    (b) importance</w:t>
      </w:r>
      <w:r>
        <w:br/>
      </w:r>
      <w:r>
        <w:t xml:space="preserve">    (c) sticks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—and this set Kim to skipping—there was a mystery somewhere, and Mahbub Ali probably spied for the Colonel much as Kim had spied for Mahbub.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resultantly (as a result)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'A little flour, a little butter and a mouthful of cardamoms,' Kim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, flushed with the praise, but still cautious—'Does one grow rich on that?</w:t>
      </w:r>
      <w:r>
        <w:br/>
      </w:r>
      <w:r>
        <w:t xml:space="preserve">    (a) said indirectly</w:t>
      </w:r>
      <w:r>
        <w:br/>
      </w:r>
      <w:r>
        <w:t xml:space="preserve">    (b) greatly annoyed</w:t>
      </w:r>
      <w:r>
        <w:br/>
      </w:r>
      <w:r>
        <w:t xml:space="preserve">    (c) quickly replied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Kim looked over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retinue</w:t>
      </w:r>
      <w:r>
        <w:rPr>
          <w:b/>
          <w:bCs/>
        </w:rPr>
        <w:t xml:space="preserve"> </w:t>
      </w:r>
      <w:r>
        <w:rPr>
          <w:b/>
          <w:bCs/>
        </w:rPr>
        <w:t xml:space="preserve">critically.</w:t>
      </w:r>
      <w:r>
        <w:br/>
      </w:r>
      <w:r>
        <w:t xml:space="preserve">    (a) a group of people following and attending to an important person</w:t>
      </w:r>
      <w:r>
        <w:br/>
      </w:r>
      <w:r>
        <w:t xml:space="preserve">    (b) a group formed to discuss or offer insight on a particular topic</w:t>
      </w:r>
      <w:r>
        <w:br/>
      </w:r>
      <w:r>
        <w:t xml:space="preserve">    (c) to constrain in some way -- such as tie up, require, or obligate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Half a mile in the rear, Kim heard a hoarse and joyful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clamour</w:t>
      </w:r>
      <w:r>
        <w:rPr>
          <w:b/>
          <w:bCs/>
        </w:rPr>
        <w:t xml:space="preserve"> </w:t>
      </w:r>
      <w:r>
        <w:rPr>
          <w:b/>
          <w:bCs/>
        </w:rPr>
        <w:t xml:space="preserve">rolling down on him through the thick dust.</w:t>
      </w:r>
      <w:r>
        <w:br/>
      </w:r>
      <w:r>
        <w:t xml:space="preserve">    (a) the gain of advantage from something</w:t>
      </w:r>
      <w:r>
        <w:br/>
      </w:r>
      <w:r>
        <w:t xml:space="preserve">    (b) loud noise and/or persistent demands</w:t>
      </w:r>
      <w:r>
        <w:br/>
      </w:r>
      <w:r>
        <w:t xml:space="preserve">    (c) the quality of exactness or accuracy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</w:t>
      </w:r>
      <w:r>
        <w:rPr>
          <w:b/>
          <w:bCs/>
        </w:rPr>
        <w:t xml:space="preserve"> </w:t>
      </w:r>
      <w:r>
        <w:rPr>
          <w:b/>
          <w:bCs/>
        </w:rPr>
        <w:t xml:space="preserve">him now?</w:t>
      </w:r>
      <w:r>
        <w:br/>
      </w:r>
      <w:r>
        <w:t xml:space="preserve">    (a) to cause something to move forward</w:t>
      </w:r>
      <w:r>
        <w:br/>
      </w:r>
      <w:r>
        <w:t xml:space="preserve">    (b) slowed down or caused problems for</w:t>
      </w:r>
      <w:r>
        <w:br/>
      </w:r>
      <w:r>
        <w:t xml:space="preserve">    (c) make different; or show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Few can translate the picture-parable; there are not twenty in all the world who can draw it surely without a copy: of those who can both draw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are but three.</w:t>
      </w:r>
      <w:r>
        <w:br/>
      </w:r>
      <w:r>
        <w:t xml:space="preserve">    (a) something repeated regularly</w:t>
      </w:r>
      <w:r>
        <w:br/>
      </w:r>
      <w:r>
        <w:t xml:space="preserve">    (b) tell someone about something</w:t>
      </w:r>
      <w:r>
        <w:br/>
      </w:r>
      <w:r>
        <w:t xml:space="preserve">    (c) explain or discuss in detail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not take thee till the time was ripe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auspicious</w:t>
      </w:r>
      <w:r>
        <w:rPr>
          <w:b/>
          <w:bCs/>
        </w:rPr>
        <w:t xml:space="preserve">.</w:t>
      </w:r>
      <w:r>
        <w:br/>
      </w:r>
      <w:r>
        <w:t xml:space="preserve">    (a) the degree to which something can be translated</w:t>
      </w:r>
      <w:r>
        <w:br/>
      </w:r>
      <w:r>
        <w:t xml:space="preserve">    (b) not able to change to fit a different situation</w:t>
      </w:r>
      <w:r>
        <w:br/>
      </w:r>
      <w:r>
        <w:t xml:space="preserve">    (c) favorable; or suggestive of good things to come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2026-07-31T17:41:08Z</dcterms:created>
  <dcterms:modified xsi:type="dcterms:W3CDTF">2026-07-31T17:41:08Z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