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92e75c234780e1baba1f5a388ffee08a4a16ac"/>
    <w:p>
      <w:pPr>
        <w:pStyle w:val="Heading1"/>
      </w:pPr>
      <w:r>
        <w:rPr>
          <w:b/>
          <w:bCs/>
        </w:rPr>
        <w:t xml:space="preserve">Killing Lincoln</w:t>
      </w:r>
      <w:r>
        <w:br/>
      </w:r>
      <w:r>
        <w:rPr>
          <w:i/>
          <w:iCs/>
        </w:rPr>
        <w:t xml:space="preserve">Bill O'Reilly and Martin Dugard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are layers of proven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conspiracy</w:t>
      </w:r>
      <w:r>
        <w:rPr>
          <w:b/>
          <w:bCs/>
        </w:rPr>
        <w:t xml:space="preserve"> </w:t>
      </w:r>
      <w:r>
        <w:rPr>
          <w:b/>
          <w:bCs/>
        </w:rPr>
        <w:t xml:space="preserve">and alleged conspiracy that will disturb you.</w:t>
      </w:r>
      <w:r>
        <w:br/>
      </w:r>
      <w:r>
        <w:t xml:space="preserve">    (a) a secret agreement or plot</w:t>
      </w:r>
      <w:r>
        <w:br/>
      </w:r>
      <w:r>
        <w:t xml:space="preserve">    (b) the best or most important</w:t>
      </w:r>
      <w:r>
        <w:br/>
      </w:r>
      <w:r>
        <w:t xml:space="preserve">    (c) harsh and unfair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Lucy has no idea that her lover has assembled a crack team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conspirators</w:t>
      </w:r>
      <w:r>
        <w:rPr>
          <w:b/>
          <w:bCs/>
        </w:rPr>
        <w:t xml:space="preserve"> </w:t>
      </w:r>
      <w:r>
        <w:rPr>
          <w:b/>
          <w:bCs/>
        </w:rPr>
        <w:t xml:space="preserve">to help him bring down the president.</w:t>
      </w:r>
      <w:r>
        <w:br/>
      </w:r>
      <w:r>
        <w:t xml:space="preserve">    (a) participants involved in a secret plot</w:t>
      </w:r>
      <w:r>
        <w:br/>
      </w:r>
      <w:r>
        <w:t xml:space="preserve">    (b) People who are of lower rank or status</w:t>
      </w:r>
      <w:r>
        <w:br/>
      </w:r>
      <w:r>
        <w:t xml:space="preserve">    (c) things that affect a result or outcome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Confederate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rations</w:t>
      </w:r>
      <w:r>
        <w:rPr>
          <w:b/>
          <w:bCs/>
        </w:rPr>
        <w:t xml:space="preserve"> </w:t>
      </w:r>
      <w:r>
        <w:rPr>
          <w:b/>
          <w:bCs/>
        </w:rPr>
        <w:t xml:space="preserve">were once a pound of meal and a quarter pound of bacon a day, with an occasional tin of peas.</w:t>
      </w:r>
      <w:r>
        <w:br/>
      </w:r>
      <w:r>
        <w:t xml:space="preserve">    (a) a fixed share of something, especially scarce goods like food or fuel; or to limit and distribute something in fixed shares</w:t>
      </w:r>
      <w:r>
        <w:br/>
      </w:r>
      <w:r>
        <w:t xml:space="preserve">    (b) atones (demonstrates sorrow for a wrong either by doing something good in return for the wrong, or by accepting punishment)</w:t>
      </w:r>
      <w:r>
        <w:br/>
      </w:r>
      <w:r>
        <w:t xml:space="preserve">    (c) removes or suppress anything considered obscene, immoral, or politically unacceptable  OR  people who does such suppression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has spent months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scrutinizing</w:t>
      </w:r>
      <w:r>
        <w:rPr>
          <w:b/>
          <w:bCs/>
        </w:rPr>
        <w:t xml:space="preserve"> </w:t>
      </w:r>
      <w:r>
        <w:rPr>
          <w:b/>
          <w:bCs/>
        </w:rPr>
        <w:t xml:space="preserve">the Confederate defenses, searching for the perfect location to smash the rebels.</w:t>
      </w:r>
      <w:r>
        <w:br/>
      </w:r>
      <w:r>
        <w:t xml:space="preserve">    (a) requesting or challenging</w:t>
      </w:r>
      <w:r>
        <w:br/>
      </w:r>
      <w:r>
        <w:t xml:space="preserve">    (b) mirroring back (an image)</w:t>
      </w:r>
      <w:r>
        <w:br/>
      </w:r>
      <w:r>
        <w:t xml:space="preserve">    (c) looking at very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strategy that his army "must endeavor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harass</w:t>
      </w:r>
      <w:r>
        <w:rPr>
          <w:b/>
          <w:bCs/>
        </w:rPr>
        <w:t xml:space="preserve"> </w:t>
      </w:r>
      <w:r>
        <w:rPr>
          <w:b/>
          <w:bCs/>
        </w:rPr>
        <w:t xml:space="preserve">them if we cannot destroy them" depends upon motivated troops and favorable terrain.</w:t>
      </w:r>
      <w:r>
        <w:br/>
      </w:r>
      <w:r>
        <w:t xml:space="preserve">    (a) show, determine, or understand</w:t>
      </w:r>
      <w:r>
        <w:br/>
      </w:r>
      <w:r>
        <w:t xml:space="preserve">    (b) hire, reserve, book, or occupy</w:t>
      </w:r>
      <w:r>
        <w:br/>
      </w:r>
      <w:r>
        <w:t xml:space="preserve">    (c) to repeatedly bother or attack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"My shoes are gone," a veteran soldier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laments</w:t>
      </w:r>
      <w:r>
        <w:rPr>
          <w:b/>
          <w:bCs/>
        </w:rPr>
        <w:t xml:space="preserve"> </w:t>
      </w:r>
      <w:r>
        <w:rPr>
          <w:b/>
          <w:bCs/>
        </w:rPr>
        <w:t xml:space="preserve">during the march.</w:t>
      </w:r>
      <w:r>
        <w:br/>
      </w:r>
      <w:r>
        <w:t xml:space="preserve">    (a) expresses grief or regret</w:t>
      </w:r>
      <w:r>
        <w:br/>
      </w:r>
      <w:r>
        <w:t xml:space="preserve">    (b) gradually adds or removes</w:t>
      </w:r>
      <w:r>
        <w:br/>
      </w:r>
      <w:r>
        <w:t xml:space="preserve">    (c) changes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Sentries</w:t>
      </w:r>
      <w:r>
        <w:rPr>
          <w:b/>
          <w:bCs/>
        </w:rPr>
        <w:t xml:space="preserve"> </w:t>
      </w:r>
      <w:r>
        <w:rPr>
          <w:b/>
          <w:bCs/>
        </w:rPr>
        <w:t xml:space="preserve">cry out, ordering them to stop.</w:t>
      </w:r>
      <w:r>
        <w:br/>
      </w:r>
      <w:r>
        <w:t xml:space="preserve">    (a) people standing guard</w:t>
      </w:r>
      <w:r>
        <w:br/>
      </w:r>
      <w:r>
        <w:t xml:space="preserve">    (b) shows or demonstrates</w:t>
      </w:r>
      <w:r>
        <w:br/>
      </w:r>
      <w:r>
        <w:t xml:space="preserve">    (c) things that stand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rebel infantry topple the wagons that have made it across the double bridges, using them 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impromptu</w:t>
      </w:r>
      <w:r>
        <w:rPr>
          <w:b/>
          <w:bCs/>
        </w:rPr>
        <w:t xml:space="preserve"> </w:t>
      </w:r>
      <w:r>
        <w:rPr>
          <w:b/>
          <w:bCs/>
        </w:rPr>
        <w:t xml:space="preserve">breastworks, hiding behind a spoked wheel or a tilted axle.</w:t>
      </w:r>
      <w:r>
        <w:br/>
      </w:r>
      <w:r>
        <w:t xml:space="preserve">    (a) the highest-ranking manager</w:t>
      </w:r>
      <w:r>
        <w:br/>
      </w:r>
      <w:r>
        <w:t xml:space="preserve">    (b) result or predictable value</w:t>
      </w:r>
      <w:r>
        <w:br/>
      </w:r>
      <w:r>
        <w:t xml:space="preserve">    (c) without advance preparation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the courier gallops back to Lee, Union skirmishers march to the front and prepare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probe</w:t>
      </w:r>
      <w:r>
        <w:rPr>
          <w:b/>
          <w:bCs/>
        </w:rPr>
        <w:t xml:space="preserve"> </w:t>
      </w:r>
      <w:r>
        <w:rPr>
          <w:b/>
          <w:bCs/>
        </w:rPr>
        <w:t xml:space="preserve">the Confederate lines for vulnerability.</w:t>
      </w:r>
      <w:r>
        <w:br/>
      </w:r>
      <w:r>
        <w:t xml:space="preserve">    (a) to investigate; or an investigation; or an instrument used for investigation</w:t>
      </w:r>
      <w:r>
        <w:br/>
      </w:r>
      <w:r>
        <w:t xml:space="preserve">    (b) to change to multiple areas of control or concentration (rather than just 1)</w:t>
      </w:r>
      <w:r>
        <w:br/>
      </w:r>
      <w:r>
        <w:t xml:space="preserve">    (c) a woman who is casually playful in a way that arouses sexual interest of men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no thunder of artillery or jingle of a cavalry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limber</w:t>
      </w:r>
      <w:r>
        <w:rPr>
          <w:b/>
          <w:bCs/>
        </w:rPr>
        <w:t xml:space="preserve">.</w:t>
      </w:r>
      <w:r>
        <w:br/>
      </w:r>
      <w:r>
        <w:t xml:space="preserve">    (a) make possible</w:t>
      </w:r>
      <w:r>
        <w:br/>
      </w:r>
      <w:r>
        <w:t xml:space="preserve">    (b) make flexible</w:t>
      </w:r>
      <w:r>
        <w:br/>
      </w:r>
      <w:r>
        <w:t xml:space="preserve">    (c) stop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Lee rides back to his lines, the Army of Northern Virginia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spontaneously</w:t>
      </w:r>
      <w:r>
        <w:rPr>
          <w:b/>
          <w:bCs/>
        </w:rPr>
        <w:t xml:space="preserve"> </w:t>
      </w:r>
      <w:r>
        <w:rPr>
          <w:b/>
          <w:bCs/>
        </w:rPr>
        <w:t xml:space="preserve">gathers on both sides of the road.</w:t>
      </w:r>
      <w:r>
        <w:br/>
      </w:r>
      <w:r>
        <w:t xml:space="preserve">    (a) in a manner that tests someone or something for a period of time</w:t>
      </w:r>
      <w:r>
        <w:br/>
      </w:r>
      <w:r>
        <w:t xml:space="preserve">    (b) happening in a natural manner without planning or external force</w:t>
      </w:r>
      <w:r>
        <w:br/>
      </w:r>
      <w:r>
        <w:t xml:space="preserve">    (c) in a manner that serves to help explain or demonstrate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grand finale will be a moment straight from the stage, some stunning dramatic conclusion when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 </w:t>
      </w:r>
      <w:r>
        <w:rPr>
          <w:b/>
          <w:bCs/>
        </w:rPr>
        <w:t xml:space="preserve">and protagonist meet face-to-face, settling their differences once and for all.</w:t>
      </w:r>
      <w:r>
        <w:br/>
      </w:r>
      <w:r>
        <w:t xml:space="preserve">    (a) someone who takes something on as their own</w:t>
      </w:r>
      <w:r>
        <w:br/>
      </w:r>
      <w:r>
        <w:t xml:space="preserve">    (b) someone who offers opposition or is hostile</w:t>
      </w:r>
      <w:r>
        <w:br/>
      </w:r>
      <w:r>
        <w:t xml:space="preserve">    (c) someone who changes something (upon review)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it is to be an Illumination party, Booth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canvass</w:t>
      </w:r>
      <w:r>
        <w:rPr>
          <w:b/>
          <w:bCs/>
        </w:rPr>
        <w:t xml:space="preserve"> </w:t>
      </w:r>
      <w:r>
        <w:rPr>
          <w:b/>
          <w:bCs/>
        </w:rPr>
        <w:t xml:space="preserve">the city's notable residences for signs of a celebration.</w:t>
      </w:r>
      <w:r>
        <w:br/>
      </w:r>
      <w:r>
        <w:t xml:space="preserve">    (a) to investigate; or an investigation; or an instrument used for investigation</w:t>
      </w:r>
      <w:r>
        <w:br/>
      </w:r>
      <w:r>
        <w:t xml:space="preserve">    (b) get the opinions (of people) by asking specific questions; or solicit votes</w:t>
      </w:r>
      <w:r>
        <w:br/>
      </w:r>
      <w:r>
        <w:t xml:space="preserve">    (c) surgically interrupt nerve tracts to and from the frontal lobe of the brain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in a good mood for a change, and the new book is certainly helping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.</w:t>
      </w:r>
      <w:r>
        <w:br/>
      </w:r>
      <w:r>
        <w:t xml:space="preserve">    (a) normal mood</w:t>
      </w:r>
      <w:r>
        <w:br/>
      </w:r>
      <w:r>
        <w:t xml:space="preserve">    (b) someone who is intolerant and prejudiced</w:t>
      </w:r>
      <w:r>
        <w:br/>
      </w:r>
      <w:r>
        <w:t xml:space="preserve">    (c) dreamlike state of altered consciousness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their carriage ride, the Lincolns eat dinner with their sons, and then Crook walks the president back to the War Department for a third time, to see if General Sherman has sent a telegraph stating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his troops in the South.</w:t>
      </w:r>
      <w:r>
        <w:br/>
      </w:r>
      <w:r>
        <w:t xml:space="preserve">    (a) placement</w:t>
      </w:r>
      <w:r>
        <w:br/>
      </w:r>
      <w:r>
        <w:t xml:space="preserve">    (b) an order issued by a court or judicial officer</w:t>
      </w:r>
      <w:r>
        <w:br/>
      </w:r>
      <w:r>
        <w:t xml:space="preserve">    (c) the main building (or buildings) of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reluctant to see the United States Army turned into an occupying force, policing the actions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legislatures</w:t>
      </w:r>
      <w:r>
        <w:rPr>
          <w:b/>
          <w:bCs/>
        </w:rPr>
        <w:t xml:space="preserve"> </w:t>
      </w:r>
      <w:r>
        <w:rPr>
          <w:b/>
          <w:bCs/>
        </w:rPr>
        <w:t xml:space="preserve">throughout the South.</w:t>
      </w:r>
      <w:r>
        <w:br/>
      </w:r>
      <w:r>
        <w:t xml:space="preserve">    (a) organizations, each of which is comprised of firms in a single industry</w:t>
      </w:r>
      <w:r>
        <w:br/>
      </w:r>
      <w:r>
        <w:t xml:space="preserve">    (b) groups of government representatives that have the power to create laws</w:t>
      </w:r>
      <w:r>
        <w:br/>
      </w:r>
      <w:r>
        <w:t xml:space="preserve">    (c) thousands of very small unit of electrical energy (thousands of joules)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employment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contingent</w:t>
      </w:r>
      <w:r>
        <w:rPr>
          <w:b/>
          <w:bCs/>
        </w:rPr>
        <w:t xml:space="preserve"> </w:t>
      </w:r>
      <w:r>
        <w:rPr>
          <w:b/>
          <w:bCs/>
        </w:rPr>
        <w:t xml:space="preserve">on moving the right scenes at the right time.</w:t>
      </w:r>
      <w:r>
        <w:br/>
      </w:r>
      <w:r>
        <w:t xml:space="preserve">    (a) dependent</w:t>
      </w:r>
      <w:r>
        <w:br/>
      </w:r>
      <w:r>
        <w:t xml:space="preserve">    (b) clear, easily noticed, and/or identifiable as different or separate</w:t>
      </w:r>
      <w:r>
        <w:br/>
      </w:r>
      <w:r>
        <w:t xml:space="preserve">    (c) not capable of being better understood through detailed examination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saw the confusion on Dr. Leale's face 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contingent</w:t>
      </w:r>
      <w:r>
        <w:rPr>
          <w:b/>
          <w:bCs/>
        </w:rPr>
        <w:t xml:space="preserve"> </w:t>
      </w:r>
      <w:r>
        <w:rPr>
          <w:b/>
          <w:bCs/>
        </w:rPr>
        <w:t xml:space="preserve">inched across Tenth Street, and witnessed the way Dr. Leale stopped every few feet and poked his finger into Lincoln's skull to keep the blood flowing.</w:t>
      </w:r>
      <w:r>
        <w:br/>
      </w:r>
      <w:r>
        <w:t xml:space="preserve">    (a) the time during which something continues</w:t>
      </w:r>
      <w:r>
        <w:br/>
      </w:r>
      <w:r>
        <w:t xml:space="preserve">    (b) a particular understanding or explanation</w:t>
      </w:r>
      <w:r>
        <w:br/>
      </w:r>
      <w:r>
        <w:t xml:space="preserve">    (c) group of soldiers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Powell catches him, stabbing the courier just above the fourth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vertebrae</w:t>
      </w:r>
      <w:r>
        <w:rPr>
          <w:b/>
          <w:bCs/>
        </w:rPr>
        <w:t xml:space="preserve">.</w:t>
      </w:r>
      <w:r>
        <w:br/>
      </w:r>
      <w:r>
        <w:t xml:space="preserve">    (a) a central open spaces in buildings</w:t>
      </w:r>
      <w:r>
        <w:br/>
      </w:r>
      <w:r>
        <w:t xml:space="preserve">    (b) bony segments of the spinal column</w:t>
      </w:r>
      <w:r>
        <w:br/>
      </w:r>
      <w:r>
        <w:t xml:space="preserve">    (c) acts of stopping a battle or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youthful power and appearance of his chest is in marked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to that famously weathered face.</w:t>
      </w:r>
      <w:r>
        <w:br/>
      </w:r>
      <w:r>
        <w:t xml:space="preserve">    (a) come to terms with</w:t>
      </w:r>
      <w:r>
        <w:br/>
      </w:r>
      <w:r>
        <w:t xml:space="preserve">    (b) difference</w:t>
      </w:r>
      <w:r>
        <w:br/>
      </w:r>
      <w:r>
        <w:t xml:space="preserve">    (c) block or interfere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2026-07-31T19:01:45Z</dcterms:created>
  <dcterms:modified xsi:type="dcterms:W3CDTF">2026-07-31T19:01:45Z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