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4508461e858225be3c908ddc27f313199d121e"/>
    <w:p>
      <w:pPr>
        <w:pStyle w:val="Heading1"/>
      </w:pPr>
      <w:r>
        <w:rPr>
          <w:b/>
          <w:bCs/>
        </w:rPr>
        <w:t xml:space="preserve">Killing Kennedy</w:t>
      </w:r>
      <w:r>
        <w:br/>
      </w:r>
      <w:r>
        <w:rPr>
          <w:i/>
          <w:iCs/>
        </w:rPr>
        <w:t xml:space="preserve">Bill O'Reilly and Martin Dugard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Note to Readers NOVEMBER 22, 1963 MINEOLA, NEW YORK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APPROXIMATELY</w:t>
      </w:r>
      <w:r>
        <w:rPr>
          <w:b/>
          <w:bCs/>
        </w:rPr>
        <w:t xml:space="preserve"> </w:t>
      </w:r>
      <w:r>
        <w:rPr>
          <w:b/>
          <w:bCs/>
        </w:rPr>
        <w:t xml:space="preserve">2:00 P.M. The students in Brother Carmine Diodati's freshman Religion class were startled.</w:t>
      </w:r>
      <w:r>
        <w:br/>
      </w:r>
      <w:r>
        <w:t xml:space="preserve">    (a) about (but not exactly)</w:t>
      </w:r>
      <w:r>
        <w:br/>
      </w:r>
      <w:r>
        <w:t xml:space="preserve">    (b) relating to the outside</w:t>
      </w:r>
      <w:r>
        <w:br/>
      </w:r>
      <w:r>
        <w:t xml:space="preserve">    (c) cheerfully and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Words that will heal a nation divided by McCarthyism, terrified of the cold war, and still struggling with racial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and discrimination.</w:t>
      </w:r>
      <w:r>
        <w:br/>
      </w:r>
      <w:r>
        <w:t xml:space="preserve">    (a) removing something that was caught by something else; or separating or smoothing things that were twisted together in a confusing mass</w:t>
      </w:r>
      <w:r>
        <w:br/>
      </w:r>
      <w:r>
        <w:t xml:space="preserve">    (b) an eating disorder in which overeating is followed by guilt and unhealthy attempts at correction -- especially self-induced vomiting</w:t>
      </w:r>
      <w:r>
        <w:br/>
      </w:r>
      <w:r>
        <w:t xml:space="preserve">    (c) the act of keeping people or things separate -- especially people due to discrimination based on race, gender, ethnicity, or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morning, he rose after just four hours of sleep and, pencil in hand,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scrutinized</w:t>
      </w:r>
      <w:r>
        <w:rPr>
          <w:b/>
          <w:bCs/>
        </w:rPr>
        <w:t xml:space="preserve"> </w:t>
      </w:r>
      <w:r>
        <w:rPr>
          <w:b/>
          <w:bCs/>
        </w:rPr>
        <w:t xml:space="preserve">his speech again and again and again.</w:t>
      </w:r>
      <w:r>
        <w:br/>
      </w:r>
      <w:r>
        <w:t xml:space="preserve">    (a) quoted (to make a point)</w:t>
      </w:r>
      <w:r>
        <w:br/>
      </w:r>
      <w:r>
        <w:t xml:space="preserve">    (b) mirrored back (an image)</w:t>
      </w:r>
      <w:r>
        <w:br/>
      </w:r>
      <w:r>
        <w:t xml:space="preserve">    (c) looked at very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here at home, the power of the Mafia crime syndicates and the divisiveness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civil rights movement</w:t>
      </w:r>
      <w:r>
        <w:rPr>
          <w:b/>
          <w:bCs/>
        </w:rPr>
        <w:t xml:space="preserve"> </w:t>
      </w:r>
      <w:r>
        <w:rPr>
          <w:b/>
          <w:bCs/>
        </w:rPr>
        <w:t xml:space="preserve">are two crucial situations requiring immediate attention.</w:t>
      </w:r>
      <w:r>
        <w:br/>
      </w:r>
      <w:r>
        <w:t xml:space="preserve">    (a) popular effort to establish political and social equality for African Americans in the USA (1954-1968)</w:t>
      </w:r>
      <w:r>
        <w:br/>
      </w:r>
      <w:r>
        <w:t xml:space="preserve">    (b) 18th-century movement when thinkers used reason and science to challenge old ideas and improve society</w:t>
      </w:r>
      <w:r>
        <w:br/>
      </w:r>
      <w:r>
        <w:t xml:space="preserve">    (c) a situation where two people tend to select a sub-optimal outcome because they cannot trust each 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here at home, the power of the Mafia crime syndicates and the divisiveness of the civil rights movement are two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crucial</w:t>
      </w:r>
      <w:r>
        <w:rPr>
          <w:b/>
          <w:bCs/>
        </w:rPr>
        <w:t xml:space="preserve"> </w:t>
      </w:r>
      <w:r>
        <w:rPr>
          <w:b/>
          <w:bCs/>
        </w:rPr>
        <w:t xml:space="preserve">situations requiring immediate attention.</w:t>
      </w:r>
      <w:r>
        <w:br/>
      </w:r>
      <w:r>
        <w:t xml:space="preserve">    (a) natural</w:t>
      </w:r>
      <w:r>
        <w:br/>
      </w:r>
      <w:r>
        <w:t xml:space="preserve">    (b) very important</w:t>
      </w:r>
      <w:r>
        <w:br/>
      </w:r>
      <w:r>
        <w:t xml:space="preserve">    (c) more than is needed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Kennedy has authorized a covert invasion of the island nation, sending fourteen hundred anti-Castro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exiles</w:t>
      </w:r>
      <w:r>
        <w:rPr>
          <w:b/>
          <w:bCs/>
        </w:rPr>
        <w:t xml:space="preserve"> </w:t>
      </w:r>
      <w:r>
        <w:rPr>
          <w:b/>
          <w:bCs/>
        </w:rPr>
        <w:t xml:space="preserve">to do a job that the U.S. military, by rule of international law, cannot do itself.</w:t>
      </w:r>
      <w:r>
        <w:br/>
      </w:r>
      <w:r>
        <w:t xml:space="preserve">    (a) recommends or requires what should be done  OR  (of a medical doctor) gives medical instructions -- such as writing that a patient should take antibiotics</w:t>
      </w:r>
      <w:r>
        <w:br/>
      </w:r>
      <w:r>
        <w:t xml:space="preserve">    (b) (noun) things that are lighter and draw attention -- such as areas of a painting  OR  (verb) making some things lighter -- such as areas of a painting</w:t>
      </w:r>
      <w:r>
        <w:br/>
      </w:r>
      <w:r>
        <w:t xml:space="preserve">    (c) to force someone to live outside of their homeland; or living in such a condition</w:t>
      </w:r>
      <w:r>
        <w:br/>
      </w:r>
      <w:r>
        <w:br/>
      </w:r>
      <w:r>
        <w:t xml:space="preserve">or more rarely:  voluntary absence from a place someone would rather be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Fear about the global spread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communism</w:t>
      </w:r>
      <w:r>
        <w:rPr>
          <w:b/>
          <w:bCs/>
        </w:rPr>
        <w:t xml:space="preserve"> </w:t>
      </w:r>
      <w:r>
        <w:rPr>
          <w:b/>
          <w:bCs/>
        </w:rPr>
        <w:t xml:space="preserve">is rampant in the United States.</w:t>
      </w:r>
      <w:r>
        <w:br/>
      </w:r>
      <w:r>
        <w:t xml:space="preserve">    (a) infectious disease characterized by inflammation of the tissues that surround the brain or spinal cord</w:t>
      </w:r>
      <w:r>
        <w:br/>
      </w:r>
      <w:r>
        <w:t xml:space="preserve">    (b) an economic system that abolishes private ownership of property with the goal of a classless society</w:t>
      </w:r>
      <w:r>
        <w:br/>
      </w:r>
      <w:r>
        <w:t xml:space="preserve">    (c) a will (written instructions expressing how somebody wants their property distributed after they die)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Newspapers and magazines are gushing about the young president, calling Kennedy "omniscient" and "</w:t>
      </w:r>
      <w:r>
        <w:rPr>
          <w:b/>
          <w:bCs/>
          <w:u w:val="single"/>
        </w:rPr>
        <w:t xml:space="preserve">omnipotent</w:t>
      </w:r>
      <w:r>
        <w:rPr>
          <w:b/>
          <w:bCs/>
        </w:rPr>
        <w:t xml:space="preserve">."</w:t>
      </w:r>
      <w:r>
        <w:br/>
      </w:r>
      <w:r>
        <w:t xml:space="preserve">    (a) all powerful</w:t>
      </w:r>
      <w:r>
        <w:br/>
      </w:r>
      <w:r>
        <w:t xml:space="preserve">    (b) not pleasing</w:t>
      </w:r>
      <w:r>
        <w:br/>
      </w:r>
      <w:r>
        <w:t xml:space="preserve">    (c) sticking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privilege, along with their mutual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</w:t>
      </w:r>
      <w:r>
        <w:rPr>
          <w:b/>
          <w:bCs/>
        </w:rPr>
        <w:t xml:space="preserve">, is all the two men have in common.</w:t>
      </w:r>
      <w:r>
        <w:br/>
      </w:r>
      <w:r>
        <w:t xml:space="preserve">    (a) differ; or change</w:t>
      </w:r>
      <w:r>
        <w:br/>
      </w:r>
      <w:r>
        <w:t xml:space="preserve">    (b) a lack of respect</w:t>
      </w:r>
      <w:r>
        <w:br/>
      </w:r>
      <w:r>
        <w:t xml:space="preserve">    (c) influence opinion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Chris Dumphy, a Florida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Republican</w:t>
      </w:r>
      <w:r>
        <w:rPr>
          <w:b/>
          <w:bCs/>
        </w:rPr>
        <w:t xml:space="preserve">, connects Lawford with Bing Crosby, solving Law-ford's first problem.</w:t>
      </w:r>
      <w:r>
        <w:br/>
      </w:r>
      <w:r>
        <w:t xml:space="preserve">    (a) of a system of government in which a majority of citizens elect representatives to make laws; or someone in favor of such a form of government</w:t>
      </w:r>
      <w:r>
        <w:br/>
      </w:r>
      <w:r>
        <w:t xml:space="preserve">    (b) relating to a Christian ceremony signifying spiritual cleansing and rebirth  OR  relating to a challenging experience that initiates or purifies</w:t>
      </w:r>
      <w:r>
        <w:br/>
      </w:r>
      <w:r>
        <w:t xml:space="preserve">    (c) of an organism in the early stages of development prior to birth, hatching, or sprouting  OR  of anything in an early stage of development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ominously</w:t>
      </w:r>
      <w:r>
        <w:rPr>
          <w:b/>
          <w:bCs/>
        </w:rPr>
        <w:t xml:space="preserve">, the president suspects that Monroe has visions of moving into the White House sometime soon.</w:t>
      </w:r>
      <w:r>
        <w:br/>
      </w:r>
      <w:r>
        <w:t xml:space="preserve">    (a) in a manner that tests someone or something for a period of time</w:t>
      </w:r>
      <w:r>
        <w:br/>
      </w:r>
      <w:r>
        <w:t xml:space="preserve">    (b) in a manner that serves to help explain or demonstrate something</w:t>
      </w:r>
      <w:r>
        <w:br/>
      </w:r>
      <w:r>
        <w:t xml:space="preserve">    (c) threatening (suggestive of, or foreshadowing bad things to come)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does not see a worthy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adversary</w:t>
      </w:r>
      <w:r>
        <w:rPr>
          <w:b/>
          <w:bCs/>
        </w:rPr>
        <w:t xml:space="preserve"> </w:t>
      </w:r>
      <w:r>
        <w:rPr>
          <w:b/>
          <w:bCs/>
        </w:rPr>
        <w:t xml:space="preserve">in Kennedy.</w:t>
      </w:r>
      <w:r>
        <w:br/>
      </w:r>
      <w:r>
        <w:t xml:space="preserve">    (a) disorder</w:t>
      </w:r>
      <w:r>
        <w:br/>
      </w:r>
      <w:r>
        <w:t xml:space="preserve">    (b) reporter</w:t>
      </w:r>
      <w:r>
        <w:br/>
      </w:r>
      <w:r>
        <w:t xml:space="preserve">    (c) opponent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 didn't feel like he was of any importance to them," Fain will later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testify</w:t>
      </w:r>
      <w:r>
        <w:rPr>
          <w:b/>
          <w:bCs/>
        </w:rPr>
        <w:t xml:space="preserve">.</w:t>
      </w:r>
      <w:r>
        <w:br/>
      </w:r>
      <w:r>
        <w:t xml:space="preserve">    (a) to encourage growth or excitement, or to cause something to happen</w:t>
      </w:r>
      <w:r>
        <w:br/>
      </w:r>
      <w:r>
        <w:t xml:space="preserve">    (b) to show something -- such as to demonstrate, express, or represent</w:t>
      </w:r>
      <w:r>
        <w:br/>
      </w:r>
      <w:r>
        <w:t xml:space="preserve">    (c) provide evidence of something -- especially oral evidence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states unequivocally that any missile launched by the Cubans or Soviets will he considered an act of war and that the United States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reciprocate</w:t>
      </w:r>
      <w:r>
        <w:rPr>
          <w:b/>
          <w:bCs/>
        </w:rPr>
        <w:t xml:space="preserve"> </w:t>
      </w:r>
      <w:r>
        <w:rPr>
          <w:b/>
          <w:bCs/>
        </w:rPr>
        <w:t xml:space="preserve">with missiles of its own.</w:t>
      </w:r>
      <w:r>
        <w:br/>
      </w:r>
      <w:r>
        <w:t xml:space="preserve">    (a) less than zero</w:t>
      </w:r>
      <w:r>
        <w:br/>
      </w:r>
      <w:r>
        <w:t xml:space="preserve">    (b) give in return</w:t>
      </w:r>
      <w:r>
        <w:br/>
      </w:r>
      <w:r>
        <w:t xml:space="preserve">    (c) begin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it the Communist leader states calmly and unequivocally that the president's proposed naval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blockade</w:t>
      </w:r>
      <w:r>
        <w:rPr>
          <w:b/>
          <w:bCs/>
        </w:rPr>
        <w:t xml:space="preserve"> </w:t>
      </w:r>
      <w:r>
        <w:rPr>
          <w:b/>
          <w:bCs/>
        </w:rPr>
        <w:t xml:space="preserve">is "a pirate act."</w:t>
      </w:r>
      <w:r>
        <w:br/>
      </w:r>
      <w:r>
        <w:t xml:space="preserve">    (a) action to keep people and goods from reaching a location</w:t>
      </w:r>
      <w:r>
        <w:br/>
      </w:r>
      <w:r>
        <w:t xml:space="preserve">    (b) aka analyze -- analyze based upon a theory of psychiatry</w:t>
      </w:r>
      <w:r>
        <w:br/>
      </w:r>
      <w:r>
        <w:t xml:space="preserve">    (c) search for and discover through persistent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Russian dictator sees that the American president is willing to conduct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nuclear</w:t>
      </w:r>
      <w:r>
        <w:rPr>
          <w:b/>
          <w:bCs/>
        </w:rPr>
        <w:t xml:space="preserve"> </w:t>
      </w:r>
      <w:r>
        <w:rPr>
          <w:b/>
          <w:bCs/>
        </w:rPr>
        <w:t xml:space="preserve">war if pushed to the limit.</w:t>
      </w:r>
      <w:r>
        <w:br/>
      </w:r>
      <w:r>
        <w:t xml:space="preserve">    (a) the quality of inappropriateness in size, amount, or degree</w:t>
      </w:r>
      <w:r>
        <w:br/>
      </w:r>
      <w:r>
        <w:t xml:space="preserve">    (b) the condition of being exclusive to (someone or some group)</w:t>
      </w:r>
      <w:r>
        <w:br/>
      </w:r>
      <w:r>
        <w:t xml:space="preserve">    (c) relating to the central or most important part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a fire truck tries to get close enough to drench the monk with water,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monks</w:t>
      </w:r>
      <w:r>
        <w:rPr>
          <w:b/>
          <w:bCs/>
        </w:rPr>
        <w:t xml:space="preserve"> </w:t>
      </w:r>
      <w:r>
        <w:rPr>
          <w:b/>
          <w:bCs/>
        </w:rPr>
        <w:t xml:space="preserve">throw their bodies beneath its wheels to stop it.</w:t>
      </w:r>
      <w:r>
        <w:br/>
      </w:r>
      <w:r>
        <w:t xml:space="preserve">    (a) amounts of the value of homes that some states and local jurisdictions deduct from the value that is taxed</w:t>
      </w:r>
      <w:r>
        <w:br/>
      </w:r>
      <w:r>
        <w:t xml:space="preserve">    (b) male members of a religious order living together typically under vows of poverty, chastity, and obedience</w:t>
      </w:r>
      <w:r>
        <w:br/>
      </w:r>
      <w:r>
        <w:t xml:space="preserve">    (c) inhabitants of Assyria -- an ancient kingdom centered in northern Mesopotamia which is in present-day Iraq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also understands that his wife is drawn to the Christina's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opulence</w:t>
      </w:r>
      <w:r>
        <w:rPr>
          <w:b/>
          <w:bCs/>
        </w:rPr>
        <w:t xml:space="preserve"> </w:t>
      </w:r>
      <w:r>
        <w:rPr>
          <w:b/>
          <w:bCs/>
        </w:rPr>
        <w:t xml:space="preserve">and to the vast wealth of Aristotle Onassis.</w:t>
      </w:r>
      <w:r>
        <w:br/>
      </w:r>
      <w:r>
        <w:t xml:space="preserve">    (a) lowers moral standards</w:t>
      </w:r>
      <w:r>
        <w:br/>
      </w:r>
      <w:r>
        <w:t xml:space="preserve">    (b) magnificence or luxury</w:t>
      </w:r>
      <w:r>
        <w:br/>
      </w:r>
      <w:r>
        <w:t xml:space="preserve">    (c) not thinking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a dinner party in Camelot tonight, and the famously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reclusive</w:t>
      </w:r>
      <w:r>
        <w:rPr>
          <w:b/>
          <w:bCs/>
        </w:rPr>
        <w:t xml:space="preserve"> </w:t>
      </w:r>
      <w:r>
        <w:rPr>
          <w:b/>
          <w:bCs/>
        </w:rPr>
        <w:t xml:space="preserve">Swedish actress is the guest of honor.</w:t>
      </w:r>
      <w:r>
        <w:br/>
      </w:r>
      <w:r>
        <w:t xml:space="preserve">    (a) not concerned with what others might think of oneself</w:t>
      </w:r>
      <w:r>
        <w:br/>
      </w:r>
      <w:r>
        <w:t xml:space="preserve">    (b) withdrawn from society (avoiding contact with others)</w:t>
      </w:r>
      <w:r>
        <w:br/>
      </w:r>
      <w:r>
        <w:t xml:space="preserve">    (c) the degree of being completely in the specified state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came to this belief thanks to Oswald's comments and J. Edgar Hoover's insistence that there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conspiracy</w:t>
      </w:r>
      <w:r>
        <w:rPr>
          <w:b/>
          <w:bCs/>
        </w:rPr>
        <w:t xml:space="preserve">.</w:t>
      </w:r>
      <w:r>
        <w:br/>
      </w:r>
      <w:r>
        <w:t xml:space="preserve">    (a) harsh and unfair treatment</w:t>
      </w:r>
      <w:r>
        <w:br/>
      </w:r>
      <w:r>
        <w:t xml:space="preserve">    (b) a secret agreement or plot</w:t>
      </w:r>
      <w:r>
        <w:br/>
      </w:r>
      <w:r>
        <w:t xml:space="preserve">    (c) the best or most important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2026-07-31T19:23:02Z</dcterms:created>
  <dcterms:modified xsi:type="dcterms:W3CDTF">2026-07-31T19:23:02Z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