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aa0f4fe7c572ad4e3c7bb4c8ef1db1e8560b28"/>
    <w:p>
      <w:pPr>
        <w:pStyle w:val="Heading1"/>
      </w:pPr>
      <w:r>
        <w:rPr>
          <w:b/>
          <w:bCs/>
        </w:rPr>
        <w:t xml:space="preserve">Just Listen</w:t>
      </w:r>
      <w:r>
        <w:br/>
      </w:r>
      <w:r>
        <w:rPr>
          <w:i/>
          <w:iCs/>
        </w:rPr>
        <w:t xml:space="preserve">Sarah Dessen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mother, conflict-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herself, hated it when my sisters fought.</w:t>
      </w:r>
      <w:r>
        <w:br/>
      </w:r>
      <w:r>
        <w:t xml:space="preserve">    (a) non-traditional or non-standard</w:t>
      </w:r>
      <w:r>
        <w:br/>
      </w:r>
      <w:r>
        <w:t xml:space="preserve">    (b) working against one's interests</w:t>
      </w:r>
      <w:r>
        <w:br/>
      </w:r>
      <w:r>
        <w:t xml:space="preserve">    (c) poor ability to make a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Suddenly, I was aware again of the noise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 </w:t>
      </w:r>
      <w:r>
        <w:rPr>
          <w:b/>
          <w:bCs/>
        </w:rPr>
        <w:t xml:space="preserve">around me: people bustling past to their next class, calling out to one another, tossing trash into the nearby can.</w:t>
      </w:r>
      <w:r>
        <w:br/>
      </w:r>
      <w:r>
        <w:t xml:space="preserve">    (a) noisy disturbance</w:t>
      </w:r>
      <w:r>
        <w:br/>
      </w:r>
      <w:r>
        <w:t xml:space="preserve">    (b) circular movement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inched forward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incrementally</w:t>
      </w:r>
      <w:r>
        <w:rPr>
          <w:b/>
          <w:bCs/>
        </w:rPr>
        <w:t xml:space="preserve">, then craned my neck, trying to see who was causing the holdup.</w:t>
      </w:r>
      <w:r>
        <w:br/>
      </w:r>
      <w:r>
        <w:t xml:space="preserve">    (a) in a manner that increases a little at a time</w:t>
      </w:r>
      <w:r>
        <w:br/>
      </w:r>
      <w:r>
        <w:t xml:space="preserve">    (b) in an artificial manner to make an impression</w:t>
      </w:r>
      <w:r>
        <w:br/>
      </w:r>
      <w:r>
        <w:t xml:space="preserve">    (c) to almost be so, but not so strictly speaking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knew I was being difficult, not to mention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petulant</w:t>
      </w:r>
      <w:r>
        <w:rPr>
          <w:b/>
          <w:bCs/>
        </w:rPr>
        <w:t xml:space="preserve">.</w:t>
      </w:r>
      <w:r>
        <w:br/>
      </w:r>
      <w:r>
        <w:t xml:space="preserve">    (a) the degree to which something is able to change or is different</w:t>
      </w:r>
      <w:r>
        <w:br/>
      </w:r>
      <w:r>
        <w:t xml:space="preserve">    (b) unreasonably annoyed or upset</w:t>
      </w:r>
      <w:r>
        <w:br/>
      </w:r>
      <w:r>
        <w:t xml:space="preserve">    (c) not trustworthy, or improper, or attracting unwelcome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they were tired, and while Kirsten might have been known best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directness</w:t>
      </w:r>
      <w:r>
        <w:rPr>
          <w:b/>
          <w:bCs/>
        </w:rPr>
        <w:t xml:space="preserve">, her stubbornness ran a close second.</w:t>
      </w:r>
      <w:r>
        <w:br/>
      </w:r>
      <w:r>
        <w:t xml:space="preserve">    (a) related to the collection and interpretation of numerical data -- especially life expectancy and other statistics use to calculate insurance premiums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the quality of being straightforward or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"Annabel," Mrs. McMurty,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director</w:t>
      </w:r>
      <w:r>
        <w:rPr>
          <w:b/>
          <w:bCs/>
        </w:rPr>
        <w:t xml:space="preserve"> </w:t>
      </w:r>
      <w:r>
        <w:rPr>
          <w:b/>
          <w:bCs/>
        </w:rPr>
        <w:t xml:space="preserve">of the Models, said now as she passed behind me, "you're up next, okay?"</w:t>
      </w:r>
      <w:r>
        <w:br/>
      </w:r>
      <w:r>
        <w:t xml:space="preserve">    (a) someone who polishes something and makes it shiny; or someone who improves something</w:t>
      </w:r>
      <w:r>
        <w:br/>
      </w:r>
      <w:r>
        <w:t xml:space="preserve">    (b) to guide, aim, or manage -- such as actions, attention, speech, a project or company</w:t>
      </w:r>
      <w:r>
        <w:br/>
      </w:r>
      <w:r>
        <w:t xml:space="preserve">    (c) a doctor who tests eyesight and provides glasses or contact lenses to improve vision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in January, and since then she'd been going to an outpatient program, seeing an additional therapist twice a week,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sulking</w:t>
      </w:r>
      <w:r>
        <w:rPr>
          <w:b/>
          <w:bCs/>
        </w:rPr>
        <w:t xml:space="preserve"> </w:t>
      </w:r>
      <w:r>
        <w:rPr>
          <w:b/>
          <w:bCs/>
        </w:rPr>
        <w:t xml:space="preserve">around the house.</w:t>
      </w:r>
      <w:r>
        <w:br/>
      </w:r>
      <w:r>
        <w:t xml:space="preserve">    (a) drawing pictures to accompany</w:t>
      </w:r>
      <w:r>
        <w:br/>
      </w:r>
      <w:r>
        <w:t xml:space="preserve">    (b) overly unhappy and unsociable</w:t>
      </w:r>
      <w:r>
        <w:br/>
      </w:r>
      <w:r>
        <w:t xml:space="preserve">    (c) eating rapidly and completely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endured a lot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 </w:t>
      </w:r>
      <w:r>
        <w:rPr>
          <w:b/>
          <w:bCs/>
        </w:rPr>
        <w:t xml:space="preserve">since the beginning of the school year.</w:t>
      </w:r>
      <w:r>
        <w:br/>
      </w:r>
      <w:r>
        <w:t xml:space="preserve">    (a) the best or most important</w:t>
      </w:r>
      <w:r>
        <w:br/>
      </w:r>
      <w:r>
        <w:t xml:space="preserve">    (b) a secret agreement or plot</w:t>
      </w:r>
      <w:r>
        <w:br/>
      </w:r>
      <w:r>
        <w:t xml:space="preserve">    (c) careful looks or inspection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waved at me, and I waved back,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tentatively</w:t>
      </w:r>
      <w:r>
        <w:rPr>
          <w:b/>
          <w:bCs/>
        </w:rPr>
        <w:t xml:space="preserve">,</w:t>
      </w:r>
      <w:r>
        <w:br/>
      </w:r>
      <w:r>
        <w:t xml:space="preserve">    (a) uncertainly -- indicating a lack of confidence</w:t>
      </w:r>
      <w:r>
        <w:br/>
      </w:r>
      <w:r>
        <w:t xml:space="preserve">    (b) in comparison to something else</w:t>
      </w:r>
      <w:r>
        <w:br/>
      </w:r>
      <w:r>
        <w:t xml:space="preserve">    (c) in a manner that is not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Fountain School was an "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 </w:t>
      </w:r>
      <w:r>
        <w:rPr>
          <w:b/>
          <w:bCs/>
        </w:rPr>
        <w:t xml:space="preserve">learning space," also known as the Hippie School.</w:t>
      </w:r>
      <w:r>
        <w:br/>
      </w:r>
      <w:r>
        <w:t xml:space="preserve">    (a) poor ability to make a decision</w:t>
      </w:r>
      <w:r>
        <w:br/>
      </w:r>
      <w:r>
        <w:t xml:space="preserve">    (b) relating to a period of testing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 </w:t>
      </w:r>
      <w:r>
        <w:rPr>
          <w:b/>
          <w:bCs/>
        </w:rPr>
        <w:t xml:space="preserve">wasn't good either, of course.</w:t>
      </w:r>
      <w:r>
        <w:br/>
      </w:r>
      <w:r>
        <w:t xml:space="preserve">    (a) acts to tendency to engage in acts that resist government authority or attempt to overthrow a government</w:t>
      </w:r>
      <w:r>
        <w:br/>
      </w:r>
      <w:r>
        <w:t xml:space="preserve">    (b) only other possibility</w:t>
      </w:r>
      <w:r>
        <w:br/>
      </w:r>
      <w:r>
        <w:t xml:space="preserve">    (c) a mental disorder characterized by alternating episodes of major depression and abnormally elevated mood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just don't like to hurt people. ... sometimes ... I won't say exactly what I think, to spare them that."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ironic</w:t>
      </w:r>
      <w:r>
        <w:rPr>
          <w:b/>
          <w:bCs/>
        </w:rPr>
        <w:t xml:space="preserve"> </w:t>
      </w:r>
      <w:r>
        <w:rPr>
          <w:b/>
          <w:bCs/>
        </w:rPr>
        <w:t xml:space="preserve">thing was that saying this out loud was actually the most honest I'd been in ages.</w:t>
      </w:r>
      <w:r>
        <w:br/>
      </w:r>
      <w:r>
        <w:t xml:space="preserve">    (a) exceedingly funny (resulting in uncontrollable laughter); or exhibiting excessive, uncontrollable emotion</w:t>
      </w:r>
      <w:r>
        <w:br/>
      </w:r>
      <w:r>
        <w:t xml:space="preserve">    (b) a mental disorder characterized by alternating episodes of major depression and abnormally elevated mood</w:t>
      </w:r>
      <w:r>
        <w:br/>
      </w:r>
      <w:r>
        <w:t xml:space="preserve">    (c) when what happens is very different than what might be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I did, he smiled, then hit the volume button, the sound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</w:t>
      </w:r>
      <w:r>
        <w:rPr>
          <w:b/>
          <w:bCs/>
        </w:rPr>
        <w:t xml:space="preserve"> </w:t>
      </w:r>
      <w:r>
        <w:rPr>
          <w:b/>
          <w:bCs/>
        </w:rPr>
        <w:t xml:space="preserve">rising as I walked out of the room.</w:t>
      </w:r>
      <w:r>
        <w:br/>
      </w:r>
      <w:r>
        <w:t xml:space="preserve">    (a) translation</w:t>
      </w:r>
      <w:r>
        <w:br/>
      </w:r>
      <w:r>
        <w:t xml:space="preserve">    (b) storyteller</w:t>
      </w:r>
      <w:r>
        <w:br/>
      </w:r>
      <w:r>
        <w:t xml:space="preserve">    (c) quiet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been so distracted by what had happened with Owen on Friday that initially, I'd forgotten about the confrontation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preceded</w:t>
      </w:r>
      <w:r>
        <w:rPr>
          <w:b/>
          <w:bCs/>
        </w:rPr>
        <w:t xml:space="preserve"> </w:t>
      </w:r>
      <w:r>
        <w:rPr>
          <w:b/>
          <w:bCs/>
        </w:rPr>
        <w:t xml:space="preserve">it.</w:t>
      </w:r>
      <w:r>
        <w:br/>
      </w:r>
      <w:r>
        <w:t xml:space="preserve">    (a) influenced opinion</w:t>
      </w:r>
      <w:r>
        <w:br/>
      </w:r>
      <w:r>
        <w:t xml:space="preserve">    (b) wrongly understood</w:t>
      </w:r>
      <w:r>
        <w:br/>
      </w:r>
      <w:r>
        <w:t xml:space="preserve">    (c) went or was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can you just rule out an entire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genre</w:t>
      </w:r>
      <w:r>
        <w:rPr>
          <w:b/>
          <w:bCs/>
        </w:rPr>
        <w:t xml:space="preserve">?</w:t>
      </w:r>
      <w:r>
        <w:br/>
      </w:r>
      <w:r>
        <w:t xml:space="preserve">    (a) use of reason</w:t>
      </w:r>
      <w:r>
        <w:br/>
      </w:r>
      <w:r>
        <w:t xml:space="preserve">    (b) a style or kind -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 thing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Ebb</w:t>
      </w:r>
      <w:r>
        <w:rPr>
          <w:b/>
          <w:bCs/>
        </w:rPr>
        <w:t xml:space="preserve"> </w:t>
      </w:r>
      <w:r>
        <w:rPr>
          <w:b/>
          <w:bCs/>
        </w:rPr>
        <w:t xml:space="preserve">Tide," it continued, "is that they're really an acquired taste."</w:t>
      </w:r>
      <w:r>
        <w:br/>
      </w:r>
      <w:r>
        <w:t xml:space="preserve">    (a) make something more attractive or interesting by adding to it</w:t>
      </w:r>
      <w:r>
        <w:br/>
      </w:r>
      <w:r>
        <w:t xml:space="preserve">    (b) decline -- typically gradually as with the height of the tide</w:t>
      </w:r>
      <w:r>
        <w:br/>
      </w:r>
      <w:r>
        <w:t xml:space="preserve">    (c) a large structure separate from a main structure or temporary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heard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 </w:t>
      </w:r>
      <w:r>
        <w:rPr>
          <w:b/>
          <w:bCs/>
        </w:rPr>
        <w:t xml:space="preserve">shriek, followed by a door slamming.</w:t>
      </w:r>
      <w:r>
        <w:br/>
      </w:r>
      <w:r>
        <w:t xml:space="preserve">    (a) accepted of something undesired as unavoidable</w:t>
      </w:r>
      <w:r>
        <w:br/>
      </w:r>
      <w:r>
        <w:t xml:space="preserve">    (b) angered or annoyed at something unjust or wrong</w:t>
      </w:r>
      <w:r>
        <w:br/>
      </w:r>
      <w:r>
        <w:t xml:space="preserve">    (c) surprised as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Green, beautiful grass, just like the kind on the golf course across the street,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i.e.</w:t>
      </w:r>
      <w:r>
        <w:rPr>
          <w:b/>
          <w:bCs/>
        </w:rPr>
        <w:t xml:space="preserve">, totally chemically induced, filling the screen from one side to the other.</w:t>
      </w:r>
      <w:r>
        <w:br/>
      </w:r>
      <w:r>
        <w:t xml:space="preserve">    (a)</w:t>
      </w:r>
      <w:r>
        <w:t xml:space="preserve"> </w:t>
      </w:r>
      <w:r>
        <w:rPr>
          <w:i/>
          <w:iCs/>
        </w:rPr>
        <w:t xml:space="preserve">that is to say</w:t>
      </w:r>
      <w:r>
        <w:t xml:space="preserve">; or</w:t>
      </w:r>
      <w:r>
        <w:t xml:space="preserve"> </w:t>
      </w:r>
      <w:r>
        <w:rPr>
          <w:i/>
          <w:iCs/>
        </w:rPr>
        <w:t xml:space="preserve">in other words</w:t>
      </w:r>
      <w:r>
        <w:br/>
      </w:r>
      <w:r>
        <w:t xml:space="preserve">    (b) an expression used to intensify denial of an idea</w:t>
      </w:r>
      <w:r>
        <w:br/>
      </w:r>
      <w:r>
        <w:t xml:space="preserve">    (c) for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bobbing his head 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chords</w:t>
      </w:r>
      <w:r>
        <w:rPr>
          <w:b/>
          <w:bCs/>
        </w:rPr>
        <w:t xml:space="preserve"> </w:t>
      </w:r>
      <w:r>
        <w:rPr>
          <w:b/>
          <w:bCs/>
        </w:rPr>
        <w:t xml:space="preserve">bounced over us.</w:t>
      </w:r>
      <w:r>
        <w:br/>
      </w:r>
      <w:r>
        <w:t xml:space="preserve">    (a) items characterized by narrower parallel folds when closed and wider when open -- such as a door or musical instrument with that characteristic</w:t>
      </w:r>
      <w:r>
        <w:br/>
      </w:r>
      <w:r>
        <w:t xml:space="preserve">    (b) (verb) intentionally angers, challenges, or upsets someone  OR  (noun) insults or other actions intended to anger, challenge, or upset someone</w:t>
      </w:r>
      <w:r>
        <w:br/>
      </w:r>
      <w:r>
        <w:t xml:space="preserve">    (c) a combination of three or more notes that blend harmoniously when sounded together; or figuratively to express harmonious blending or clashing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"Well, you know," I said, "there's a lot left up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interpretation</w:t>
      </w:r>
      <w:r>
        <w:rPr>
          <w:b/>
          <w:bCs/>
        </w:rPr>
        <w:t xml:space="preserve">."</w:t>
      </w:r>
      <w:r>
        <w:br/>
      </w:r>
      <w:r>
        <w:t xml:space="preserve">    (a) the time during which something continues</w:t>
      </w:r>
      <w:r>
        <w:br/>
      </w:r>
      <w:r>
        <w:t xml:space="preserve">    (b) a particular understanding or explanation</w:t>
      </w:r>
      <w:r>
        <w:br/>
      </w:r>
      <w:r>
        <w:t xml:space="preserve">    (c) meticulousness (care about small details)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2026-07-31T16:42:11Z</dcterms:created>
  <dcterms:modified xsi:type="dcterms:W3CDTF">2026-07-31T16:42:11Z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