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d9ee63b9da2982df65f1e1498ea0dbd57a58c7"/>
    <w:p>
      <w:pPr>
        <w:pStyle w:val="Heading1"/>
      </w:pPr>
      <w:r>
        <w:rPr>
          <w:b/>
          <w:bCs/>
        </w:rPr>
        <w:t xml:space="preserve">Just Listen</w:t>
      </w:r>
      <w:r>
        <w:br/>
      </w:r>
      <w:r>
        <w:rPr>
          <w:i/>
          <w:iCs/>
        </w:rPr>
        <w:t xml:space="preserve">Sarah Dessen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just knew, by the expression on her face, the steely narrowing of her eyes, the heavy, enunciated sighs that could be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belittling</w:t>
      </w:r>
      <w:r>
        <w:rPr>
          <w:b/>
          <w:bCs/>
        </w:rPr>
        <w:t xml:space="preserve"> </w:t>
      </w:r>
      <w:r>
        <w:rPr>
          <w:b/>
          <w:bCs/>
        </w:rPr>
        <w:t xml:space="preserve">that words, any words, seemed preferable to them.</w:t>
      </w:r>
      <w:r>
        <w:br/>
      </w:r>
      <w:r>
        <w:t xml:space="preserve">    (a) controlling, preventing, or making less intense</w:t>
      </w:r>
      <w:r>
        <w:br/>
      </w:r>
      <w:r>
        <w:t xml:space="preserve">    (b) making someone or something seem less important</w:t>
      </w:r>
      <w:r>
        <w:br/>
      </w:r>
      <w:r>
        <w:t xml:space="preserve">    (c) considering (the affect on a result or outcome)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His size, of course, you saw first: the height, the big wrists,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enormity</w:t>
      </w:r>
      <w:r>
        <w:rPr>
          <w:b/>
          <w:bCs/>
        </w:rPr>
        <w:t xml:space="preserve"> </w:t>
      </w:r>
      <w:r>
        <w:rPr>
          <w:b/>
          <w:bCs/>
        </w:rPr>
        <w:t xml:space="preserve">of his mere presence.</w:t>
      </w:r>
      <w:r>
        <w:br/>
      </w:r>
      <w:r>
        <w:t xml:space="preserve">    (a) gradual destruction (of something previously established) -- such as a government, rule, or belief</w:t>
      </w:r>
      <w:r>
        <w:br/>
      </w:r>
      <w:r>
        <w:t xml:space="preserve">    (b) extreme wickedness</w:t>
      </w:r>
      <w:r>
        <w:br/>
      </w:r>
      <w:r>
        <w:br/>
      </w:r>
      <w:r>
        <w:t xml:space="preserve">or more rarely (and considered incorrect by many):  enormousness (largeness)</w:t>
      </w:r>
      <w:r>
        <w:br/>
      </w:r>
      <w:r>
        <w:t xml:space="preserve">    (c) a system of government with a ruler who has absolute power -- especially one who abuses that power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days I was more worried about Sophie, who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credible</w:t>
      </w:r>
      <w:r>
        <w:rPr>
          <w:b/>
          <w:bCs/>
        </w:rPr>
        <w:t xml:space="preserve"> </w:t>
      </w:r>
      <w:r>
        <w:rPr>
          <w:b/>
          <w:bCs/>
        </w:rPr>
        <w:t xml:space="preserve">threat, or even Clarke, who had made it clear that yes, she still hated me.</w:t>
      </w:r>
      <w:r>
        <w:br/>
      </w:r>
      <w:r>
        <w:t xml:space="preserve">    (a) believable as a truth or as a means of accomplishing something</w:t>
      </w:r>
      <w:r>
        <w:br/>
      </w:r>
      <w:r>
        <w:t xml:space="preserve">    (b) the condition of continuing or seeming to continue without end</w:t>
      </w:r>
      <w:r>
        <w:br/>
      </w:r>
      <w:r>
        <w:t xml:space="preserve">    (c) the characteristic of being excessively unhappy and unsociable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wasn't unlike Kirsten in this fashion, but while my sister's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forthrightness</w:t>
      </w:r>
      <w:r>
        <w:rPr>
          <w:b/>
          <w:bCs/>
        </w:rPr>
        <w:t xml:space="preserve"> </w:t>
      </w:r>
      <w:r>
        <w:rPr>
          <w:b/>
          <w:bCs/>
        </w:rPr>
        <w:t xml:space="preserve">always made me uneasy, Sophie's was different.</w:t>
      </w:r>
      <w:r>
        <w:br/>
      </w:r>
      <w:r>
        <w:t xml:space="preserve">    (a) requiring great strength or effort (like that of the mythological Hercules)</w:t>
      </w:r>
      <w:r>
        <w:br/>
      </w:r>
      <w:r>
        <w:t xml:space="preserve">    (b) honest and direct in speaking or behavior -- even when it’s uncomfortable</w:t>
      </w:r>
      <w:r>
        <w:br/>
      </w:r>
      <w:r>
        <w:t xml:space="preserve">    (c) working against the principles of democracy or representation of the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all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bravado</w:t>
      </w:r>
      <w:r>
        <w:rPr>
          <w:b/>
          <w:bCs/>
        </w:rPr>
        <w:t xml:space="preserve">, though, I knew Sophie had her own problems.</w:t>
      </w:r>
      <w:r>
        <w:br/>
      </w:r>
      <w:r>
        <w:t xml:space="preserve">    (a) a bold manner or show of bravery -- often hiding fear or insecurity</w:t>
      </w:r>
      <w:r>
        <w:br/>
      </w:r>
      <w:r>
        <w:t xml:space="preserve">    (b) a basic building block of matter that makes up protons and neutrons</w:t>
      </w:r>
      <w:r>
        <w:br/>
      </w:r>
      <w:r>
        <w:t xml:space="preserve">    (c) related to or causing dramatic change; of a supporter of the change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picture was beautiful, however, the composition perfect. ... In the last few months, though, it had started to look kind of eerie to me. Like I couldn't just see the fine white-on-black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</w:t>
      </w:r>
      <w:r>
        <w:rPr>
          <w:b/>
          <w:bCs/>
        </w:rPr>
        <w:t xml:space="preserve">, or the way our features repeated themselves, in different measure but always similar, across our faces. Instead, when I studied it, I saw other things.</w:t>
      </w:r>
      <w:r>
        <w:br/>
      </w:r>
      <w:r>
        <w:t xml:space="preserve">    (a) without sympathy for another's suffering</w:t>
      </w:r>
      <w:r>
        <w:br/>
      </w:r>
      <w:r>
        <w:t xml:space="preserve">    (b) the difference between tones of an image</w:t>
      </w:r>
      <w:r>
        <w:br/>
      </w:r>
      <w:r>
        <w:t xml:space="preserve">    (c) hold together (connect or unite) or wrap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 staring, a blur of faces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fluctuating</w:t>
      </w:r>
      <w:r>
        <w:rPr>
          <w:b/>
          <w:bCs/>
        </w:rPr>
        <w:t xml:space="preserve">, shifting, as she moved through them, and then their eyes all turned to me.</w:t>
      </w:r>
      <w:r>
        <w:br/>
      </w:r>
      <w:r>
        <w:t xml:space="preserve">    (a) alternately increasing and decreasing in quantity</w:t>
      </w:r>
      <w:r>
        <w:br/>
      </w:r>
      <w:r>
        <w:t xml:space="preserve">    (b) giving an opinion of what is wrong with something</w:t>
      </w:r>
      <w:r>
        <w:br/>
      </w:r>
      <w:r>
        <w:t xml:space="preserve">    (c) expressing regret for having done something wrong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"Enlightened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insomniacs</w:t>
      </w:r>
      <w:r>
        <w:rPr>
          <w:b/>
          <w:bCs/>
        </w:rPr>
        <w:t xml:space="preserve">," I said.</w:t>
      </w:r>
      <w:r>
        <w:br/>
      </w:r>
      <w:r>
        <w:t xml:space="preserve">    (a) an inability to sleep; or a disease that constantly creates an inability to sleep</w:t>
      </w:r>
      <w:r>
        <w:br/>
      </w:r>
      <w:r>
        <w:t xml:space="preserve">    (b) people of the south Asian Muslim republic that is the fifth most populous country</w:t>
      </w:r>
      <w:r>
        <w:br/>
      </w:r>
      <w:r>
        <w:t xml:space="preserve">    (c) compounds best known for causing an allergic reaction after exposure to allergens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took us twenty minutes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extricate</w:t>
      </w:r>
      <w:r>
        <w:rPr>
          <w:b/>
          <w:bCs/>
        </w:rPr>
        <w:t xml:space="preserve"> </w:t>
      </w:r>
      <w:r>
        <w:rPr>
          <w:b/>
          <w:bCs/>
        </w:rPr>
        <w:t xml:space="preserve">ourselves, at which point I left Emily with some girls she knew and finally went looking for Sophie.</w:t>
      </w:r>
      <w:r>
        <w:br/>
      </w:r>
      <w:r>
        <w:t xml:space="preserve">    (a) free</w:t>
      </w:r>
      <w:r>
        <w:br/>
      </w:r>
      <w:r>
        <w:t xml:space="preserve">    (b) move out of an interacting position; or stop</w:t>
      </w:r>
      <w:r>
        <w:br/>
      </w:r>
      <w:r>
        <w:t xml:space="preserve">    (c) to think carefully and make a judgment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Cumulatively</w:t>
      </w:r>
      <w:r>
        <w:rPr>
          <w:b/>
          <w:bCs/>
        </w:rPr>
        <w:t xml:space="preserve">, it seemed like a lot of dishonesty, enough so that I found myself wanting to keep my word whenever possible.</w:t>
      </w:r>
      <w:r>
        <w:br/>
      </w:r>
      <w:r>
        <w:t xml:space="preserve">    (a) in a manner that increases by a series of additions over time</w:t>
      </w:r>
      <w:r>
        <w:br/>
      </w:r>
      <w:r>
        <w:t xml:space="preserve">    (b) in a manner that is not clearly seen, expressed or understood</w:t>
      </w:r>
      <w:r>
        <w:br/>
      </w:r>
      <w:r>
        <w:t xml:space="preserve">    (c) in a manner that is effective in producing an intended effect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Usually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capitulated</w:t>
      </w:r>
      <w:r>
        <w:rPr>
          <w:b/>
          <w:bCs/>
        </w:rPr>
        <w:t xml:space="preserve">, allowing himself to be outvoted,</w:t>
      </w:r>
      <w:r>
        <w:br/>
      </w:r>
      <w:r>
        <w:t xml:space="preserve">    (a) helped make clear</w:t>
      </w:r>
      <w:r>
        <w:br/>
      </w:r>
      <w:r>
        <w:t xml:space="preserve">    (b) stopped resisting</w:t>
      </w:r>
      <w:r>
        <w:br/>
      </w:r>
      <w:r>
        <w:t xml:space="preserve">    (c) thought carefully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so used to lunch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interminable</w:t>
      </w:r>
      <w:r>
        <w:rPr>
          <w:b/>
          <w:bCs/>
        </w:rPr>
        <w:t xml:space="preserve">, but this one had flown by.</w:t>
      </w:r>
      <w:r>
        <w:br/>
      </w:r>
      <w:r>
        <w:t xml:space="preserve">    (a) seemingly endless; or long and unpleasant (often boring or annoying)</w:t>
      </w:r>
      <w:r>
        <w:br/>
      </w:r>
      <w:r>
        <w:t xml:space="preserve">    (b) relating to expert judgement of what is good and bad about something</w:t>
      </w:r>
      <w:r>
        <w:br/>
      </w:r>
      <w:r>
        <w:t xml:space="preserve">    (c) full of anger or unhappiness at having to accept something not liked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looked down at my hands, thinking again that I had to be awfully simple for him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deduce</w:t>
      </w:r>
      <w:r>
        <w:rPr>
          <w:b/>
          <w:bCs/>
        </w:rPr>
        <w:t xml:space="preserve"> </w:t>
      </w:r>
      <w:r>
        <w:rPr>
          <w:b/>
          <w:bCs/>
        </w:rPr>
        <w:t xml:space="preserve">so much about me in less than a week.</w:t>
      </w:r>
      <w:r>
        <w:br/>
      </w:r>
      <w:r>
        <w:t xml:space="preserve">    (a) almost, but not exact</w:t>
      </w:r>
      <w:r>
        <w:br/>
      </w:r>
      <w:r>
        <w:t xml:space="preserve">    (b) decrease in intensity</w:t>
      </w:r>
      <w:r>
        <w:br/>
      </w:r>
      <w:r>
        <w:t xml:space="preserve">    (c) conclude by reasoning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white lies</w:t>
      </w:r>
      <w:r>
        <w:rPr>
          <w:b/>
          <w:bCs/>
        </w:rPr>
        <w:t xml:space="preserve"> </w:t>
      </w:r>
      <w:r>
        <w:rPr>
          <w:b/>
          <w:bCs/>
        </w:rPr>
        <w:t xml:space="preserve">I told on a daily basis, the things I kept in, each time I was not totally honest-I was aware of every one now.</w:t>
      </w:r>
      <w:r>
        <w:br/>
      </w:r>
      <w:r>
        <w:t xml:space="preserve">    (a) judgments, rough calculations or guesses of qualities or values</w:t>
      </w:r>
      <w:r>
        <w:br/>
      </w:r>
      <w:r>
        <w:t xml:space="preserve">    (b) unimportant</w:t>
      </w:r>
      <w:r>
        <w:br/>
      </w:r>
      <w:r>
        <w:t xml:space="preserve">    (c) groups formed to discuss or offer insight on a particular topic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at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expo</w:t>
      </w:r>
      <w:r>
        <w:rPr>
          <w:b/>
          <w:bCs/>
        </w:rPr>
        <w:t xml:space="preserve"> </w:t>
      </w:r>
      <w:r>
        <w:rPr>
          <w:b/>
          <w:bCs/>
        </w:rPr>
        <w:t xml:space="preserve">I worked, at the mall?</w:t>
      </w:r>
      <w:r>
        <w:br/>
      </w:r>
      <w:r>
        <w:t xml:space="preserve">    (a) someone bound to serve another without pay -- such as a slave or serf</w:t>
      </w:r>
      <w:r>
        <w:br/>
      </w:r>
      <w:r>
        <w:t xml:space="preserve">    (b) the degree to which something can change to fit a different situation</w:t>
      </w:r>
      <w:r>
        <w:br/>
      </w:r>
      <w:r>
        <w:t xml:space="preserve">    (c) a collection of things (goods or works of art etc.) on public display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Are you suggesting some sort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pilgrimage</w:t>
      </w:r>
      <w:r>
        <w:rPr>
          <w:b/>
          <w:bCs/>
        </w:rPr>
        <w:t xml:space="preserve">?</w:t>
      </w:r>
      <w:r>
        <w:br/>
      </w:r>
      <w:r>
        <w:t xml:space="preserve">    (a) portray or create in a particular way  OR  interpret, translate, or extract from</w:t>
      </w:r>
      <w:r>
        <w:br/>
      </w:r>
      <w:r>
        <w:t xml:space="preserve">    (b) a journey to a special place -- especially a sacred place for religious purposes</w:t>
      </w:r>
      <w:r>
        <w:br/>
      </w:r>
      <w:r>
        <w:t xml:space="preserve">    (c) removing the favoring any side in a contest, war, disagreement, or other dispute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also in full-on flirt mode with Michael, who seemed more than happy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</w:t>
      </w:r>
      <w:r>
        <w:rPr>
          <w:b/>
          <w:bCs/>
        </w:rPr>
        <w:t xml:space="preserve">.</w:t>
      </w:r>
      <w:r>
        <w:br/>
      </w:r>
      <w:r>
        <w:t xml:space="preserve">    (a) begin fighting</w:t>
      </w:r>
      <w:r>
        <w:br/>
      </w:r>
      <w:r>
        <w:t xml:space="preserve">    (b) less than zero</w:t>
      </w:r>
      <w:r>
        <w:br/>
      </w:r>
      <w:r>
        <w:t xml:space="preserve">    (c) do the same in response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initially, I'd been surprised, then worried when he hadn't shown up, the entire experience had been so overwhelming-although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cathartic</w:t>
      </w:r>
      <w:r>
        <w:rPr>
          <w:b/>
          <w:bCs/>
        </w:rPr>
        <w:t xml:space="preserve">— that I'd kind of forgotten about it once I got up on the stand.</w:t>
      </w:r>
      <w:r>
        <w:br/>
      </w:r>
      <w:r>
        <w:t xml:space="preserve">    (a) a particular understanding or explanation</w:t>
      </w:r>
      <w:r>
        <w:br/>
      </w:r>
      <w:r>
        <w:t xml:space="preserve">    (b) the time during which something continues</w:t>
      </w:r>
      <w:r>
        <w:br/>
      </w:r>
      <w:r>
        <w:t xml:space="preserve">    (c) causing the release of emotional tensions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 I had to negotiate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furlough</w:t>
      </w:r>
      <w:r>
        <w:rPr>
          <w:b/>
          <w:bCs/>
        </w:rPr>
        <w:t xml:space="preserve">.</w:t>
      </w:r>
      <w:r>
        <w:br/>
      </w:r>
      <w:r>
        <w:t xml:space="preserve">    (a) a method of artistic painting on a wall by using watercolors on wet plaster; or the painting made in such a manner</w:t>
      </w:r>
      <w:r>
        <w:br/>
      </w:r>
      <w:r>
        <w:t xml:space="preserve">    (b) a temporary leave from work, duty, or confinement, usually granted by an employer, the military, or an institution</w:t>
      </w:r>
      <w:r>
        <w:br/>
      </w:r>
      <w:r>
        <w:t xml:space="preserve">    (c) accept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I'm not sure about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juxtaposition</w:t>
      </w:r>
      <w:r>
        <w:rPr>
          <w:b/>
          <w:bCs/>
        </w:rPr>
        <w:t xml:space="preserve"> </w:t>
      </w:r>
      <w:r>
        <w:rPr>
          <w:b/>
          <w:bCs/>
        </w:rPr>
        <w:t xml:space="preserve">you did in the second pairing-</w:t>
      </w:r>
      <w:r>
        <w:br/>
      </w:r>
      <w:r>
        <w:t xml:space="preserve">    (a) a general feeling of not being as good as others</w:t>
      </w:r>
      <w:r>
        <w:br/>
      </w:r>
      <w:r>
        <w:t xml:space="preserve">    (b) the act, process, or instance of telling a story</w:t>
      </w:r>
      <w:r>
        <w:br/>
      </w:r>
      <w:r>
        <w:t xml:space="preserve">    (c) act of positioning dissimilar things side-x-side (to contrast)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2026-07-31T16:42:11Z</dcterms:created>
  <dcterms:modified xsi:type="dcterms:W3CDTF">2026-07-31T16:42:11Z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