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93d65cbda78e13ba048d19c67c808217738084"/>
    <w:p>
      <w:pPr>
        <w:pStyle w:val="Heading1"/>
      </w:pPr>
      <w:r>
        <w:rPr>
          <w:b/>
          <w:bCs/>
        </w:rPr>
        <w:t xml:space="preserve">Jurassic Park</w:t>
      </w:r>
      <w:r>
        <w:br/>
      </w:r>
      <w:r>
        <w:rPr>
          <w:i/>
          <w:iCs/>
        </w:rPr>
        <w:t xml:space="preserve">Michael Crichton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changed</w:t>
      </w:r>
      <w:r>
        <w:br/>
      </w:r>
      <w:r>
        <w:t xml:space="preserve">    (b) read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human spine is not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well adapted</w:t>
      </w:r>
      <w:r>
        <w:rPr>
          <w:b/>
          <w:bCs/>
        </w:rPr>
        <w:t xml:space="preserve"> </w:t>
      </w:r>
      <w:r>
        <w:rPr>
          <w:b/>
          <w:bCs/>
        </w:rPr>
        <w:t xml:space="preserve">to walking upright as we would like.</w:t>
      </w:r>
      <w:r>
        <w:br/>
      </w:r>
      <w:r>
        <w:t xml:space="preserve">    (a) known widely</w:t>
      </w:r>
      <w:r>
        <w:br/>
      </w:r>
      <w:r>
        <w:t xml:space="preserve">    (b) insured</w:t>
      </w:r>
      <w:r>
        <w:br/>
      </w:r>
      <w:r>
        <w:t xml:space="preserve">    (c) well suited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visiting the Museum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Contemporary</w:t>
      </w:r>
      <w:r>
        <w:rPr>
          <w:b/>
          <w:bCs/>
        </w:rPr>
        <w:t xml:space="preserve"> </w:t>
      </w:r>
      <w:r>
        <w:rPr>
          <w:b/>
          <w:bCs/>
        </w:rPr>
        <w:t xml:space="preserve">Art.</w:t>
      </w:r>
      <w:r>
        <w:br/>
      </w:r>
      <w:r>
        <w:t xml:space="preserve">    (a) belonging to the present time</w:t>
      </w:r>
      <w:r>
        <w:br/>
      </w:r>
      <w:r>
        <w:t xml:space="preserve">    (b) deserving contemplation</w:t>
      </w:r>
      <w:r>
        <w:br/>
      </w:r>
      <w:r>
        <w:t xml:space="preserve">    (c) using contrasting colors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composer Salieri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contemporary</w:t>
      </w:r>
      <w:r>
        <w:rPr>
          <w:b/>
          <w:bCs/>
        </w:rPr>
        <w:t xml:space="preserve"> </w:t>
      </w:r>
      <w:r>
        <w:rPr>
          <w:b/>
          <w:bCs/>
        </w:rPr>
        <w:t xml:space="preserve">with Mozart.</w:t>
      </w:r>
      <w:r>
        <w:br/>
      </w:r>
      <w:r>
        <w:t xml:space="preserve">    (a) of similar talent</w:t>
      </w:r>
      <w:r>
        <w:br/>
      </w:r>
      <w:r>
        <w:t xml:space="preserve">    (b) of the same time</w:t>
      </w:r>
      <w:r>
        <w:br/>
      </w:r>
      <w:r>
        <w:t xml:space="preserve">    (c) often in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Ants play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role in the ecosystem.</w:t>
      </w:r>
      <w:r>
        <w:br/>
      </w:r>
      <w:r>
        <w:t xml:space="preserve">    (a) small</w:t>
      </w:r>
      <w:r>
        <w:br/>
      </w:r>
      <w:r>
        <w:t xml:space="preserve">    (b) important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of the administration.</w:t>
      </w:r>
      <w:r>
        <w:br/>
      </w:r>
      <w:r>
        <w:t xml:space="preserve">    (a) dangerous</w:t>
      </w:r>
      <w:r>
        <w:br/>
      </w:r>
      <w:r>
        <w:t xml:space="preserve">    (b) tends to find fault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film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commercial success.</w:t>
      </w:r>
      <w:r>
        <w:br/>
      </w:r>
      <w:r>
        <w:t xml:space="preserve">    (a) expert opinion</w:t>
      </w:r>
      <w:r>
        <w:br/>
      </w:r>
      <w:r>
        <w:t xml:space="preserve">    (b) popular opinion</w:t>
      </w:r>
      <w:r>
        <w:br/>
      </w:r>
      <w:r>
        <w:t xml:space="preserve">    (c) diverse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required that he provide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DNA</w:t>
      </w:r>
      <w:r>
        <w:rPr>
          <w:b/>
          <w:bCs/>
        </w:rPr>
        <w:t xml:space="preserve"> </w:t>
      </w:r>
      <w:r>
        <w:rPr>
          <w:b/>
          <w:bCs/>
        </w:rPr>
        <w:t xml:space="preserve">sample to see if it was his baby.</w:t>
      </w:r>
      <w:r>
        <w:br/>
      </w:r>
      <w:r>
        <w:t xml:space="preserve">    (a) genetic information</w:t>
      </w:r>
      <w:r>
        <w:br/>
      </w:r>
      <w:r>
        <w:t xml:space="preserve">    (b) birth certificate</w:t>
      </w:r>
      <w:r>
        <w:br/>
      </w:r>
      <w:r>
        <w:t xml:space="preserve">    (c) picture 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can clone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embryo</w:t>
      </w:r>
      <w:r>
        <w:rPr>
          <w:b/>
          <w:bCs/>
        </w:rPr>
        <w:t xml:space="preserve">.</w:t>
      </w:r>
      <w:r>
        <w:br/>
      </w:r>
      <w:r>
        <w:t xml:space="preserve">    (a) female egg</w:t>
      </w:r>
      <w:r>
        <w:br/>
      </w:r>
      <w:r>
        <w:t xml:space="preserve">    (b) newly developing animal</w:t>
      </w:r>
      <w:r>
        <w:br/>
      </w:r>
      <w:r>
        <w:t xml:space="preserve">    (c) male seed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field of economics,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 </w:t>
      </w:r>
      <w:r>
        <w:rPr>
          <w:b/>
          <w:bCs/>
        </w:rPr>
        <w:t xml:space="preserve">is achieved when supply meets demand, resulting in stable prices and satisfied consumers.</w:t>
      </w:r>
      <w:r>
        <w:br/>
      </w:r>
      <w:r>
        <w:t xml:space="preserve">    (a) conflict</w:t>
      </w:r>
      <w:r>
        <w:br/>
      </w:r>
      <w:r>
        <w:t xml:space="preserve">    (b) disparity</w:t>
      </w:r>
      <w:r>
        <w:br/>
      </w:r>
      <w:r>
        <w:t xml:space="preserve">    (c) balance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to rest my eyes by periodically looking up from the computer and gazing out the window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foliage</w:t>
      </w:r>
      <w:r>
        <w:rPr>
          <w:b/>
          <w:bCs/>
        </w:rPr>
        <w:t xml:space="preserve">.</w:t>
      </w:r>
      <w:r>
        <w:br/>
      </w:r>
      <w:r>
        <w:t xml:space="preserve">    (a) plant leaves</w:t>
      </w:r>
      <w:r>
        <w:br/>
      </w:r>
      <w:r>
        <w:t xml:space="preserve">    (b) birds</w:t>
      </w:r>
      <w:r>
        <w:br/>
      </w:r>
      <w:r>
        <w:t xml:space="preserve">    (c) clouds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genes</w:t>
      </w:r>
      <w:r>
        <w:rPr>
          <w:b/>
          <w:bCs/>
        </w:rPr>
        <w:t xml:space="preserve"> </w:t>
      </w:r>
      <w:r>
        <w:rPr>
          <w:b/>
          <w:bCs/>
        </w:rPr>
        <w:t xml:space="preserve">come from the father and half from the mother.</w:t>
      </w:r>
      <w:r>
        <w:br/>
      </w:r>
      <w:r>
        <w:t xml:space="preserve">    (a) advice</w:t>
      </w:r>
      <w:r>
        <w:br/>
      </w:r>
      <w:r>
        <w:t xml:space="preserve">    (b) second cousins</w:t>
      </w:r>
      <w:r>
        <w:br/>
      </w:r>
      <w:r>
        <w:t xml:space="preserve">    (c) DNA segments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</w:t>
      </w:r>
      <w:r>
        <w:rPr>
          <w:b/>
          <w:bCs/>
        </w:rPr>
        <w:t xml:space="preserve"> </w:t>
      </w:r>
      <w:r>
        <w:rPr>
          <w:b/>
          <w:bCs/>
        </w:rPr>
        <w:t xml:space="preserve">which candidate she supports.</w:t>
      </w:r>
      <w:r>
        <w:br/>
      </w:r>
      <w:r>
        <w:t xml:space="preserve">    (a) hide or disguise</w:t>
      </w:r>
      <w:r>
        <w:br/>
      </w:r>
      <w:r>
        <w:t xml:space="preserve">    (b) decide</w:t>
      </w:r>
      <w:r>
        <w:br/>
      </w:r>
      <w:r>
        <w:t xml:space="preserve">    (c) express of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meticulously pieced together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Jurassic</w:t>
      </w:r>
      <w:r>
        <w:rPr>
          <w:b/>
          <w:bCs/>
        </w:rPr>
        <w:t xml:space="preserve"> </w:t>
      </w:r>
      <w:r>
        <w:rPr>
          <w:b/>
          <w:bCs/>
        </w:rPr>
        <w:t xml:space="preserve">fossils, unveiling a stunning glimpse into ancient life.</w:t>
      </w:r>
      <w:r>
        <w:br/>
      </w:r>
      <w:r>
        <w:t xml:space="preserve">    (a) from the age of flowering plants</w:t>
      </w:r>
      <w:r>
        <w:br/>
      </w:r>
      <w:r>
        <w:t xml:space="preserve">    (b) from the age of the dinosaurs</w:t>
      </w:r>
      <w:r>
        <w:br/>
      </w:r>
      <w:r>
        <w:t xml:space="preserve">    (c) from the age of early 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?</w:t>
      </w:r>
      <w:r>
        <w:br/>
      </w:r>
      <w:r>
        <w:t xml:space="preserve">    (a) problem</w:t>
      </w:r>
      <w:r>
        <w:br/>
      </w:r>
      <w:r>
        <w:t xml:space="preserve">    (b) goal</w:t>
      </w:r>
      <w:r>
        <w:br/>
      </w:r>
      <w:r>
        <w:t xml:space="preserve">    (c) point-of-view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lots of rumors, but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important</w:t>
      </w:r>
      <w:r>
        <w:br/>
      </w:r>
      <w:r>
        <w:t xml:space="preserve">    (b) done by an expert</w:t>
      </w:r>
      <w:r>
        <w:br/>
      </w:r>
      <w:r>
        <w:t xml:space="preserve">    (c) fact-based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of interest</w:t>
      </w:r>
      <w:r>
        <w:br/>
      </w:r>
      <w:r>
        <w:t xml:space="preserve">    (b) thing that is growing</w:t>
      </w:r>
      <w:r>
        <w:br/>
      </w:r>
      <w:r>
        <w:t xml:space="preserve">    (c) thing that is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mind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preoccupied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thoughts of the upcoming exam, making it hard for her to focus on the movie.</w:t>
      </w:r>
      <w:r>
        <w:br/>
      </w:r>
      <w:r>
        <w:t xml:space="preserve">    (a) unconcerned</w:t>
      </w:r>
      <w:r>
        <w:br/>
      </w:r>
      <w:r>
        <w:t xml:space="preserve">    (b) distracted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closed off the room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 </w:t>
      </w:r>
      <w:r>
        <w:rPr>
          <w:b/>
          <w:bCs/>
        </w:rPr>
        <w:t xml:space="preserve">the crime scene.</w:t>
      </w:r>
      <w:r>
        <w:br/>
      </w:r>
      <w:r>
        <w:t xml:space="preserve">    (a) keep quiet</w:t>
      </w:r>
      <w:r>
        <w:br/>
      </w:r>
      <w:r>
        <w:t xml:space="preserve">    (b) keep unchanged</w:t>
      </w:r>
      <w:r>
        <w:br/>
      </w:r>
      <w:r>
        <w:t xml:space="preserve">    (c) keep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the wildlife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.</w:t>
      </w:r>
      <w:r>
        <w:br/>
      </w:r>
      <w:r>
        <w:t xml:space="preserve">    (a) zoo</w:t>
      </w:r>
      <w:r>
        <w:br/>
      </w:r>
      <w:r>
        <w:t xml:space="preserve">    (b) protected area</w:t>
      </w:r>
      <w:r>
        <w:br/>
      </w:r>
      <w:r>
        <w:t xml:space="preserve">    (c) park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2026-07-31T15:36:23Z</dcterms:created>
  <dcterms:modified xsi:type="dcterms:W3CDTF">2026-07-31T15:36:23Z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