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a6d1e2163cdd8793d5e0ec82bc776e543e7f1c"/>
    <w:p>
      <w:pPr>
        <w:pStyle w:val="Heading1"/>
      </w:pPr>
      <w:r>
        <w:rPr>
          <w:b/>
          <w:bCs/>
        </w:rPr>
        <w:t xml:space="preserve">Jurassic Park</w:t>
      </w:r>
      <w:r>
        <w:br/>
      </w:r>
      <w:r>
        <w:rPr>
          <w:i/>
          <w:iCs/>
        </w:rPr>
        <w:t xml:space="preserve">Michael Crichton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Thus the attitude of pure scientists was fundamentally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</w:t>
      </w:r>
      <w:r>
        <w:rPr>
          <w:b/>
          <w:bCs/>
        </w:rPr>
        <w:t xml:space="preserve"> </w:t>
      </w:r>
      <w:r>
        <w:rPr>
          <w:b/>
          <w:bCs/>
        </w:rPr>
        <w:t xml:space="preserve">toward the work of applied scientists, and to industry in general.</w:t>
      </w:r>
      <w:r>
        <w:br/>
      </w:r>
      <w:r>
        <w:t xml:space="preserve">    (a) comprehensive</w:t>
      </w:r>
      <w:r>
        <w:br/>
      </w:r>
      <w:r>
        <w:t xml:space="preserve">    (b) disapproving</w:t>
      </w:r>
      <w:r>
        <w:br/>
      </w:r>
      <w:r>
        <w:t xml:space="preserve">    (c) logical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whenever we faced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</w:t>
      </w:r>
      <w:r>
        <w:rPr>
          <w:b/>
          <w:bCs/>
        </w:rPr>
        <w:t xml:space="preserve"> </w:t>
      </w:r>
      <w:r>
        <w:rPr>
          <w:b/>
          <w:bCs/>
        </w:rPr>
        <w:t xml:space="preserve">matter such as this, we designed redundant systems.</w:t>
      </w:r>
      <w:r>
        <w:br/>
      </w:r>
      <w:r>
        <w:t xml:space="preserve">    (a) difficult</w:t>
      </w:r>
      <w:r>
        <w:br/>
      </w:r>
      <w:r>
        <w:t xml:space="preserve">    (b) important</w:t>
      </w:r>
      <w:r>
        <w:br/>
      </w:r>
      <w:r>
        <w:t xml:space="preserve">    (c) impolite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Grant came over, and peered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critically</w:t>
      </w:r>
      <w:r>
        <w:rPr>
          <w:b/>
          <w:bCs/>
        </w:rPr>
        <w:t xml:space="preserve"> </w:t>
      </w:r>
      <w:r>
        <w:rPr>
          <w:b/>
          <w:bCs/>
        </w:rPr>
        <w:t xml:space="preserve">at the creature.</w:t>
      </w:r>
      <w:r>
        <w:br/>
      </w:r>
      <w:r>
        <w:t xml:space="preserve">    (a) with casual curiosity</w:t>
      </w:r>
      <w:r>
        <w:br/>
      </w:r>
      <w:r>
        <w:t xml:space="preserve">    (b) with intense disapproval</w:t>
      </w:r>
      <w:r>
        <w:br/>
      </w:r>
      <w:r>
        <w:t xml:space="preserve">    (c) with thoughtful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had flourished as the dominant life-form on the planet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Jurassic</w:t>
      </w:r>
      <w:r>
        <w:rPr>
          <w:b/>
          <w:bCs/>
        </w:rPr>
        <w:t xml:space="preserve">, 190 million years ago.</w:t>
      </w:r>
      <w:r>
        <w:br/>
      </w:r>
      <w:r>
        <w:t xml:space="preserve">    (a) age of early humans</w:t>
      </w:r>
      <w:r>
        <w:br/>
      </w:r>
      <w:r>
        <w:t xml:space="preserve">    (b) age of early mammals</w:t>
      </w:r>
      <w:r>
        <w:br/>
      </w:r>
      <w:r>
        <w:t xml:space="preserve">    (c) age of dinosaurs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 male had evolved to disseminate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genes</w:t>
      </w:r>
      <w:r>
        <w:rPr>
          <w:b/>
          <w:bCs/>
        </w:rPr>
        <w:t xml:space="preserve"> </w:t>
      </w:r>
      <w:r>
        <w:rPr>
          <w:b/>
          <w:bCs/>
        </w:rPr>
        <w:t xml:space="preserve">as widely as possible,</w:t>
      </w:r>
      <w:r>
        <w:br/>
      </w:r>
      <w:r>
        <w:t xml:space="preserve">    (a) units of heredity that influence traits</w:t>
      </w:r>
      <w:r>
        <w:br/>
      </w:r>
      <w:r>
        <w:t xml:space="preserve">    (b) reputation for being fierce</w:t>
      </w:r>
      <w:r>
        <w:br/>
      </w:r>
      <w:r>
        <w:t xml:space="preserve">    (c) behavioral traits taught to offspring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each passing year, the manipulation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DNA</w:t>
      </w:r>
      <w:r>
        <w:rPr>
          <w:b/>
          <w:bCs/>
        </w:rPr>
        <w:t xml:space="preserve"> </w:t>
      </w:r>
      <w:r>
        <w:rPr>
          <w:b/>
          <w:bCs/>
        </w:rPr>
        <w:t xml:space="preserve">had grown easier.</w:t>
      </w:r>
      <w:r>
        <w:br/>
      </w:r>
      <w:r>
        <w:t xml:space="preserve">    (a) blood cells that can be used to determine blood type</w:t>
      </w:r>
      <w:r>
        <w:br/>
      </w:r>
      <w:r>
        <w:t xml:space="preserve">    (b) genetic instructions that influence biological traits</w:t>
      </w:r>
      <w:r>
        <w:br/>
      </w:r>
      <w:r>
        <w:t xml:space="preserve">    (c) a type of computer code use to operates machines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Dodgson wanted more than bacterial DNA; he wanted frozen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embryos</w:t>
      </w:r>
      <w:r>
        <w:rPr>
          <w:b/>
          <w:bCs/>
        </w:rPr>
        <w:t xml:space="preserve">,</w:t>
      </w:r>
      <w:r>
        <w:br/>
      </w:r>
      <w:r>
        <w:t xml:space="preserve">    (a) preserved skin cells</w:t>
      </w:r>
      <w:r>
        <w:br/>
      </w:r>
      <w:r>
        <w:t xml:space="preserve">    (b) early-stage organisms</w:t>
      </w:r>
      <w:r>
        <w:br/>
      </w:r>
      <w:r>
        <w:t xml:space="preserve">    (c) microscopic viruses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Making it the largest private animal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</w:t>
      </w:r>
      <w:r>
        <w:rPr>
          <w:b/>
          <w:bCs/>
        </w:rPr>
        <w:t xml:space="preserve"> </w:t>
      </w:r>
      <w:r>
        <w:rPr>
          <w:b/>
          <w:bCs/>
        </w:rPr>
        <w:t xml:space="preserve">in North America.</w:t>
      </w:r>
      <w:r>
        <w:br/>
      </w:r>
      <w:r>
        <w:t xml:space="preserve">    (a) protected wildlife area</w:t>
      </w:r>
      <w:r>
        <w:br/>
      </w:r>
      <w:r>
        <w:t xml:space="preserve">    (b) large public zoo</w:t>
      </w:r>
      <w:r>
        <w:br/>
      </w:r>
      <w:r>
        <w:t xml:space="preserve">    (c) species rehabilitation facility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then the insects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preserved</w:t>
      </w:r>
      <w:r>
        <w:rPr>
          <w:b/>
          <w:bCs/>
        </w:rPr>
        <w:t xml:space="preserve"> </w:t>
      </w:r>
      <w:r>
        <w:rPr>
          <w:b/>
          <w:bCs/>
        </w:rPr>
        <w:t xml:space="preserve">in amber….</w:t>
      </w:r>
      <w:r>
        <w:br/>
      </w:r>
      <w:r>
        <w:t xml:space="preserve">    (a) kept as they were</w:t>
      </w:r>
      <w:r>
        <w:br/>
      </w:r>
      <w:r>
        <w:t xml:space="preserve">    (b) encased in a decorative shell</w:t>
      </w:r>
      <w:r>
        <w:br/>
      </w:r>
      <w:r>
        <w:t xml:space="preserve">    (c) reassembled piece by piece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if planting deadly ferns at poolside was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indication</w:t>
      </w:r>
      <w:r>
        <w:rPr>
          <w:b/>
          <w:bCs/>
        </w:rPr>
        <w:t xml:space="preserve">, then it was clear that the designers of Jurassic Park had not been as careful as they should have been.</w:t>
      </w:r>
      <w:r>
        <w:br/>
      </w:r>
      <w:r>
        <w:t xml:space="preserve">    (a) cause (of an event)</w:t>
      </w:r>
      <w:r>
        <w:br/>
      </w:r>
      <w:r>
        <w:t xml:space="preserve">    (b) motivation (for an action)</w:t>
      </w:r>
      <w:r>
        <w:br/>
      </w:r>
      <w:r>
        <w:t xml:space="preserve">    (c) sign (to suggest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I conclude that some 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, such as a new variety of flu, is causing the fluctuations you see in the graph.</w:t>
      </w:r>
      <w:r>
        <w:br/>
      </w:r>
      <w:r>
        <w:t xml:space="preserve">    (a) something important that is hard to see or sense</w:t>
      </w:r>
      <w:r>
        <w:br/>
      </w:r>
      <w:r>
        <w:t xml:space="preserve">    (b) something that exists and is of special interest</w:t>
      </w:r>
      <w:r>
        <w:br/>
      </w:r>
      <w:r>
        <w:t xml:space="preserve">    (c) something that was once small, but is getting very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you've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his technique here?</w:t>
      </w:r>
      <w:r>
        <w:br/>
      </w:r>
      <w:r>
        <w:t xml:space="preserve">    (a) changed procedures to use</w:t>
      </w:r>
      <w:r>
        <w:br/>
      </w:r>
      <w:r>
        <w:t xml:space="preserve">    (b) understood the meaning behind</w:t>
      </w:r>
      <w:r>
        <w:br/>
      </w:r>
      <w:r>
        <w:t xml:space="preserve">    (c) improved upon significantly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They've been brought back after sixty-five million years to a world that's very different from the one they left, the one they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to.</w:t>
      </w:r>
      <w:r>
        <w:br/>
      </w:r>
      <w:r>
        <w:t xml:space="preserve">    (a) familiar</w:t>
      </w:r>
      <w:r>
        <w:br/>
      </w:r>
      <w:r>
        <w:t xml:space="preserve">    (b) well-suited</w:t>
      </w:r>
      <w:r>
        <w:br/>
      </w:r>
      <w:r>
        <w:t xml:space="preserve">    (c) born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wasn't the primary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objective</w:t>
      </w:r>
      <w:r>
        <w:rPr>
          <w:b/>
          <w:bCs/>
        </w:rPr>
        <w:t xml:space="preserve">.</w:t>
      </w:r>
      <w:r>
        <w:br/>
      </w:r>
      <w:r>
        <w:t xml:space="preserve">    (a) assumption</w:t>
      </w:r>
      <w:r>
        <w:br/>
      </w:r>
      <w:r>
        <w:t xml:space="preserve">    (b) result</w:t>
      </w:r>
      <w:r>
        <w:br/>
      </w:r>
      <w:r>
        <w:t xml:space="preserve">    (c) goal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basic idea of science—that there was a new way to look at reality, that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objective</w:t>
      </w:r>
      <w:r>
        <w:rPr>
          <w:b/>
          <w:bCs/>
        </w:rPr>
        <w:t xml:space="preserve">, that it did not depend on your beliefs or your nationality, that it was rational—that idea was fresh and exciting back then.</w:t>
      </w:r>
      <w:r>
        <w:br/>
      </w:r>
      <w:r>
        <w:t xml:space="preserve">    (a) faith-based</w:t>
      </w:r>
      <w:r>
        <w:br/>
      </w:r>
      <w:r>
        <w:t xml:space="preserve">    (b) fact-based</w:t>
      </w:r>
      <w:r>
        <w:br/>
      </w:r>
      <w:r>
        <w:t xml:space="preserve">    (c) unanimously believed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contemporary</w:t>
      </w:r>
      <w:r>
        <w:rPr>
          <w:b/>
          <w:bCs/>
        </w:rPr>
        <w:t xml:space="preserve"> </w:t>
      </w:r>
      <w:r>
        <w:rPr>
          <w:b/>
          <w:bCs/>
        </w:rPr>
        <w:t xml:space="preserve">world, only very small mammals, like the cobra-fighting mongoose, had such quick responses.</w:t>
      </w:r>
      <w:r>
        <w:br/>
      </w:r>
      <w:r>
        <w:t xml:space="preserve">    (a) belonging to the ancient past</w:t>
      </w:r>
      <w:r>
        <w:br/>
      </w:r>
      <w:r>
        <w:t xml:space="preserve">    (b) belonging to the distant future</w:t>
      </w:r>
      <w:r>
        <w:br/>
      </w:r>
      <w:r>
        <w:t xml:space="preserve">    (c) belonging to the present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think these dinosaurs were so successful because they had better jaws and teeth for chewing plants than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contemporaries</w:t>
      </w:r>
      <w:r>
        <w:rPr>
          <w:b/>
          <w:bCs/>
        </w:rPr>
        <w:t xml:space="preserve"> </w:t>
      </w:r>
      <w:r>
        <w:rPr>
          <w:b/>
          <w:bCs/>
        </w:rPr>
        <w:t xml:space="preserve">did.</w:t>
      </w:r>
      <w:r>
        <w:br/>
      </w:r>
      <w:r>
        <w:t xml:space="preserve">    (a) those who lived in later time periods</w:t>
      </w:r>
      <w:r>
        <w:br/>
      </w:r>
      <w:r>
        <w:t xml:space="preserve">    (b) those who lived during the same time period</w:t>
      </w:r>
      <w:r>
        <w:br/>
      </w:r>
      <w:r>
        <w:t xml:space="preserve">    (c) those who lived in an earlier time period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river was almost enclosed by dense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foliage</w:t>
      </w:r>
      <w:r>
        <w:rPr>
          <w:b/>
          <w:bCs/>
        </w:rPr>
        <w:t xml:space="preserve"> </w:t>
      </w:r>
      <w:r>
        <w:rPr>
          <w:b/>
          <w:bCs/>
        </w:rPr>
        <w:t xml:space="preserve">on both sides.</w:t>
      </w:r>
      <w:r>
        <w:br/>
      </w:r>
      <w:r>
        <w:t xml:space="preserve">    (a) dark shadows</w:t>
      </w:r>
      <w:r>
        <w:br/>
      </w:r>
      <w:r>
        <w:t xml:space="preserve">    (b) plant leaves</w:t>
      </w:r>
      <w:r>
        <w:br/>
      </w:r>
      <w:r>
        <w:t xml:space="preserve">    (c) thick fog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Living systems are never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equilibrium</w:t>
      </w:r>
      <w:r>
        <w:rPr>
          <w:b/>
          <w:bCs/>
        </w:rPr>
        <w:t xml:space="preserve">. They are inherently unstable. They may seem stable, but they’re not. Everything is moving and changing. In a sense, everything is on the edge of collapse.</w:t>
      </w:r>
      <w:r>
        <w:br/>
      </w:r>
      <w:r>
        <w:t xml:space="preserve">    (a) stable and balanced situation</w:t>
      </w:r>
      <w:r>
        <w:br/>
      </w:r>
      <w:r>
        <w:t xml:space="preserve">    (b) unstable and changing situation</w:t>
      </w:r>
      <w:r>
        <w:br/>
      </w:r>
      <w:r>
        <w:t xml:space="preserve">    (c) externally altered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Scientists are actually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preoccupied</w:t>
      </w:r>
      <w:r>
        <w:rPr>
          <w:b/>
          <w:bCs/>
        </w:rPr>
        <w:t xml:space="preserve"> </w:t>
      </w:r>
      <w:r>
        <w:rPr>
          <w:b/>
          <w:bCs/>
        </w:rPr>
        <w:t xml:space="preserve">with accomplishment. So they are focused on whether they can do something. They never stop to ask if they should do something.</w:t>
      </w:r>
      <w:r>
        <w:br/>
      </w:r>
      <w:r>
        <w:t xml:space="preserve">    (a) working together</w:t>
      </w:r>
      <w:r>
        <w:br/>
      </w:r>
      <w:r>
        <w:t xml:space="preserve">    (b) working separately</w:t>
      </w:r>
      <w:r>
        <w:br/>
      </w:r>
      <w:r>
        <w:t xml:space="preserve">    (c) busy or distracted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2026-07-31T15:36:23Z</dcterms:created>
  <dcterms:modified xsi:type="dcterms:W3CDTF">2026-07-31T15:36:23Z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