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01a91f71faad937af3e27c3d0ed20b43b47be6"/>
    <w:p>
      <w:pPr>
        <w:pStyle w:val="Heading1"/>
      </w:pPr>
      <w:r>
        <w:rPr>
          <w:b/>
          <w:bCs/>
        </w:rPr>
        <w:t xml:space="preserve">Jurassic Park</w:t>
      </w:r>
      <w:r>
        <w:br/>
      </w:r>
      <w:r>
        <w:rPr>
          <w:i/>
          <w:iCs/>
        </w:rPr>
        <w:t xml:space="preserve">Michael Crichton</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Simpson's on a field trip in Borneo for the summer, and because there's a question of</w:t>
      </w:r>
      <w:r>
        <w:rPr>
          <w:b/>
          <w:bCs/>
        </w:rPr>
        <w:t xml:space="preserve"> </w:t>
      </w:r>
      <w:r>
        <w:rPr>
          <w:b/>
          <w:bCs/>
          <w:u w:val="single"/>
        </w:rPr>
        <w:t xml:space="preserve">communicable</w:t>
      </w:r>
      <w:r>
        <w:rPr>
          <w:b/>
          <w:bCs/>
        </w:rPr>
        <w:t xml:space="preserve"> </w:t>
      </w:r>
      <w:r>
        <w:rPr>
          <w:b/>
          <w:bCs/>
        </w:rPr>
        <w:t xml:space="preserve">disease with this lizard, she asked our lab to take a look at it.</w:t>
      </w:r>
      <w:r>
        <w:br/>
      </w:r>
      <w:r>
        <w:t xml:space="preserve">    (a) deadly</w:t>
      </w:r>
      <w:r>
        <w:br/>
      </w:r>
      <w:r>
        <w:t xml:space="preserve">    (b) contagious</w:t>
      </w:r>
      <w:r>
        <w:br/>
      </w:r>
      <w:r>
        <w:t xml:space="preserve">    (c) minor</w:t>
      </w:r>
    </w:p>
    <w:p>
      <w:pPr>
        <w:pStyle w:val="Compact"/>
        <w:numPr>
          <w:ilvl w:val="0"/>
          <w:numId w:val="1001"/>
        </w:numPr>
      </w:pPr>
      <w:r>
        <w:rPr>
          <w:b/>
          <w:bCs/>
        </w:rPr>
        <w:t xml:space="preserve">A few</w:t>
      </w:r>
      <w:r>
        <w:rPr>
          <w:b/>
          <w:bCs/>
        </w:rPr>
        <w:t xml:space="preserve"> </w:t>
      </w:r>
      <w:r>
        <w:rPr>
          <w:b/>
          <w:bCs/>
          <w:u w:val="single"/>
        </w:rPr>
        <w:t xml:space="preserve">carnivorous</w:t>
      </w:r>
      <w:r>
        <w:rPr>
          <w:b/>
          <w:bCs/>
        </w:rPr>
        <w:t xml:space="preserve"> </w:t>
      </w:r>
      <w:r>
        <w:rPr>
          <w:b/>
          <w:bCs/>
        </w:rPr>
        <w:t xml:space="preserve">dinosaurs prowled the swampy shores of the lake, moving among the palm trees.</w:t>
      </w:r>
      <w:r>
        <w:br/>
      </w:r>
      <w:r>
        <w:t xml:space="preserve">    (a) eaters of both meat and plants</w:t>
      </w:r>
      <w:r>
        <w:br/>
      </w:r>
      <w:r>
        <w:t xml:space="preserve">    (b) meat-eating</w:t>
      </w:r>
      <w:r>
        <w:br/>
      </w:r>
      <w:r>
        <w:t xml:space="preserve">    (c) plant-eating</w:t>
      </w:r>
    </w:p>
    <w:p>
      <w:pPr>
        <w:pStyle w:val="Compact"/>
        <w:numPr>
          <w:ilvl w:val="0"/>
          <w:numId w:val="1001"/>
        </w:numPr>
      </w:pPr>
      <w:r>
        <w:rPr>
          <w:b/>
          <w:bCs/>
        </w:rPr>
        <w:t xml:space="preserve">The tail showed forty-five</w:t>
      </w:r>
      <w:r>
        <w:rPr>
          <w:b/>
          <w:bCs/>
        </w:rPr>
        <w:t xml:space="preserve"> </w:t>
      </w:r>
      <w:r>
        <w:rPr>
          <w:b/>
          <w:bCs/>
          <w:u w:val="single"/>
        </w:rPr>
        <w:t xml:space="preserve">vertebrae</w:t>
      </w:r>
      <w:r>
        <w:rPr>
          <w:b/>
          <w:bCs/>
        </w:rPr>
        <w:t xml:space="preserve">.</w:t>
      </w:r>
      <w:r>
        <w:br/>
      </w:r>
      <w:r>
        <w:t xml:space="preserve">    (a) armor-like, bony plates</w:t>
      </w:r>
      <w:r>
        <w:br/>
      </w:r>
      <w:r>
        <w:t xml:space="preserve">    (b) bony segments of the spinal column</w:t>
      </w:r>
      <w:r>
        <w:br/>
      </w:r>
      <w:r>
        <w:t xml:space="preserve">    (c) separate folds of the skin</w:t>
      </w:r>
    </w:p>
    <w:p>
      <w:pPr>
        <w:pStyle w:val="Compact"/>
        <w:numPr>
          <w:ilvl w:val="0"/>
          <w:numId w:val="1001"/>
        </w:numPr>
      </w:pPr>
      <w:r>
        <w:rPr>
          <w:b/>
          <w:bCs/>
        </w:rPr>
        <w:t xml:space="preserve">They went back to the</w:t>
      </w:r>
      <w:r>
        <w:rPr>
          <w:b/>
          <w:bCs/>
        </w:rPr>
        <w:t xml:space="preserve"> </w:t>
      </w:r>
      <w:r>
        <w:rPr>
          <w:b/>
          <w:bCs/>
          <w:u w:val="single"/>
        </w:rPr>
        <w:t xml:space="preserve">topographical</w:t>
      </w:r>
      <w:r>
        <w:rPr>
          <w:b/>
          <w:bCs/>
        </w:rPr>
        <w:t xml:space="preserve"> </w:t>
      </w:r>
      <w:r>
        <w:rPr>
          <w:b/>
          <w:bCs/>
        </w:rPr>
        <w:t xml:space="preserve">map and looked closely at the contour lines.</w:t>
      </w:r>
      <w:r>
        <w:br/>
      </w:r>
      <w:r>
        <w:t xml:space="preserve">    (a) showing distances between locations</w:t>
      </w:r>
      <w:r>
        <w:br/>
      </w:r>
      <w:r>
        <w:t xml:space="preserve">    (b) showing surface features including elevation</w:t>
      </w:r>
      <w:r>
        <w:br/>
      </w:r>
      <w:r>
        <w:t xml:space="preserve">    (c) showing under-ground features including minerals</w:t>
      </w:r>
    </w:p>
    <w:p>
      <w:pPr>
        <w:pStyle w:val="Compact"/>
        <w:numPr>
          <w:ilvl w:val="0"/>
          <w:numId w:val="1001"/>
        </w:numPr>
      </w:pPr>
      <w:r>
        <w:rPr>
          <w:b/>
          <w:bCs/>
        </w:rPr>
        <w:t xml:space="preserve">John Alfred Hammond and his "Pachyderm Portfolio" raised $870 million in</w:t>
      </w:r>
      <w:r>
        <w:rPr>
          <w:b/>
          <w:bCs/>
        </w:rPr>
        <w:t xml:space="preserve"> </w:t>
      </w:r>
      <w:r>
        <w:rPr>
          <w:b/>
          <w:bCs/>
          <w:u w:val="single"/>
        </w:rPr>
        <w:t xml:space="preserve">venture capital</w:t>
      </w:r>
      <w:r>
        <w:rPr>
          <w:b/>
          <w:bCs/>
        </w:rPr>
        <w:t xml:space="preserve"> </w:t>
      </w:r>
      <w:r>
        <w:rPr>
          <w:b/>
          <w:bCs/>
        </w:rPr>
        <w:t xml:space="preserve">to finance his proposed corporation, International Genetic Technologies, Inc.</w:t>
      </w:r>
      <w:r>
        <w:br/>
      </w:r>
      <w:r>
        <w:t xml:space="preserve">    (a) a secured loan</w:t>
      </w:r>
      <w:r>
        <w:br/>
      </w:r>
      <w:r>
        <w:t xml:space="preserve">    (b) start-up money</w:t>
      </w:r>
      <w:r>
        <w:br/>
      </w:r>
      <w:r>
        <w:t xml:space="preserve">    (c) a building loan</w:t>
      </w:r>
    </w:p>
    <w:p>
      <w:pPr>
        <w:pStyle w:val="Compact"/>
        <w:numPr>
          <w:ilvl w:val="0"/>
          <w:numId w:val="1001"/>
        </w:numPr>
      </w:pPr>
      <w:r>
        <w:rPr>
          <w:b/>
          <w:bCs/>
        </w:rPr>
        <w:t xml:space="preserve">Dodgson now had his</w:t>
      </w:r>
      <w:r>
        <w:rPr>
          <w:b/>
          <w:bCs/>
        </w:rPr>
        <w:t xml:space="preserve"> </w:t>
      </w:r>
      <w:r>
        <w:rPr>
          <w:b/>
          <w:bCs/>
          <w:u w:val="single"/>
        </w:rPr>
        <w:t xml:space="preserve">quorum</w:t>
      </w:r>
      <w:r>
        <w:rPr>
          <w:b/>
          <w:bCs/>
        </w:rPr>
        <w:t xml:space="preserve">.</w:t>
      </w:r>
      <w:r>
        <w:br/>
      </w:r>
      <w:r>
        <w:t xml:space="preserve">    (a) money needed to conduct business</w:t>
      </w:r>
      <w:r>
        <w:br/>
      </w:r>
      <w:r>
        <w:t xml:space="preserve">    (b) number needed to conduct business</w:t>
      </w:r>
      <w:r>
        <w:br/>
      </w:r>
      <w:r>
        <w:t xml:space="preserve">    (c) expertise needed to conduct business</w:t>
      </w:r>
    </w:p>
    <w:p>
      <w:pPr>
        <w:pStyle w:val="Compact"/>
        <w:numPr>
          <w:ilvl w:val="0"/>
          <w:numId w:val="1001"/>
        </w:numPr>
      </w:pPr>
      <w:r>
        <w:rPr>
          <w:b/>
          <w:bCs/>
        </w:rPr>
        <w:t xml:space="preserve">A disgruntled employee, or some trash improperly</w:t>
      </w:r>
      <w:r>
        <w:rPr>
          <w:b/>
          <w:bCs/>
        </w:rPr>
        <w:t xml:space="preserve"> </w:t>
      </w:r>
      <w:r>
        <w:rPr>
          <w:b/>
          <w:bCs/>
          <w:u w:val="single"/>
        </w:rPr>
        <w:t xml:space="preserve">disposed</w:t>
      </w:r>
      <w:r>
        <w:rPr>
          <w:b/>
          <w:bCs/>
        </w:rPr>
        <w:t xml:space="preserve"> </w:t>
      </w:r>
      <w:r>
        <w:rPr>
          <w:b/>
          <w:bCs/>
        </w:rPr>
        <w:t xml:space="preserve">of, something like that.</w:t>
      </w:r>
      <w:r>
        <w:br/>
      </w:r>
      <w:r>
        <w:t xml:space="preserve">    (a) sorted</w:t>
      </w:r>
      <w:r>
        <w:br/>
      </w:r>
      <w:r>
        <w:t xml:space="preserve">    (b) thrown away</w:t>
      </w:r>
      <w:r>
        <w:br/>
      </w:r>
      <w:r>
        <w:t xml:space="preserve">    (c) burned</w:t>
      </w:r>
    </w:p>
    <w:p>
      <w:pPr>
        <w:pStyle w:val="Compact"/>
        <w:numPr>
          <w:ilvl w:val="0"/>
          <w:numId w:val="1001"/>
        </w:numPr>
      </w:pPr>
      <w:r>
        <w:rPr>
          <w:b/>
          <w:bCs/>
        </w:rPr>
        <w:t xml:space="preserve">Ellie Sattler was not a woman</w:t>
      </w:r>
      <w:r>
        <w:rPr>
          <w:b/>
          <w:bCs/>
        </w:rPr>
        <w:t xml:space="preserve"> </w:t>
      </w:r>
      <w:r>
        <w:rPr>
          <w:b/>
          <w:bCs/>
          <w:u w:val="single"/>
        </w:rPr>
        <w:t xml:space="preserve">disposed</w:t>
      </w:r>
      <w:r>
        <w:rPr>
          <w:b/>
          <w:bCs/>
        </w:rPr>
        <w:t xml:space="preserve"> </w:t>
      </w:r>
      <w:r>
        <w:rPr>
          <w:b/>
          <w:bCs/>
        </w:rPr>
        <w:t xml:space="preserve">to unnecessary panic, and she had known Grant to get out of dangerous situations before.</w:t>
      </w:r>
      <w:r>
        <w:br/>
      </w:r>
      <w:r>
        <w:t xml:space="preserve">    (a) with preparation</w:t>
      </w:r>
      <w:r>
        <w:br/>
      </w:r>
      <w:r>
        <w:t xml:space="preserve">    (b) with a tendency</w:t>
      </w:r>
      <w:r>
        <w:br/>
      </w:r>
      <w:r>
        <w:t xml:space="preserve">    (c) with toleration</w:t>
      </w:r>
    </w:p>
    <w:p>
      <w:pPr>
        <w:pStyle w:val="Compact"/>
        <w:numPr>
          <w:ilvl w:val="0"/>
          <w:numId w:val="1001"/>
        </w:numPr>
      </w:pPr>
      <w:r>
        <w:rPr>
          <w:b/>
          <w:bCs/>
        </w:rPr>
        <w:t xml:space="preserve">Grant knew that Ian Malcolm had his share of detractors, and he could understand why some found his style too</w:t>
      </w:r>
      <w:r>
        <w:rPr>
          <w:b/>
          <w:bCs/>
        </w:rPr>
        <w:t xml:space="preserve"> </w:t>
      </w:r>
      <w:r>
        <w:rPr>
          <w:b/>
          <w:bCs/>
          <w:u w:val="single"/>
        </w:rPr>
        <w:t xml:space="preserve">abrasive</w:t>
      </w:r>
      <w:r>
        <w:rPr>
          <w:b/>
          <w:bCs/>
        </w:rPr>
        <w:t xml:space="preserve">, and his applications of chaos theory too glib.</w:t>
      </w:r>
      <w:r>
        <w:br/>
      </w:r>
      <w:r>
        <w:t xml:space="preserve">    (a) overly cautious and hesitant to hurt feelings</w:t>
      </w:r>
      <w:r>
        <w:br/>
      </w:r>
      <w:r>
        <w:t xml:space="preserve">    (b) of a type of sandpaper used in woodworking</w:t>
      </w:r>
      <w:r>
        <w:br/>
      </w:r>
      <w:r>
        <w:t xml:space="preserve">    (c) direct in a disagreeable, insensitive manner</w:t>
      </w:r>
    </w:p>
    <w:p>
      <w:pPr>
        <w:pStyle w:val="Compact"/>
        <w:numPr>
          <w:ilvl w:val="0"/>
          <w:numId w:val="1001"/>
        </w:numPr>
      </w:pPr>
      <w:r>
        <w:rPr>
          <w:b/>
          <w:bCs/>
        </w:rPr>
        <w:t xml:space="preserve">It was a complex,</w:t>
      </w:r>
      <w:r>
        <w:rPr>
          <w:b/>
          <w:bCs/>
        </w:rPr>
        <w:t xml:space="preserve"> </w:t>
      </w:r>
      <w:r>
        <w:rPr>
          <w:b/>
          <w:bCs/>
          <w:u w:val="single"/>
        </w:rPr>
        <w:t xml:space="preserve">dynamic</w:t>
      </w:r>
      <w:r>
        <w:rPr>
          <w:b/>
          <w:bCs/>
        </w:rPr>
        <w:t xml:space="preserve"> </w:t>
      </w:r>
      <w:r>
        <w:rPr>
          <w:b/>
          <w:bCs/>
        </w:rPr>
        <w:t xml:space="preserve">process which she never ceased to find fascinating.</w:t>
      </w:r>
      <w:r>
        <w:br/>
      </w:r>
      <w:r>
        <w:t xml:space="preserve">    (a) continually improving</w:t>
      </w:r>
      <w:r>
        <w:br/>
      </w:r>
      <w:r>
        <w:t xml:space="preserve">    (b) continually changing</w:t>
      </w:r>
      <w:r>
        <w:br/>
      </w:r>
      <w:r>
        <w:t xml:space="preserve">    (c) never changing</w:t>
      </w:r>
    </w:p>
    <w:p>
      <w:pPr>
        <w:pStyle w:val="Compact"/>
        <w:numPr>
          <w:ilvl w:val="0"/>
          <w:numId w:val="1001"/>
        </w:numPr>
      </w:pPr>
      <w:r>
        <w:rPr>
          <w:b/>
          <w:bCs/>
        </w:rPr>
        <w:t xml:space="preserve">So I conclude that some other phenomenon, such as a new variety of flu, is causing the</w:t>
      </w:r>
      <w:r>
        <w:rPr>
          <w:b/>
          <w:bCs/>
        </w:rPr>
        <w:t xml:space="preserve"> </w:t>
      </w:r>
      <w:r>
        <w:rPr>
          <w:b/>
          <w:bCs/>
          <w:u w:val="single"/>
        </w:rPr>
        <w:t xml:space="preserve">fluctuations</w:t>
      </w:r>
      <w:r>
        <w:rPr>
          <w:b/>
          <w:bCs/>
        </w:rPr>
        <w:t xml:space="preserve"> </w:t>
      </w:r>
      <w:r>
        <w:rPr>
          <w:b/>
          <w:bCs/>
        </w:rPr>
        <w:t xml:space="preserve">you see in the graph.</w:t>
      </w:r>
      <w:r>
        <w:br/>
      </w:r>
      <w:r>
        <w:t xml:space="preserve">    (a) extreme outliers</w:t>
      </w:r>
      <w:r>
        <w:br/>
      </w:r>
      <w:r>
        <w:t xml:space="preserve">    (b) seasonal changes</w:t>
      </w:r>
      <w:r>
        <w:br/>
      </w:r>
      <w:r>
        <w:t xml:space="preserve">    (c) increases and decreases</w:t>
      </w:r>
    </w:p>
    <w:p>
      <w:pPr>
        <w:pStyle w:val="Compact"/>
        <w:numPr>
          <w:ilvl w:val="0"/>
          <w:numId w:val="1001"/>
        </w:numPr>
      </w:pPr>
      <w:r>
        <w:rPr>
          <w:b/>
          <w:bCs/>
        </w:rPr>
        <w:t xml:space="preserve">—a Tyrannosaurus rex, the mightiest</w:t>
      </w:r>
      <w:r>
        <w:rPr>
          <w:b/>
          <w:bCs/>
        </w:rPr>
        <w:t xml:space="preserve"> </w:t>
      </w:r>
      <w:r>
        <w:rPr>
          <w:b/>
          <w:bCs/>
          <w:u w:val="single"/>
        </w:rPr>
        <w:t xml:space="preserve">predator</w:t>
      </w:r>
      <w:r>
        <w:rPr>
          <w:b/>
          <w:bCs/>
        </w:rPr>
        <w:t xml:space="preserve"> </w:t>
      </w:r>
      <w:r>
        <w:rPr>
          <w:b/>
          <w:bCs/>
        </w:rPr>
        <w:t xml:space="preserve">the earth had ever known—</w:t>
      </w:r>
      <w:r>
        <w:br/>
      </w:r>
      <w:r>
        <w:t xml:space="preserve">    (a) a type of animal that hunts &amp; eats animals</w:t>
      </w:r>
      <w:r>
        <w:br/>
      </w:r>
      <w:r>
        <w:t xml:space="preserve">    (b) a type of animal that lives on land</w:t>
      </w:r>
      <w:r>
        <w:br/>
      </w:r>
      <w:r>
        <w:t xml:space="preserve">    (c) a type of animal that is very large</w:t>
      </w:r>
    </w:p>
    <w:p>
      <w:pPr>
        <w:pStyle w:val="Compact"/>
        <w:numPr>
          <w:ilvl w:val="0"/>
          <w:numId w:val="1001"/>
        </w:numPr>
      </w:pPr>
      <w:r>
        <w:rPr>
          <w:b/>
          <w:bCs/>
        </w:rPr>
        <w:t xml:space="preserve">Even if you had the fastest processors and blindingly fast</w:t>
      </w:r>
      <w:r>
        <w:rPr>
          <w:b/>
          <w:bCs/>
        </w:rPr>
        <w:t xml:space="preserve"> </w:t>
      </w:r>
      <w:r>
        <w:rPr>
          <w:b/>
          <w:bCs/>
          <w:u w:val="single"/>
        </w:rPr>
        <w:t xml:space="preserve">algorithms</w:t>
      </w:r>
      <w:r>
        <w:rPr>
          <w:b/>
          <w:bCs/>
        </w:rPr>
        <w:t xml:space="preserve">, a search would still take days.</w:t>
      </w:r>
      <w:r>
        <w:br/>
      </w:r>
      <w:r>
        <w:t xml:space="preserve">    (a) computer memory</w:t>
      </w:r>
      <w:r>
        <w:br/>
      </w:r>
      <w:r>
        <w:t xml:space="preserve">    (b) communications</w:t>
      </w:r>
      <w:r>
        <w:br/>
      </w:r>
      <w:r>
        <w:t xml:space="preserve">    (c) solution procedure</w:t>
      </w:r>
    </w:p>
    <w:p>
      <w:pPr>
        <w:pStyle w:val="Compact"/>
        <w:numPr>
          <w:ilvl w:val="0"/>
          <w:numId w:val="1001"/>
        </w:numPr>
      </w:pPr>
      <w:r>
        <w:rPr>
          <w:b/>
          <w:bCs/>
        </w:rPr>
        <w:t xml:space="preserve">And whenever we faced a critical matter such as this, we designed</w:t>
      </w:r>
      <w:r>
        <w:rPr>
          <w:b/>
          <w:bCs/>
        </w:rPr>
        <w:t xml:space="preserve"> </w:t>
      </w:r>
      <w:r>
        <w:rPr>
          <w:b/>
          <w:bCs/>
          <w:u w:val="single"/>
        </w:rPr>
        <w:t xml:space="preserve">redundant</w:t>
      </w:r>
      <w:r>
        <w:rPr>
          <w:b/>
          <w:bCs/>
        </w:rPr>
        <w:t xml:space="preserve"> </w:t>
      </w:r>
      <w:r>
        <w:rPr>
          <w:b/>
          <w:bCs/>
        </w:rPr>
        <w:t xml:space="preserve">systems. ... In this case, there are two independent reasons why the animals can't breed.</w:t>
      </w:r>
      <w:r>
        <w:br/>
      </w:r>
      <w:r>
        <w:t xml:space="preserve">    (a) expertly designed</w:t>
      </w:r>
      <w:r>
        <w:br/>
      </w:r>
      <w:r>
        <w:t xml:space="preserve">    (b) with few moving parts</w:t>
      </w:r>
      <w:r>
        <w:br/>
      </w:r>
      <w:r>
        <w:t xml:space="preserve">    (c) more than is needed</w:t>
      </w:r>
    </w:p>
    <w:p>
      <w:pPr>
        <w:pStyle w:val="Compact"/>
        <w:numPr>
          <w:ilvl w:val="0"/>
          <w:numId w:val="1001"/>
        </w:numPr>
      </w:pPr>
      <w:r>
        <w:rPr>
          <w:b/>
          <w:bCs/>
        </w:rPr>
        <w:t xml:space="preserve">Dinosaurs have excellent visual</w:t>
      </w:r>
      <w:r>
        <w:rPr>
          <w:b/>
          <w:bCs/>
        </w:rPr>
        <w:t xml:space="preserve"> </w:t>
      </w:r>
      <w:r>
        <w:rPr>
          <w:b/>
          <w:bCs/>
          <w:u w:val="single"/>
        </w:rPr>
        <w:t xml:space="preserve">acuity</w:t>
      </w:r>
      <w:r>
        <w:rPr>
          <w:b/>
          <w:bCs/>
        </w:rPr>
        <w:t xml:space="preserve">, but they have a basic amphibian visual system: it's attuned to movement.</w:t>
      </w:r>
      <w:r>
        <w:br/>
      </w:r>
      <w:r>
        <w:t xml:space="preserve">    (a) uncommon ability</w:t>
      </w:r>
      <w:r>
        <w:br/>
      </w:r>
      <w:r>
        <w:t xml:space="preserve">    (b) uncommon durability</w:t>
      </w:r>
      <w:r>
        <w:br/>
      </w:r>
      <w:r>
        <w:t xml:space="preserve">    (c) uncommon size</w:t>
      </w:r>
    </w:p>
    <w:p>
      <w:pPr>
        <w:pStyle w:val="Compact"/>
        <w:numPr>
          <w:ilvl w:val="0"/>
          <w:numId w:val="1001"/>
        </w:numPr>
      </w:pPr>
      <w:r>
        <w:rPr>
          <w:b/>
          <w:bCs/>
        </w:rPr>
        <w:t xml:space="preserve">He modestly calls this speeding-up movement the</w:t>
      </w:r>
      <w:r>
        <w:rPr>
          <w:b/>
          <w:bCs/>
        </w:rPr>
        <w:t xml:space="preserve"> </w:t>
      </w:r>
      <w:r>
        <w:rPr>
          <w:b/>
          <w:bCs/>
          <w:i/>
          <w:iCs/>
        </w:rPr>
        <w:t xml:space="preserve">Malcolm Effect</w:t>
      </w:r>
      <w:r>
        <w:rPr>
          <w:b/>
          <w:bCs/>
        </w:rPr>
        <w:t xml:space="preserve">. The whole system could suddenly collapse. And that was what he said about Jurassic Park. That it had</w:t>
      </w:r>
      <w:r>
        <w:rPr>
          <w:b/>
          <w:bCs/>
        </w:rPr>
        <w:t xml:space="preserve"> </w:t>
      </w:r>
      <w:r>
        <w:rPr>
          <w:b/>
          <w:bCs/>
          <w:u w:val="single"/>
        </w:rPr>
        <w:t xml:space="preserve">inherent</w:t>
      </w:r>
      <w:r>
        <w:rPr>
          <w:b/>
          <w:bCs/>
        </w:rPr>
        <w:t xml:space="preserve"> </w:t>
      </w:r>
      <w:r>
        <w:rPr>
          <w:b/>
          <w:bCs/>
        </w:rPr>
        <w:t xml:space="preserve">instability.</w:t>
      </w:r>
      <w:r>
        <w:br/>
      </w:r>
      <w:r>
        <w:t xml:space="preserve">    (a) temporary</w:t>
      </w:r>
      <w:r>
        <w:br/>
      </w:r>
      <w:r>
        <w:t xml:space="preserve">    (b) externally-caused</w:t>
      </w:r>
      <w:r>
        <w:br/>
      </w:r>
      <w:r>
        <w:t xml:space="preserve">    (c) fundamental</w:t>
      </w:r>
    </w:p>
    <w:p>
      <w:pPr>
        <w:pStyle w:val="Compact"/>
        <w:numPr>
          <w:ilvl w:val="0"/>
          <w:numId w:val="1001"/>
        </w:numPr>
      </w:pPr>
      <w:r>
        <w:rPr>
          <w:b/>
          <w:bCs/>
        </w:rPr>
        <w:t xml:space="preserve">Not that he was afraid; all the species of duckbilled dinosaurs were</w:t>
      </w:r>
      <w:r>
        <w:rPr>
          <w:b/>
          <w:bCs/>
        </w:rPr>
        <w:t xml:space="preserve"> </w:t>
      </w:r>
      <w:r>
        <w:rPr>
          <w:b/>
          <w:bCs/>
          <w:u w:val="single"/>
        </w:rPr>
        <w:t xml:space="preserve">herbivorous</w:t>
      </w:r>
      <w:r>
        <w:rPr>
          <w:b/>
          <w:bCs/>
        </w:rPr>
        <w:t xml:space="preserve">, and this one acted exactly like a cow.</w:t>
      </w:r>
      <w:r>
        <w:br/>
      </w:r>
      <w:r>
        <w:t xml:space="preserve">    (a) eaters of both meat and plants</w:t>
      </w:r>
      <w:r>
        <w:br/>
      </w:r>
      <w:r>
        <w:t xml:space="preserve">    (b) meat-eating</w:t>
      </w:r>
      <w:r>
        <w:br/>
      </w:r>
      <w:r>
        <w:t xml:space="preserve">    (c) plant-eating</w:t>
      </w:r>
    </w:p>
    <w:p>
      <w:pPr>
        <w:pStyle w:val="Compact"/>
        <w:numPr>
          <w:ilvl w:val="0"/>
          <w:numId w:val="1001"/>
        </w:numPr>
      </w:pPr>
      <w:r>
        <w:rPr>
          <w:b/>
          <w:bCs/>
        </w:rPr>
        <w:t xml:space="preserve">The behavior had continued for a long time now, and it occurred to him that it might be too long. It almost seemed as if they were trying to keep Ellie's attention ... he was troubled by the</w:t>
      </w:r>
      <w:r>
        <w:rPr>
          <w:b/>
          <w:bCs/>
        </w:rPr>
        <w:t xml:space="preserve"> </w:t>
      </w:r>
      <w:r>
        <w:rPr>
          <w:b/>
          <w:bCs/>
          <w:u w:val="single"/>
        </w:rPr>
        <w:t xml:space="preserve">persistence</w:t>
      </w:r>
      <w:r>
        <w:rPr>
          <w:b/>
          <w:bCs/>
        </w:rPr>
        <w:t xml:space="preserve"> </w:t>
      </w:r>
      <w:r>
        <w:rPr>
          <w:b/>
          <w:bCs/>
        </w:rPr>
        <w:t xml:space="preserve">of their behavior.</w:t>
      </w:r>
      <w:r>
        <w:br/>
      </w:r>
      <w:r>
        <w:t xml:space="preserve">    (a) continuing effort</w:t>
      </w:r>
      <w:r>
        <w:br/>
      </w:r>
      <w:r>
        <w:t xml:space="preserve">    (b) pointless effort</w:t>
      </w:r>
      <w:r>
        <w:br/>
      </w:r>
      <w:r>
        <w:t xml:space="preserve">    (c) intense effort</w:t>
      </w:r>
    </w:p>
    <w:p>
      <w:pPr>
        <w:pStyle w:val="Compact"/>
        <w:numPr>
          <w:ilvl w:val="0"/>
          <w:numId w:val="1001"/>
        </w:numPr>
      </w:pPr>
      <w:r>
        <w:rPr>
          <w:b/>
          <w:bCs/>
        </w:rPr>
        <w:t xml:space="preserve">He felt a</w:t>
      </w:r>
      <w:r>
        <w:rPr>
          <w:b/>
          <w:bCs/>
        </w:rPr>
        <w:t xml:space="preserve"> </w:t>
      </w:r>
      <w:r>
        <w:rPr>
          <w:b/>
          <w:bCs/>
          <w:u w:val="single"/>
        </w:rPr>
        <w:t xml:space="preserve">searing</w:t>
      </w:r>
      <w:r>
        <w:rPr>
          <w:b/>
          <w:bCs/>
        </w:rPr>
        <w:t xml:space="preserve"> </w:t>
      </w:r>
      <w:r>
        <w:rPr>
          <w:b/>
          <w:bCs/>
        </w:rPr>
        <w:t xml:space="preserve">sharp pain along his shoulder blades, the sudden warm flow of blood over his shirt.</w:t>
      </w:r>
      <w:r>
        <w:br/>
      </w:r>
      <w:r>
        <w:t xml:space="preserve">    (a) intense</w:t>
      </w:r>
      <w:r>
        <w:br/>
      </w:r>
      <w:r>
        <w:t xml:space="preserve">    (b) dull</w:t>
      </w:r>
      <w:r>
        <w:br/>
      </w:r>
      <w:r>
        <w:t xml:space="preserve">    (c) surprising</w:t>
      </w:r>
    </w:p>
    <w:p>
      <w:pPr>
        <w:pStyle w:val="Compact"/>
        <w:numPr>
          <w:ilvl w:val="0"/>
          <w:numId w:val="1001"/>
        </w:numPr>
      </w:pPr>
      <w:r>
        <w:rPr>
          <w:b/>
          <w:bCs/>
          <w:u w:val="single"/>
        </w:rPr>
        <w:t xml:space="preserve">Paradigm</w:t>
      </w:r>
      <w:r>
        <w:rPr>
          <w:b/>
          <w:bCs/>
        </w:rPr>
        <w:t xml:space="preserve"> </w:t>
      </w:r>
      <w:r>
        <w:rPr>
          <w:b/>
          <w:bCs/>
        </w:rPr>
        <w:t xml:space="preserve">shifts were said to occur whenever science made a major change in its view of the world.</w:t>
      </w:r>
      <w:r>
        <w:br/>
      </w:r>
      <w:r>
        <w:t xml:space="preserve">    (a) conceptual model</w:t>
      </w:r>
      <w:r>
        <w:br/>
      </w:r>
      <w:r>
        <w:t xml:space="preserve">    (b) political power</w:t>
      </w:r>
      <w:r>
        <w:br/>
      </w:r>
      <w:r>
        <w:t xml:space="preserve">    (c) economic power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2026-07-31T15:36:24Z</dcterms:created>
  <dcterms:modified xsi:type="dcterms:W3CDTF">2026-07-31T15:36:24Z</dcterms:modified>
</cp:coreProperties>
</file>

<file path=docProps/custom.xml><?xml version="1.0" encoding="utf-8"?>
<Properties xmlns="http://schemas.openxmlformats.org/officeDocument/2006/custom-properties" xmlns:vt="http://schemas.openxmlformats.org/officeDocument/2006/docPropsVTypes"/>
</file>