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5892f84c65130e8e883c339f72e819962252e68"/>
    <w:p>
      <w:pPr>
        <w:pStyle w:val="Heading1"/>
      </w:pPr>
      <w:r>
        <w:rPr>
          <w:b/>
          <w:bCs/>
        </w:rPr>
        <w:t xml:space="preserve">June Recital</w:t>
      </w:r>
      <w:r>
        <w:br/>
      </w:r>
      <w:r>
        <w:rPr>
          <w:i/>
          <w:iCs/>
        </w:rPr>
        <w:t xml:space="preserve">Eudora Welty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gets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agitated</w:t>
      </w:r>
      <w:r>
        <w:rPr>
          <w:b/>
          <w:bCs/>
        </w:rPr>
        <w:t xml:space="preserve"> </w:t>
      </w:r>
      <w:r>
        <w:rPr>
          <w:b/>
          <w:bCs/>
        </w:rPr>
        <w:t xml:space="preserve">whenever the topic comes up.</w:t>
      </w:r>
      <w:r>
        <w:br/>
      </w:r>
      <w:r>
        <w:t xml:space="preserve">    (a) calm and thoughtful</w:t>
      </w:r>
      <w:r>
        <w:br/>
      </w:r>
      <w:r>
        <w:t xml:space="preserve">    (b) gloomy (sad)</w:t>
      </w:r>
      <w:r>
        <w:br/>
      </w:r>
      <w:r>
        <w:t xml:space="preserve">    (c) emotionally disturbed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apprehensive</w:t>
      </w:r>
      <w:r>
        <w:rPr>
          <w:b/>
          <w:bCs/>
        </w:rPr>
        <w:t xml:space="preserve"> </w:t>
      </w:r>
      <w:r>
        <w:rPr>
          <w:b/>
          <w:bCs/>
        </w:rPr>
        <w:t xml:space="preserve">about finals.</w:t>
      </w:r>
      <w:r>
        <w:br/>
      </w:r>
      <w:r>
        <w:t xml:space="preserve">    (a) talkative</w:t>
      </w:r>
      <w:r>
        <w:br/>
      </w:r>
      <w:r>
        <w:t xml:space="preserve">    (b) worried</w:t>
      </w:r>
      <w:r>
        <w:br/>
      </w:r>
      <w:r>
        <w:t xml:space="preserve">    (c) unconcerned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rules felt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arbitrary</w:t>
      </w:r>
      <w:r>
        <w:rPr>
          <w:b/>
          <w:bCs/>
        </w:rPr>
        <w:t xml:space="preserve">, changing from one day to the next without clear explanation.</w:t>
      </w:r>
      <w:r>
        <w:br/>
      </w:r>
      <w:r>
        <w:t xml:space="preserve">    (a) cruel</w:t>
      </w:r>
      <w:r>
        <w:br/>
      </w:r>
      <w:r>
        <w:t xml:space="preserve">    (b) impulsive</w:t>
      </w:r>
      <w:r>
        <w:br/>
      </w:r>
      <w:r>
        <w:t xml:space="preserve">    (c) strict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police officer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beckoned</w:t>
      </w:r>
      <w:r>
        <w:rPr>
          <w:b/>
          <w:bCs/>
        </w:rPr>
        <w:t xml:space="preserve"> </w:t>
      </w:r>
      <w:r>
        <w:rPr>
          <w:b/>
          <w:bCs/>
        </w:rPr>
        <w:t xml:space="preserve">me to come over.</w:t>
      </w:r>
      <w:r>
        <w:br/>
      </w:r>
      <w:r>
        <w:t xml:space="preserve">    (a) considered asking</w:t>
      </w:r>
      <w:r>
        <w:br/>
      </w:r>
      <w:r>
        <w:t xml:space="preserve">    (b) called</w:t>
      </w:r>
      <w:r>
        <w:br/>
      </w:r>
      <w:r>
        <w:t xml:space="preserve">    (c) prohibited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likes to make people lose their cool by starting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belligerent</w:t>
      </w:r>
      <w:r>
        <w:rPr>
          <w:b/>
          <w:bCs/>
        </w:rPr>
        <w:t xml:space="preserve"> </w:t>
      </w:r>
      <w:r>
        <w:rPr>
          <w:b/>
          <w:bCs/>
        </w:rPr>
        <w:t xml:space="preserve">political arguments.</w:t>
      </w:r>
      <w:r>
        <w:br/>
      </w:r>
      <w:r>
        <w:t xml:space="preserve">    (a) ridiculous or absurd</w:t>
      </w:r>
      <w:r>
        <w:br/>
      </w:r>
      <w:r>
        <w:t xml:space="preserve">    (b) hostile or combative</w:t>
      </w:r>
      <w:r>
        <w:br/>
      </w:r>
      <w:r>
        <w:t xml:space="preserve">    (c) clever or intelligent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court overturned the ruling--describing it as having been made in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capricious</w:t>
      </w:r>
      <w:r>
        <w:rPr>
          <w:b/>
          <w:bCs/>
        </w:rPr>
        <w:t xml:space="preserve"> </w:t>
      </w:r>
      <w:r>
        <w:rPr>
          <w:b/>
          <w:bCs/>
        </w:rPr>
        <w:t xml:space="preserve">manner.</w:t>
      </w:r>
      <w:r>
        <w:br/>
      </w:r>
      <w:r>
        <w:t xml:space="preserve">    (a) biased</w:t>
      </w:r>
      <w:r>
        <w:br/>
      </w:r>
      <w:r>
        <w:t xml:space="preserve">    (b) harmful</w:t>
      </w:r>
      <w:r>
        <w:br/>
      </w:r>
      <w:r>
        <w:t xml:space="preserve">    (c) impulsive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guitarist strummed a complex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chord</w:t>
      </w:r>
      <w:r>
        <w:rPr>
          <w:b/>
          <w:bCs/>
        </w:rPr>
        <w:t xml:space="preserve">, its rich harmony filling the room.</w:t>
      </w:r>
      <w:r>
        <w:br/>
      </w:r>
      <w:r>
        <w:t xml:space="preserve">    (a) a repeated rhythmic pattern</w:t>
      </w:r>
      <w:r>
        <w:br/>
      </w:r>
      <w:r>
        <w:t xml:space="preserve">    (b) a single, sustained musical tone</w:t>
      </w:r>
      <w:r>
        <w:br/>
      </w:r>
      <w:r>
        <w:t xml:space="preserve">    (c) three or more notes that blend harmoniously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conceit</w:t>
      </w:r>
      <w:r>
        <w:rPr>
          <w:b/>
          <w:bCs/>
        </w:rPr>
        <w:t xml:space="preserve"> </w:t>
      </w:r>
      <w:r>
        <w:rPr>
          <w:b/>
          <w:bCs/>
        </w:rPr>
        <w:t xml:space="preserve">showed in the way she interrupted others and assumed she was always the smartest person in the room.</w:t>
      </w:r>
      <w:r>
        <w:br/>
      </w:r>
      <w:r>
        <w:t xml:space="preserve">    (a) encouragement</w:t>
      </w:r>
      <w:r>
        <w:br/>
      </w:r>
      <w:r>
        <w:t xml:space="preserve">    (b) ignorance</w:t>
      </w:r>
      <w:r>
        <w:br/>
      </w:r>
      <w:r>
        <w:t xml:space="preserve">    (c) arrogance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information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crucial</w:t>
      </w:r>
      <w:r>
        <w:rPr>
          <w:b/>
          <w:bCs/>
        </w:rPr>
        <w:t xml:space="preserve"> </w:t>
      </w:r>
      <w:r>
        <w:rPr>
          <w:b/>
          <w:bCs/>
        </w:rPr>
        <w:t xml:space="preserve">to making a good decision.</w:t>
      </w:r>
      <w:r>
        <w:br/>
      </w:r>
      <w:r>
        <w:t xml:space="preserve">    (a) more than is needed</w:t>
      </w:r>
      <w:r>
        <w:br/>
      </w:r>
      <w:r>
        <w:t xml:space="preserve">    (b) very important</w:t>
      </w:r>
      <w:r>
        <w:br/>
      </w:r>
      <w:r>
        <w:t xml:space="preserve">    (c) helpful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despises</w:t>
      </w:r>
      <w:r>
        <w:rPr>
          <w:b/>
          <w:bCs/>
        </w:rPr>
        <w:t xml:space="preserve"> </w:t>
      </w:r>
      <w:r>
        <w:rPr>
          <w:b/>
          <w:bCs/>
        </w:rPr>
        <w:t xml:space="preserve">his lifestyle.</w:t>
      </w:r>
      <w:r>
        <w:br/>
      </w:r>
      <w:r>
        <w:t xml:space="preserve">    (a) hates</w:t>
      </w:r>
      <w:r>
        <w:br/>
      </w:r>
      <w:r>
        <w:t xml:space="preserve">    (b) admires</w:t>
      </w:r>
      <w:r>
        <w:br/>
      </w:r>
      <w:r>
        <w:t xml:space="preserve">    (c) wants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has a casual, go-with-the-flow personality and doesn't appreciate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earnestness</w:t>
      </w:r>
      <w:r>
        <w:rPr>
          <w:b/>
          <w:bCs/>
        </w:rPr>
        <w:t xml:space="preserve">.</w:t>
      </w:r>
      <w:r>
        <w:br/>
      </w:r>
      <w:r>
        <w:t xml:space="preserve">    (a) seriousness</w:t>
      </w:r>
      <w:r>
        <w:br/>
      </w:r>
      <w:r>
        <w:t xml:space="preserve">    (b) falseness</w:t>
      </w:r>
      <w:r>
        <w:br/>
      </w:r>
      <w:r>
        <w:t xml:space="preserve">    (c) frivolous attitude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challenge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formidable</w:t>
      </w:r>
      <w:r>
        <w:rPr>
          <w:b/>
          <w:bCs/>
        </w:rPr>
        <w:t xml:space="preserve">.</w:t>
      </w:r>
      <w:r>
        <w:br/>
      </w:r>
      <w:r>
        <w:t xml:space="preserve">    (a) intimidating</w:t>
      </w:r>
      <w:r>
        <w:br/>
      </w:r>
      <w:r>
        <w:t xml:space="preserve">    (b) trivial</w:t>
      </w:r>
      <w:r>
        <w:br/>
      </w:r>
      <w:r>
        <w:t xml:space="preserve">    (c) understood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grades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inconsistent</w:t>
      </w:r>
      <w:r>
        <w:rPr>
          <w:b/>
          <w:bCs/>
        </w:rPr>
        <w:t xml:space="preserve">, ranging from A's to F's each term.</w:t>
      </w:r>
      <w:r>
        <w:br/>
      </w:r>
      <w:r>
        <w:t xml:space="preserve">    (a) private</w:t>
      </w:r>
      <w:r>
        <w:br/>
      </w:r>
      <w:r>
        <w:t xml:space="preserve">    (b) uneven</w:t>
      </w:r>
      <w:r>
        <w:br/>
      </w:r>
      <w:r>
        <w:t xml:space="preserve">    (c) perfect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indignant</w:t>
      </w:r>
      <w:r>
        <w:rPr>
          <w:b/>
          <w:bCs/>
        </w:rPr>
        <w:t xml:space="preserve">, but she agreed to be searched when they accused her of shoplifting.</w:t>
      </w:r>
      <w:r>
        <w:br/>
      </w:r>
      <w:r>
        <w:t xml:space="preserve">    (a) annoyed at something unjust</w:t>
      </w:r>
      <w:r>
        <w:br/>
      </w:r>
      <w:r>
        <w:t xml:space="preserve">    (b) defensive about being suspected</w:t>
      </w:r>
      <w:r>
        <w:br/>
      </w:r>
      <w:r>
        <w:t xml:space="preserve">    (c) surprised at the unexpected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infernal</w:t>
      </w:r>
      <w:r>
        <w:rPr>
          <w:b/>
          <w:bCs/>
        </w:rPr>
        <w:t xml:space="preserve"> </w:t>
      </w:r>
      <w:r>
        <w:rPr>
          <w:b/>
          <w:bCs/>
        </w:rPr>
        <w:t xml:space="preserve">alarm clock kept going off every five minutes.</w:t>
      </w:r>
      <w:r>
        <w:br/>
      </w:r>
      <w:r>
        <w:t xml:space="preserve">    (a) expensive</w:t>
      </w:r>
      <w:r>
        <w:br/>
      </w:r>
      <w:r>
        <w:t xml:space="preserve">    (b) antique</w:t>
      </w:r>
      <w:r>
        <w:br/>
      </w:r>
      <w:r>
        <w:t xml:space="preserve">    (c) annoying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ancient Egyptians erected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obelisks</w:t>
      </w:r>
      <w:r>
        <w:rPr>
          <w:b/>
          <w:bCs/>
        </w:rPr>
        <w:t xml:space="preserve"> </w:t>
      </w:r>
      <w:r>
        <w:rPr>
          <w:b/>
          <w:bCs/>
        </w:rPr>
        <w:t xml:space="preserve">as symbols of the sun god Ra, and many of these impressive structures still stand today.</w:t>
      </w:r>
      <w:r>
        <w:br/>
      </w:r>
      <w:r>
        <w:t xml:space="preserve">    (a) stone pillars with a pyramidal tops</w:t>
      </w:r>
      <w:r>
        <w:br/>
      </w:r>
      <w:r>
        <w:t xml:space="preserve">    (b) life-like statutes made of stone</w:t>
      </w:r>
      <w:r>
        <w:br/>
      </w:r>
      <w:r>
        <w:t xml:space="preserve">    (c) circular stone structures used for astronomical observations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At the poetry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recital</w:t>
      </w:r>
      <w:r>
        <w:rPr>
          <w:b/>
          <w:bCs/>
        </w:rPr>
        <w:t xml:space="preserve">, she recited an original work.</w:t>
      </w:r>
      <w:r>
        <w:br/>
      </w:r>
      <w:r>
        <w:t xml:space="preserve">    (a) solo performance</w:t>
      </w:r>
      <w:r>
        <w:br/>
      </w:r>
      <w:r>
        <w:t xml:space="preserve">    (b) open discussion</w:t>
      </w:r>
      <w:r>
        <w:br/>
      </w:r>
      <w:r>
        <w:t xml:space="preserve">    (c) writing workshop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silence seemed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signify</w:t>
      </w:r>
      <w:r>
        <w:rPr>
          <w:b/>
          <w:bCs/>
        </w:rPr>
        <w:t xml:space="preserve"> </w:t>
      </w:r>
      <w:r>
        <w:rPr>
          <w:b/>
          <w:bCs/>
        </w:rPr>
        <w:t xml:space="preserve">that she disagreed.</w:t>
      </w:r>
      <w:r>
        <w:br/>
      </w:r>
      <w:r>
        <w:t xml:space="preserve">    (a) indicate</w:t>
      </w:r>
      <w:r>
        <w:br/>
      </w:r>
      <w:r>
        <w:t xml:space="preserve">    (b) delay</w:t>
      </w:r>
      <w:r>
        <w:br/>
      </w:r>
      <w:r>
        <w:t xml:space="preserve">    (c) repeat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Bullies made his school days a constant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torment</w:t>
      </w:r>
      <w:r>
        <w:rPr>
          <w:b/>
          <w:bCs/>
        </w:rPr>
        <w:t xml:space="preserve"> </w:t>
      </w:r>
      <w:r>
        <w:rPr>
          <w:b/>
          <w:bCs/>
        </w:rPr>
        <w:t xml:space="preserve">he could not escape.</w:t>
      </w:r>
      <w:r>
        <w:br/>
      </w:r>
      <w:r>
        <w:t xml:space="preserve">    (a) severe suffering</w:t>
      </w:r>
      <w:r>
        <w:br/>
      </w:r>
      <w:r>
        <w:t xml:space="preserve">    (b) simple confusion</w:t>
      </w:r>
      <w:r>
        <w:br/>
      </w:r>
      <w:r>
        <w:t xml:space="preserve">    (c) great enjoyment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the scandal, 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yielded</w:t>
      </w:r>
      <w:r>
        <w:rPr>
          <w:b/>
          <w:bCs/>
        </w:rPr>
        <w:t xml:space="preserve"> </w:t>
      </w:r>
      <w:r>
        <w:rPr>
          <w:b/>
          <w:bCs/>
        </w:rPr>
        <w:t xml:space="preserve">to public pressure and resigned her position.</w:t>
      </w:r>
      <w:r>
        <w:br/>
      </w:r>
      <w:r>
        <w:t xml:space="preserve">    (a) gave in</w:t>
      </w:r>
      <w:r>
        <w:br/>
      </w:r>
      <w:r>
        <w:t xml:space="preserve">    (b) added</w:t>
      </w:r>
      <w:r>
        <w:br/>
      </w:r>
      <w:r>
        <w:t xml:space="preserve">    (c) produced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2026-07-31T18:22:59Z</dcterms:created>
  <dcterms:modified xsi:type="dcterms:W3CDTF">2026-07-31T18:22:59Z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