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9617340f2063b58da8385ba013b2fd4cee46651"/>
    <w:p>
      <w:pPr>
        <w:pStyle w:val="Heading1"/>
      </w:pPr>
      <w:r>
        <w:rPr>
          <w:b/>
          <w:bCs/>
        </w:rPr>
        <w:t xml:space="preserve">June Recital</w:t>
      </w:r>
      <w:r>
        <w:br/>
      </w:r>
      <w:r>
        <w:rPr>
          <w:i/>
          <w:iCs/>
        </w:rPr>
        <w:t xml:space="preserve">Eudora Welty</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At last he sighed, stretched his toes—so clean he</w:t>
      </w:r>
      <w:r>
        <w:rPr>
          <w:b/>
          <w:bCs/>
        </w:rPr>
        <w:t xml:space="preserve"> </w:t>
      </w:r>
      <w:r>
        <w:rPr>
          <w:b/>
          <w:bCs/>
          <w:u w:val="single"/>
        </w:rPr>
        <w:t xml:space="preserve">despised</w:t>
      </w:r>
      <w:r>
        <w:rPr>
          <w:b/>
          <w:bCs/>
        </w:rPr>
        <w:t xml:space="preserve"> </w:t>
      </w:r>
      <w:r>
        <w:rPr>
          <w:b/>
          <w:bCs/>
        </w:rPr>
        <w:t xml:space="preserve">the very sight of his feet—and brought himself up on his elbow to the window.</w:t>
      </w:r>
      <w:r>
        <w:br/>
      </w:r>
      <w:r>
        <w:t xml:space="preserve">    (a) not good at concentrating on one thing</w:t>
      </w:r>
      <w:r>
        <w:br/>
      </w:r>
      <w:r>
        <w:t xml:space="preserve">    (b) adjusted a lens to make an image clear</w:t>
      </w:r>
      <w:r>
        <w:br/>
      </w:r>
      <w:r>
        <w:t xml:space="preserve">    (c) disliked strongly and looked down upon</w:t>
      </w:r>
    </w:p>
    <w:p>
      <w:pPr>
        <w:pStyle w:val="Compact"/>
        <w:numPr>
          <w:ilvl w:val="0"/>
          <w:numId w:val="1001"/>
        </w:numPr>
      </w:pPr>
      <w:r>
        <w:rPr>
          <w:b/>
          <w:bCs/>
        </w:rPr>
        <w:t xml:space="preserve">When he saw the door prized open—the stretched screen billowing from being too freely leaned against—and let the people in, Loch felt the old</w:t>
      </w:r>
      <w:r>
        <w:rPr>
          <w:b/>
          <w:bCs/>
        </w:rPr>
        <w:t xml:space="preserve"> </w:t>
      </w:r>
      <w:r>
        <w:rPr>
          <w:b/>
          <w:bCs/>
          <w:u w:val="single"/>
        </w:rPr>
        <w:t xml:space="preserve">indignation</w:t>
      </w:r>
      <w:r>
        <w:rPr>
          <w:b/>
          <w:bCs/>
        </w:rPr>
        <w:t xml:space="preserve"> </w:t>
      </w:r>
      <w:r>
        <w:rPr>
          <w:b/>
          <w:bCs/>
        </w:rPr>
        <w:t xml:space="preserve">rise up.</w:t>
      </w:r>
      <w:r>
        <w:br/>
      </w:r>
      <w:r>
        <w:t xml:space="preserve">    (a) acceptance of something undesired as unavoidable</w:t>
      </w:r>
      <w:r>
        <w:br/>
      </w:r>
      <w:r>
        <w:t xml:space="preserve">    (b) surprise as something unexpected</w:t>
      </w:r>
      <w:r>
        <w:br/>
      </w:r>
      <w:r>
        <w:t xml:space="preserve">    (c) anger or annoyance at something unjust or wrong</w:t>
      </w:r>
    </w:p>
    <w:p>
      <w:pPr>
        <w:pStyle w:val="Compact"/>
        <w:numPr>
          <w:ilvl w:val="0"/>
          <w:numId w:val="1001"/>
        </w:numPr>
      </w:pPr>
      <w:r>
        <w:rPr>
          <w:b/>
          <w:bCs/>
        </w:rPr>
        <w:t xml:space="preserve">That was the</w:t>
      </w:r>
      <w:r>
        <w:rPr>
          <w:b/>
          <w:bCs/>
        </w:rPr>
        <w:t xml:space="preserve"> </w:t>
      </w:r>
      <w:r>
        <w:rPr>
          <w:b/>
          <w:bCs/>
          <w:u w:val="single"/>
        </w:rPr>
        <w:t xml:space="preserve">conceited</w:t>
      </w:r>
      <w:r>
        <w:rPr>
          <w:b/>
          <w:bCs/>
        </w:rPr>
        <w:t xml:space="preserve"> </w:t>
      </w:r>
      <w:r>
        <w:rPr>
          <w:b/>
          <w:bCs/>
        </w:rPr>
        <w:t xml:space="preserve">thing girls and women would try.</w:t>
      </w:r>
      <w:r>
        <w:br/>
      </w:r>
      <w:r>
        <w:t xml:space="preserve">    (a) not judged in a negative way</w:t>
      </w:r>
      <w:r>
        <w:br/>
      </w:r>
      <w:r>
        <w:t xml:space="preserve">    (b) excessively proud of oneself</w:t>
      </w:r>
      <w:r>
        <w:br/>
      </w:r>
      <w:r>
        <w:t xml:space="preserve">    (c) calculated or judged too low</w:t>
      </w:r>
    </w:p>
    <w:p>
      <w:pPr>
        <w:pStyle w:val="Compact"/>
        <w:numPr>
          <w:ilvl w:val="0"/>
          <w:numId w:val="1001"/>
        </w:numPr>
      </w:pPr>
      <w:r>
        <w:rPr>
          <w:b/>
          <w:bCs/>
        </w:rPr>
        <w:t xml:space="preserve">But he could not tell what it was—a small brown wooden box, shaped like the</w:t>
      </w:r>
      <w:r>
        <w:rPr>
          <w:b/>
          <w:bCs/>
        </w:rPr>
        <w:t xml:space="preserve"> </w:t>
      </w:r>
      <w:r>
        <w:rPr>
          <w:b/>
          <w:bCs/>
          <w:u w:val="single"/>
        </w:rPr>
        <w:t xml:space="preserve">Obelisk</w:t>
      </w:r>
      <w:r>
        <w:rPr>
          <w:b/>
          <w:bCs/>
        </w:rPr>
        <w:t xml:space="preserve">.</w:t>
      </w:r>
      <w:r>
        <w:br/>
      </w:r>
      <w:r>
        <w:t xml:space="preserve">    (a) related to the smallest part of any material that cannot be broken up by chemical means</w:t>
      </w:r>
      <w:r>
        <w:br/>
      </w:r>
      <w:r>
        <w:t xml:space="preserve">    (b) a type of vocal music that originated in African-American churches in the United States</w:t>
      </w:r>
      <w:r>
        <w:br/>
      </w:r>
      <w:r>
        <w:t xml:space="preserve">    (c) a stone pillar with a pyramidal top erected as a monument to remember a person or event</w:t>
      </w:r>
    </w:p>
    <w:p>
      <w:pPr>
        <w:pStyle w:val="Compact"/>
        <w:numPr>
          <w:ilvl w:val="0"/>
          <w:numId w:val="1001"/>
        </w:numPr>
      </w:pPr>
      <w:r>
        <w:rPr>
          <w:b/>
          <w:bCs/>
        </w:rPr>
        <w:t xml:space="preserve">Yet in the shade of the vacant house, though all looked still, there was</w:t>
      </w:r>
      <w:r>
        <w:rPr>
          <w:b/>
          <w:bCs/>
        </w:rPr>
        <w:t xml:space="preserve"> </w:t>
      </w:r>
      <w:r>
        <w:rPr>
          <w:b/>
          <w:bCs/>
          <w:u w:val="single"/>
        </w:rPr>
        <w:t xml:space="preserve">agitation</w:t>
      </w:r>
      <w:r>
        <w:rPr>
          <w:b/>
          <w:bCs/>
        </w:rPr>
        <w:t xml:space="preserve">.</w:t>
      </w:r>
      <w:r>
        <w:br/>
      </w:r>
      <w:r>
        <w:t xml:space="preserve">    (a) formula (a mathematical expression that describe a relationship between variables)</w:t>
      </w:r>
      <w:r>
        <w:br/>
      </w:r>
      <w:r>
        <w:t xml:space="preserve">    (b) officially telling someone about something; or something that contains the message</w:t>
      </w:r>
      <w:r>
        <w:br/>
      </w:r>
      <w:r>
        <w:t xml:space="preserve">    (c) the act of stirring up (emotionally or physically); or a state of emotional unrest</w:t>
      </w:r>
    </w:p>
    <w:p>
      <w:pPr>
        <w:pStyle w:val="Compact"/>
        <w:numPr>
          <w:ilvl w:val="0"/>
          <w:numId w:val="1001"/>
        </w:numPr>
      </w:pPr>
      <w:r>
        <w:rPr>
          <w:b/>
          <w:bCs/>
        </w:rPr>
        <w:t xml:space="preserve">But with Fir Elise the third time, her uncritical self of the</w:t>
      </w:r>
      <w:r>
        <w:rPr>
          <w:b/>
          <w:bCs/>
        </w:rPr>
        <w:t xml:space="preserve"> </w:t>
      </w:r>
      <w:r>
        <w:rPr>
          <w:b/>
          <w:bCs/>
          <w:u w:val="single"/>
        </w:rPr>
        <w:t xml:space="preserve">crucial</w:t>
      </w:r>
      <w:r>
        <w:rPr>
          <w:b/>
          <w:bCs/>
        </w:rPr>
        <w:t xml:space="preserve"> </w:t>
      </w:r>
      <w:r>
        <w:rPr>
          <w:b/>
          <w:bCs/>
        </w:rPr>
        <w:t xml:space="preserve">present, this Wednesday afternoon, slowly came forward—as if called on.</w:t>
      </w:r>
      <w:r>
        <w:br/>
      </w:r>
      <w:r>
        <w:t xml:space="preserve">    (a) more than is needed</w:t>
      </w:r>
      <w:r>
        <w:br/>
      </w:r>
      <w:r>
        <w:t xml:space="preserve">    (b) natural</w:t>
      </w:r>
      <w:r>
        <w:br/>
      </w:r>
      <w:r>
        <w:t xml:space="preserve">    (c) very important</w:t>
      </w:r>
    </w:p>
    <w:p>
      <w:pPr>
        <w:pStyle w:val="Compact"/>
        <w:numPr>
          <w:ilvl w:val="0"/>
          <w:numId w:val="1001"/>
        </w:numPr>
      </w:pPr>
      <w:r>
        <w:rPr>
          <w:b/>
          <w:bCs/>
        </w:rPr>
        <w:t xml:space="preserve">They went on Mondays and Thursdays at 3:30 and 4:00 and after school was out and up until the</w:t>
      </w:r>
      <w:r>
        <w:rPr>
          <w:b/>
          <w:bCs/>
        </w:rPr>
        <w:t xml:space="preserve"> </w:t>
      </w:r>
      <w:r>
        <w:rPr>
          <w:b/>
          <w:bCs/>
          <w:u w:val="single"/>
        </w:rPr>
        <w:t xml:space="preserve">recital</w:t>
      </w:r>
      <w:r>
        <w:rPr>
          <w:b/>
          <w:bCs/>
        </w:rPr>
        <w:t xml:space="preserve">, at 9:30 and 10:00 in the morning.</w:t>
      </w:r>
      <w:r>
        <w:br/>
      </w:r>
      <w:r>
        <w:t xml:space="preserve">    (a) translation</w:t>
      </w:r>
      <w:r>
        <w:br/>
      </w:r>
      <w:r>
        <w:t xml:space="preserve">    (b) storyteller</w:t>
      </w:r>
      <w:r>
        <w:br/>
      </w:r>
      <w:r>
        <w:t xml:space="preserve">    (c) performance</w:t>
      </w:r>
    </w:p>
    <w:p>
      <w:pPr>
        <w:pStyle w:val="Compact"/>
        <w:numPr>
          <w:ilvl w:val="0"/>
          <w:numId w:val="1001"/>
        </w:numPr>
      </w:pPr>
      <w:r>
        <w:rPr>
          <w:b/>
          <w:bCs/>
        </w:rPr>
        <w:t xml:space="preserve">So punctual and so</w:t>
      </w:r>
      <w:r>
        <w:rPr>
          <w:b/>
          <w:bCs/>
        </w:rPr>
        <w:t xml:space="preserve"> </w:t>
      </w:r>
      <w:r>
        <w:rPr>
          <w:b/>
          <w:bCs/>
          <w:u w:val="single"/>
        </w:rPr>
        <w:t xml:space="preserve">formidable</w:t>
      </w:r>
      <w:r>
        <w:rPr>
          <w:b/>
          <w:bCs/>
        </w:rPr>
        <w:t xml:space="preserve"> </w:t>
      </w:r>
      <w:r>
        <w:rPr>
          <w:b/>
          <w:bCs/>
        </w:rPr>
        <w:t xml:space="preserve">was Miss Eckhart that all the little girls passed, one going and one coming, through the beaded curtains mincing like strangers.</w:t>
      </w:r>
      <w:r>
        <w:br/>
      </w:r>
      <w:r>
        <w:t xml:space="preserve">    (a) intimidating or impressive</w:t>
      </w:r>
      <w:r>
        <w:br/>
      </w:r>
      <w:r>
        <w:t xml:space="preserve">    (b) the quality of disagreeing</w:t>
      </w:r>
      <w:r>
        <w:br/>
      </w:r>
      <w:r>
        <w:t xml:space="preserve">    (c) the quality of being Dutch</w:t>
      </w:r>
    </w:p>
    <w:p>
      <w:pPr>
        <w:pStyle w:val="Compact"/>
        <w:numPr>
          <w:ilvl w:val="0"/>
          <w:numId w:val="1001"/>
        </w:numPr>
      </w:pPr>
      <w:r>
        <w:rPr>
          <w:b/>
          <w:bCs/>
        </w:rPr>
        <w:t xml:space="preserve">Beaded curtains in the doorway stirred and clicked now and then during a lesson, as if someone were coming, but it</w:t>
      </w:r>
      <w:r>
        <w:rPr>
          <w:b/>
          <w:bCs/>
        </w:rPr>
        <w:t xml:space="preserve"> </w:t>
      </w:r>
      <w:r>
        <w:rPr>
          <w:b/>
          <w:bCs/>
          <w:u w:val="single"/>
        </w:rPr>
        <w:t xml:space="preserve">signified</w:t>
      </w:r>
      <w:r>
        <w:rPr>
          <w:b/>
          <w:bCs/>
        </w:rPr>
        <w:t xml:space="preserve"> </w:t>
      </w:r>
      <w:r>
        <w:rPr>
          <w:b/>
          <w:bCs/>
        </w:rPr>
        <w:t xml:space="preserve">no more than the idle clicking redbirds made in the free outdoors, if it was not time for a pupil.</w:t>
      </w:r>
      <w:r>
        <w:br/>
      </w:r>
      <w:r>
        <w:t xml:space="preserve">    (a) lacking things most people enjoy</w:t>
      </w:r>
      <w:r>
        <w:br/>
      </w:r>
      <w:r>
        <w:t xml:space="preserve">    (b) of the Netherlands or its people</w:t>
      </w:r>
      <w:r>
        <w:br/>
      </w:r>
      <w:r>
        <w:t xml:space="preserve">    (c) to indicate (to show or to mean)</w:t>
      </w:r>
    </w:p>
    <w:p>
      <w:pPr>
        <w:pStyle w:val="Compact"/>
        <w:numPr>
          <w:ilvl w:val="0"/>
          <w:numId w:val="1001"/>
        </w:numPr>
      </w:pPr>
      <w:r>
        <w:rPr>
          <w:b/>
          <w:bCs/>
        </w:rPr>
        <w:t xml:space="preserve">It sounded worse than the</w:t>
      </w:r>
      <w:r>
        <w:rPr>
          <w:b/>
          <w:bCs/>
        </w:rPr>
        <w:t xml:space="preserve"> </w:t>
      </w:r>
      <w:r>
        <w:rPr>
          <w:b/>
          <w:bCs/>
          <w:u w:val="single"/>
        </w:rPr>
        <w:t xml:space="preserve">infernal</w:t>
      </w:r>
      <w:r>
        <w:rPr>
          <w:b/>
          <w:bCs/>
        </w:rPr>
        <w:t xml:space="preserve"> </w:t>
      </w:r>
      <w:r>
        <w:rPr>
          <w:b/>
          <w:bCs/>
        </w:rPr>
        <w:t xml:space="preserve">regions.</w:t>
      </w:r>
      <w:r>
        <w:br/>
      </w:r>
      <w:r>
        <w:t xml:space="preserve">    (a) very bad; or very annoying; or characteristic of hell or the underworld</w:t>
      </w:r>
      <w:r>
        <w:br/>
      </w:r>
      <w:r>
        <w:t xml:space="preserve">    (b) strict, firm, or hard (not giving in, not giving way, or not giving up)</w:t>
      </w:r>
      <w:r>
        <w:br/>
      </w:r>
      <w:r>
        <w:t xml:space="preserve">    (c) relating to classical music plays in which most of the dialogue is sung</w:t>
      </w:r>
    </w:p>
    <w:p>
      <w:pPr>
        <w:pStyle w:val="Compact"/>
        <w:numPr>
          <w:ilvl w:val="0"/>
          <w:numId w:val="1001"/>
        </w:numPr>
      </w:pPr>
      <w:r>
        <w:rPr>
          <w:b/>
          <w:bCs/>
        </w:rPr>
        <w:t xml:space="preserve">You could see</w:t>
      </w:r>
      <w:r>
        <w:rPr>
          <w:b/>
          <w:bCs/>
        </w:rPr>
        <w:t xml:space="preserve"> </w:t>
      </w:r>
      <w:r>
        <w:rPr>
          <w:b/>
          <w:bCs/>
          <w:u w:val="single"/>
        </w:rPr>
        <w:t xml:space="preserve">torment</w:t>
      </w:r>
      <w:r>
        <w:rPr>
          <w:b/>
          <w:bCs/>
        </w:rPr>
        <w:t xml:space="preserve"> </w:t>
      </w:r>
      <w:r>
        <w:rPr>
          <w:b/>
          <w:bCs/>
        </w:rPr>
        <w:t xml:space="preserve">in her regard of the fly.</w:t>
      </w:r>
      <w:r>
        <w:br/>
      </w:r>
      <w:r>
        <w:t xml:space="preserve">    (a) to cause or to experience great mental or physical suffering</w:t>
      </w:r>
      <w:r>
        <w:br/>
      </w:r>
      <w:r>
        <w:t xml:space="preserve">    (b) point to differences between; or compare to show differences</w:t>
      </w:r>
      <w:r>
        <w:br/>
      </w:r>
      <w:r>
        <w:t xml:space="preserve">    (c) provide investment funds for something -- such as a business</w:t>
      </w:r>
    </w:p>
    <w:p>
      <w:pPr>
        <w:pStyle w:val="Compact"/>
        <w:numPr>
          <w:ilvl w:val="0"/>
          <w:numId w:val="1001"/>
        </w:numPr>
      </w:pPr>
      <w:r>
        <w:rPr>
          <w:b/>
          <w:bCs/>
        </w:rPr>
        <w:t xml:space="preserve">Before some</w:t>
      </w:r>
      <w:r>
        <w:rPr>
          <w:b/>
          <w:bCs/>
        </w:rPr>
        <w:t xml:space="preserve"> </w:t>
      </w:r>
      <w:r>
        <w:rPr>
          <w:b/>
          <w:bCs/>
          <w:u w:val="single"/>
        </w:rPr>
        <w:t xml:space="preserve">caprice</w:t>
      </w:r>
      <w:r>
        <w:rPr>
          <w:b/>
          <w:bCs/>
        </w:rPr>
        <w:t xml:space="preserve"> </w:t>
      </w:r>
      <w:r>
        <w:rPr>
          <w:b/>
          <w:bCs/>
        </w:rPr>
        <w:t xml:space="preserve">of Virgie's, her spirit drooped its head.</w:t>
      </w:r>
      <w:r>
        <w:br/>
      </w:r>
      <w:r>
        <w:t xml:space="preserve">    (a) purpose, job, or natural activity</w:t>
      </w:r>
      <w:r>
        <w:br/>
      </w:r>
      <w:r>
        <w:t xml:space="preserve">    (b) someone who expresses disapproval</w:t>
      </w:r>
      <w:r>
        <w:br/>
      </w:r>
      <w:r>
        <w:t xml:space="preserve">    (c) impulsiveness or unpredictability</w:t>
      </w:r>
    </w:p>
    <w:p>
      <w:pPr>
        <w:pStyle w:val="Compact"/>
        <w:numPr>
          <w:ilvl w:val="0"/>
          <w:numId w:val="1001"/>
        </w:numPr>
      </w:pPr>
      <w:r>
        <w:rPr>
          <w:b/>
          <w:bCs/>
        </w:rPr>
        <w:t xml:space="preserve">She showed no repentance, such as Cassie felt, for her</w:t>
      </w:r>
      <w:r>
        <w:rPr>
          <w:b/>
          <w:bCs/>
        </w:rPr>
        <w:t xml:space="preserve"> </w:t>
      </w:r>
      <w:r>
        <w:rPr>
          <w:b/>
          <w:bCs/>
          <w:u w:val="single"/>
        </w:rPr>
        <w:t xml:space="preserve">inconsistencies</w:t>
      </w:r>
      <w:r>
        <w:rPr>
          <w:b/>
          <w:bCs/>
        </w:rPr>
        <w:t xml:space="preserve">.</w:t>
      </w:r>
      <w:r>
        <w:br/>
      </w:r>
      <w:r>
        <w:t xml:space="preserve">    (a) small paper forms made to lists the amount of money and each check being deposited into a bank account</w:t>
      </w:r>
      <w:r>
        <w:br/>
      </w:r>
      <w:r>
        <w:t xml:space="preserve">    (b) sculptures or other things made of the brownish metal with the same name -- such as third place medals</w:t>
      </w:r>
      <w:r>
        <w:br/>
      </w:r>
      <w:r>
        <w:t xml:space="preserve">    (c) not the same in different parts or at different times</w:t>
      </w:r>
      <w:r>
        <w:br/>
      </w:r>
      <w:r>
        <w:br/>
      </w:r>
      <w:r>
        <w:t xml:space="preserve">or:</w:t>
      </w:r>
      <w:r>
        <w:br/>
      </w:r>
      <w:r>
        <w:br/>
      </w:r>
      <w:r>
        <w:t xml:space="preserve">not in agreement [with something else]</w:t>
      </w:r>
    </w:p>
    <w:p>
      <w:pPr>
        <w:pStyle w:val="Compact"/>
        <w:numPr>
          <w:ilvl w:val="0"/>
          <w:numId w:val="1001"/>
        </w:numPr>
      </w:pPr>
      <w:r>
        <w:rPr>
          <w:b/>
          <w:bCs/>
        </w:rPr>
        <w:t xml:space="preserve">Mr. Voight before so very long—it happened during a sojourn home of Mr. MacLain, she remembered—was transferred to travel another seven states ending the problem; and yet Mr. Voight had done something that amounted to more than going naked under his robe and calling alarm like a turkey gobbler, it was more</w:t>
      </w:r>
      <w:r>
        <w:rPr>
          <w:b/>
          <w:bCs/>
        </w:rPr>
        <w:t xml:space="preserve"> </w:t>
      </w:r>
      <w:r>
        <w:rPr>
          <w:b/>
          <w:bCs/>
          <w:u w:val="single"/>
        </w:rPr>
        <w:t xml:space="preserve">belligerent</w:t>
      </w:r>
      <w:r>
        <w:rPr>
          <w:b/>
          <w:bCs/>
        </w:rPr>
        <w:t xml:space="preserve">; and the least describable thing of all had been a look on his face; that was strange.</w:t>
      </w:r>
      <w:r>
        <w:br/>
      </w:r>
      <w:r>
        <w:t xml:space="preserve">    (a) related to intelligence -- such as requiring, appealing to, or possessing intelligence</w:t>
      </w:r>
      <w:r>
        <w:br/>
      </w:r>
      <w:r>
        <w:t xml:space="preserve">    (b) (adjective) designed to stop something  OR  (noun) something that stops something else</w:t>
      </w:r>
      <w:r>
        <w:br/>
      </w:r>
      <w:r>
        <w:t xml:space="preserve">    (c) hostile (the attitude of one eager to fight); or one already engaged in a fight or war</w:t>
      </w:r>
    </w:p>
    <w:p>
      <w:pPr>
        <w:pStyle w:val="Compact"/>
        <w:numPr>
          <w:ilvl w:val="0"/>
          <w:numId w:val="1001"/>
        </w:numPr>
      </w:pPr>
      <w:r>
        <w:rPr>
          <w:b/>
          <w:bCs/>
        </w:rPr>
        <w:t xml:space="preserve">When she came in she took her seat and put her foot</w:t>
      </w:r>
      <w:r>
        <w:rPr>
          <w:b/>
          <w:bCs/>
        </w:rPr>
        <w:t xml:space="preserve"> </w:t>
      </w:r>
      <w:r>
        <w:rPr>
          <w:b/>
          <w:bCs/>
          <w:u w:val="single"/>
        </w:rPr>
        <w:t xml:space="preserve">earnestly</w:t>
      </w:r>
      <w:r>
        <w:rPr>
          <w:b/>
          <w:bCs/>
        </w:rPr>
        <w:t xml:space="preserve"> </w:t>
      </w:r>
      <w:r>
        <w:rPr>
          <w:b/>
          <w:bCs/>
        </w:rPr>
        <w:t xml:space="preserve">up on Mr. Sissum's stool like any other lady in Morgana and he spoke to her very nicely.</w:t>
      </w:r>
      <w:r>
        <w:br/>
      </w:r>
      <w:r>
        <w:t xml:space="preserve">    (a) finally; or in the end</w:t>
      </w:r>
      <w:r>
        <w:br/>
      </w:r>
      <w:r>
        <w:t xml:space="preserve">    (b) sincerely or seriously</w:t>
      </w:r>
      <w:r>
        <w:br/>
      </w:r>
      <w:r>
        <w:t xml:space="preserve">    (c) in a self-aware manner</w:t>
      </w:r>
    </w:p>
    <w:p>
      <w:pPr>
        <w:pStyle w:val="Compact"/>
        <w:numPr>
          <w:ilvl w:val="0"/>
          <w:numId w:val="1001"/>
        </w:numPr>
      </w:pPr>
      <w:r>
        <w:rPr>
          <w:b/>
          <w:bCs/>
        </w:rPr>
        <w:t xml:space="preserve">Miss Eckhart tried all those things and was strict to the last in the way she gave all her love to Virgie Rainey and none to anybody else, the way she was strict in music; and for Miss Eckhart love was just as</w:t>
      </w:r>
      <w:r>
        <w:rPr>
          <w:b/>
          <w:bCs/>
        </w:rPr>
        <w:t xml:space="preserve"> </w:t>
      </w:r>
      <w:r>
        <w:rPr>
          <w:b/>
          <w:bCs/>
          <w:u w:val="single"/>
        </w:rPr>
        <w:t xml:space="preserve">arbitrary</w:t>
      </w:r>
      <w:r>
        <w:rPr>
          <w:b/>
          <w:bCs/>
        </w:rPr>
        <w:t xml:space="preserve"> </w:t>
      </w:r>
      <w:r>
        <w:rPr>
          <w:b/>
          <w:bCs/>
        </w:rPr>
        <w:t xml:space="preserve">and one-sided as music teaching.</w:t>
      </w:r>
      <w:r>
        <w:br/>
      </w:r>
      <w:r>
        <w:t xml:space="preserve">    (a) able to meet and talk with</w:t>
      </w:r>
      <w:r>
        <w:br/>
      </w:r>
      <w:r>
        <w:t xml:space="preserve">    (b) based on chance or impulse</w:t>
      </w:r>
      <w:r>
        <w:br/>
      </w:r>
      <w:r>
        <w:t xml:space="preserve">    (c) the quality of disagreeing</w:t>
      </w:r>
    </w:p>
    <w:p>
      <w:pPr>
        <w:pStyle w:val="Compact"/>
        <w:numPr>
          <w:ilvl w:val="0"/>
          <w:numId w:val="1001"/>
        </w:numPr>
      </w:pPr>
      <w:r>
        <w:rPr>
          <w:b/>
          <w:bCs/>
        </w:rPr>
        <w:t xml:space="preserve">The quartet, with four dresses in view at one time and in close conjunction, pushing one another, made Miss Eckhart especially</w:t>
      </w:r>
      <w:r>
        <w:rPr>
          <w:b/>
          <w:bCs/>
        </w:rPr>
        <w:t xml:space="preserve"> </w:t>
      </w:r>
      <w:r>
        <w:rPr>
          <w:b/>
          <w:bCs/>
          <w:u w:val="single"/>
        </w:rPr>
        <w:t xml:space="preserve">apprehensive</w:t>
      </w:r>
      <w:r>
        <w:rPr>
          <w:b/>
          <w:bCs/>
        </w:rPr>
        <w:t xml:space="preserve">.</w:t>
      </w:r>
      <w:r>
        <w:br/>
      </w:r>
      <w:r>
        <w:t xml:space="preserve">    (a) nervous or worried</w:t>
      </w:r>
      <w:r>
        <w:br/>
      </w:r>
      <w:r>
        <w:t xml:space="preserve">    (b) not representative</w:t>
      </w:r>
      <w:r>
        <w:br/>
      </w:r>
      <w:r>
        <w:t xml:space="preserve">    (c) impossible to find</w:t>
      </w:r>
    </w:p>
    <w:p>
      <w:pPr>
        <w:pStyle w:val="Compact"/>
        <w:numPr>
          <w:ilvl w:val="0"/>
          <w:numId w:val="1001"/>
        </w:numPr>
      </w:pPr>
      <w:r>
        <w:rPr>
          <w:b/>
          <w:bCs/>
        </w:rPr>
        <w:t xml:space="preserve">Then there was only the quartet, and with the last</w:t>
      </w:r>
      <w:r>
        <w:rPr>
          <w:b/>
          <w:bCs/>
        </w:rPr>
        <w:t xml:space="preserve"> </w:t>
      </w:r>
      <w:r>
        <w:rPr>
          <w:b/>
          <w:bCs/>
          <w:u w:val="single"/>
        </w:rPr>
        <w:t xml:space="preserve">chord</w:t>
      </w:r>
      <w:r>
        <w:rPr>
          <w:b/>
          <w:bCs/>
        </w:rPr>
        <w:t xml:space="preserve">—sudden disintegration itself—laughter and teasing broke loose.</w:t>
      </w:r>
      <w:r>
        <w:br/>
      </w:r>
      <w:r>
        <w:t xml:space="preserve">    (a) fear, or anticipate with worry (commonly only seen in the forms "apprehensive" and "apprehension," but seen in this form in classic literature)</w:t>
      </w:r>
      <w:r>
        <w:br/>
      </w:r>
      <w:r>
        <w:t xml:space="preserve">    (b) a combination of three or more notes that blend harmoniously when sounded together; or figuratively to express harmonious blending or clashing</w:t>
      </w:r>
      <w:r>
        <w:br/>
      </w:r>
      <w:r>
        <w:t xml:space="preserve">    (c) to expression feelings or thoughts enthusiastically  OR  to squirt or give off (typically under pressure such as blood or leaking gas)</w:t>
      </w:r>
    </w:p>
    <w:p>
      <w:pPr>
        <w:pStyle w:val="Compact"/>
        <w:numPr>
          <w:ilvl w:val="0"/>
          <w:numId w:val="1001"/>
        </w:numPr>
      </w:pPr>
      <w:r>
        <w:rPr>
          <w:b/>
          <w:bCs/>
        </w:rPr>
        <w:t xml:space="preserve">Ladies waved and</w:t>
      </w:r>
      <w:r>
        <w:rPr>
          <w:b/>
          <w:bCs/>
        </w:rPr>
        <w:t xml:space="preserve"> </w:t>
      </w:r>
      <w:r>
        <w:rPr>
          <w:b/>
          <w:bCs/>
          <w:u w:val="single"/>
        </w:rPr>
        <w:t xml:space="preserve">beckoned</w:t>
      </w:r>
      <w:r>
        <w:rPr>
          <w:b/>
          <w:bCs/>
        </w:rPr>
        <w:t xml:space="preserve"> </w:t>
      </w:r>
      <w:r>
        <w:rPr>
          <w:b/>
          <w:bCs/>
        </w:rPr>
        <w:t xml:space="preserve">with their fans, conversation opened up.</w:t>
      </w:r>
      <w:r>
        <w:br/>
      </w:r>
      <w:r>
        <w:t xml:space="preserve">    (a) showed something -- such as demonstrated, expressed, or represented</w:t>
      </w:r>
      <w:r>
        <w:br/>
      </w:r>
      <w:r>
        <w:t xml:space="preserve">    (b) called (to come nearer by using a hand gesture)</w:t>
      </w:r>
      <w:r>
        <w:br/>
      </w:r>
      <w:r>
        <w:t xml:space="preserve">    (c) provided evidence of something -- especially oral evidence in court</w:t>
      </w:r>
    </w:p>
    <w:p>
      <w:pPr>
        <w:pStyle w:val="Compact"/>
        <w:numPr>
          <w:ilvl w:val="0"/>
          <w:numId w:val="1001"/>
        </w:numPr>
      </w:pPr>
      <w:r>
        <w:rPr>
          <w:b/>
          <w:bCs/>
        </w:rPr>
        <w:t xml:space="preserve">It ran perfectly through her head, vanishing as it went, one line</w:t>
      </w:r>
      <w:r>
        <w:rPr>
          <w:b/>
          <w:bCs/>
        </w:rPr>
        <w:t xml:space="preserve"> </w:t>
      </w:r>
      <w:r>
        <w:rPr>
          <w:b/>
          <w:bCs/>
          <w:u w:val="single"/>
        </w:rPr>
        <w:t xml:space="preserve">yielding</w:t>
      </w:r>
      <w:r>
        <w:rPr>
          <w:b/>
          <w:bCs/>
        </w:rPr>
        <w:t xml:space="preserve"> </w:t>
      </w:r>
      <w:r>
        <w:rPr>
          <w:b/>
          <w:bCs/>
        </w:rPr>
        <w:t xml:space="preserve">to the next, like a torch race.</w:t>
      </w:r>
      <w:r>
        <w:br/>
      </w:r>
      <w:r>
        <w:t xml:space="preserve">    (a) showing, demonstrating, determining, or causing acceptance</w:t>
      </w:r>
      <w:r>
        <w:br/>
      </w:r>
      <w:r>
        <w:t xml:space="preserve">    (b) giving way</w:t>
      </w:r>
      <w:r>
        <w:br/>
      </w:r>
      <w:r>
        <w:t xml:space="preserve">    (c) placing trust (in someone) by talking about private things</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2026-07-31T18:23:00Z</dcterms:created>
  <dcterms:modified xsi:type="dcterms:W3CDTF">2026-07-31T18:23:00Z</dcterms:modified>
</cp:coreProperties>
</file>

<file path=docProps/custom.xml><?xml version="1.0" encoding="utf-8"?>
<Properties xmlns="http://schemas.openxmlformats.org/officeDocument/2006/custom-properties" xmlns:vt="http://schemas.openxmlformats.org/officeDocument/2006/docPropsVTypes"/>
</file>