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cd354441166bea4edd21269267817911547fb6"/>
    <w:p>
      <w:pPr>
        <w:pStyle w:val="Heading1"/>
      </w:pPr>
      <w:r>
        <w:rPr>
          <w:b/>
          <w:bCs/>
        </w:rPr>
        <w:t xml:space="preserve">Jude the Obscure</w:t>
      </w:r>
      <w:r>
        <w:br/>
      </w:r>
      <w:r>
        <w:rPr>
          <w:i/>
          <w:iCs/>
        </w:rPr>
        <w:t xml:space="preserve">Thomas Hardy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dresses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latest fashions.</w:t>
      </w:r>
      <w:r>
        <w:br/>
      </w:r>
      <w:r>
        <w:t xml:space="preserve">    (a) ignorance</w:t>
      </w:r>
      <w:r>
        <w:br/>
      </w:r>
      <w:r>
        <w:t xml:space="preserve">    (b) opposition</w:t>
      </w:r>
      <w:r>
        <w:br/>
      </w:r>
      <w:r>
        <w:t xml:space="preserve">    (c) keeping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fight, he turned himself in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own accord</w:t>
      </w:r>
      <w:r>
        <w:rPr>
          <w:b/>
          <w:bCs/>
        </w:rPr>
        <w:t xml:space="preserve">.</w:t>
      </w:r>
      <w:r>
        <w:br/>
      </w:r>
      <w:r>
        <w:t xml:space="preserve">    (a) own fear</w:t>
      </w:r>
      <w:r>
        <w:br/>
      </w:r>
      <w:r>
        <w:t xml:space="preserve">    (b) own mind</w:t>
      </w:r>
      <w:r>
        <w:br/>
      </w:r>
      <w:r>
        <w:t xml:space="preserve">    (c) own safety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mutual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antipathy</w:t>
      </w:r>
      <w:r>
        <w:rPr>
          <w:b/>
          <w:bCs/>
        </w:rPr>
        <w:t xml:space="preserve"> </w:t>
      </w:r>
      <w:r>
        <w:rPr>
          <w:b/>
          <w:bCs/>
        </w:rPr>
        <w:t xml:space="preserve">prevented them from working well together.</w:t>
      </w:r>
      <w:r>
        <w:br/>
      </w:r>
      <w:r>
        <w:t xml:space="preserve">    (a) attraction</w:t>
      </w:r>
      <w:r>
        <w:br/>
      </w:r>
      <w:r>
        <w:t xml:space="preserve">    (b) sympathy</w:t>
      </w:r>
      <w:r>
        <w:br/>
      </w:r>
      <w:r>
        <w:t xml:space="preserve">    (c) strong dislike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watched the hot-air balloon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ascend</w:t>
      </w:r>
      <w:r>
        <w:rPr>
          <w:b/>
          <w:bCs/>
        </w:rPr>
        <w:t xml:space="preserve"> </w:t>
      </w:r>
      <w:r>
        <w:rPr>
          <w:b/>
          <w:bCs/>
        </w:rPr>
        <w:t xml:space="preserve">slowly into the clear morning sky.</w:t>
      </w:r>
      <w:r>
        <w:br/>
      </w:r>
      <w:r>
        <w:t xml:space="preserve">    (a) drift downward</w:t>
      </w:r>
      <w:r>
        <w:br/>
      </w:r>
      <w:r>
        <w:t xml:space="preserve">    (b) move upward</w:t>
      </w:r>
      <w:r>
        <w:br/>
      </w:r>
      <w:r>
        <w:t xml:space="preserve">    (c) spin in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important part</w:t>
      </w:r>
      <w:r>
        <w:br/>
      </w:r>
      <w:r>
        <w:t xml:space="preserve">    (b) unimportant part</w:t>
      </w:r>
      <w:r>
        <w:br/>
      </w:r>
      <w:r>
        <w:t xml:space="preserve">    (c) result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unethical</w:t>
      </w:r>
      <w:r>
        <w:br/>
      </w:r>
      <w:r>
        <w:t xml:space="preserve">    (b) important</w:t>
      </w:r>
      <w:r>
        <w:br/>
      </w:r>
      <w:r>
        <w:t xml:space="preserve">    (c)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stood up in class with total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conviction</w:t>
      </w:r>
      <w:r>
        <w:rPr>
          <w:b/>
          <w:bCs/>
        </w:rPr>
        <w:t xml:space="preserve"> </w:t>
      </w:r>
      <w:r>
        <w:rPr>
          <w:b/>
          <w:bCs/>
        </w:rPr>
        <w:t xml:space="preserve">and said, "I believe animals deserve to be treated kindly, no matter what."</w:t>
      </w:r>
      <w:r>
        <w:br/>
      </w:r>
      <w:r>
        <w:t xml:space="preserve">    (a) raised voice</w:t>
      </w:r>
      <w:r>
        <w:br/>
      </w:r>
      <w:r>
        <w:t xml:space="preserve">    (b) shaky voice</w:t>
      </w:r>
      <w:r>
        <w:br/>
      </w:r>
      <w:r>
        <w:t xml:space="preserve">    (c) firm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represent</w:t>
      </w:r>
      <w:r>
        <w:br/>
      </w:r>
      <w:r>
        <w:t xml:space="preserve">    (b) confuse</w:t>
      </w:r>
      <w:r>
        <w:br/>
      </w:r>
      <w:r>
        <w:t xml:space="preserve">    (c) scatter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novel, she sees through his friendly facade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discerns</w:t>
      </w:r>
      <w:r>
        <w:rPr>
          <w:b/>
          <w:bCs/>
        </w:rPr>
        <w:t xml:space="preserve"> </w:t>
      </w:r>
      <w:r>
        <w:rPr>
          <w:b/>
          <w:bCs/>
        </w:rPr>
        <w:t xml:space="preserve">his evil intent.</w:t>
      </w:r>
      <w:r>
        <w:br/>
      </w:r>
      <w:r>
        <w:t xml:space="preserve">    (a) understands</w:t>
      </w:r>
      <w:r>
        <w:br/>
      </w:r>
      <w:r>
        <w:t xml:space="preserve">    (b) avoids</w:t>
      </w:r>
      <w:r>
        <w:br/>
      </w:r>
      <w:r>
        <w:t xml:space="preserve">    (c) overcomes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Ecclesiastical</w:t>
      </w:r>
      <w:r>
        <w:rPr>
          <w:b/>
          <w:bCs/>
        </w:rPr>
        <w:t xml:space="preserve"> </w:t>
      </w:r>
      <w:r>
        <w:rPr>
          <w:b/>
          <w:bCs/>
        </w:rPr>
        <w:t xml:space="preserve">law governs many church traditions.</w:t>
      </w:r>
      <w:r>
        <w:br/>
      </w:r>
      <w:r>
        <w:t xml:space="preserve">    (a) church-related</w:t>
      </w:r>
      <w:r>
        <w:br/>
      </w:r>
      <w:r>
        <w:t xml:space="preserve">    (b) sports-related</w:t>
      </w:r>
      <w:r>
        <w:br/>
      </w:r>
      <w:r>
        <w:t xml:space="preserve">    (c) kitchen-related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 smartphones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enable</w:t>
      </w:r>
      <w:r>
        <w:rPr>
          <w:b/>
          <w:bCs/>
        </w:rPr>
        <w:t xml:space="preserve"> </w:t>
      </w:r>
      <w:r>
        <w:rPr>
          <w:b/>
          <w:bCs/>
        </w:rPr>
        <w:t xml:space="preserve">people to work from almost anywhere.</w:t>
      </w:r>
      <w:r>
        <w:br/>
      </w:r>
      <w:r>
        <w:t xml:space="preserve">    (a) remind</w:t>
      </w:r>
      <w:r>
        <w:br/>
      </w:r>
      <w:r>
        <w:t xml:space="preserve">    (b) require</w:t>
      </w:r>
      <w:r>
        <w:br/>
      </w:r>
      <w:r>
        <w:t xml:space="preserve">    (c) allow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grades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inconsistent</w:t>
      </w:r>
      <w:r>
        <w:rPr>
          <w:b/>
          <w:bCs/>
        </w:rPr>
        <w:t xml:space="preserve">, ranging from A's to F's each term.</w:t>
      </w:r>
      <w:r>
        <w:br/>
      </w:r>
      <w:r>
        <w:t xml:space="preserve">    (a) perfect</w:t>
      </w:r>
      <w:r>
        <w:br/>
      </w:r>
      <w:r>
        <w:t xml:space="preserve">    (b) uneven</w:t>
      </w:r>
      <w:r>
        <w:br/>
      </w:r>
      <w:r>
        <w:t xml:space="preserve">    (c) private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indulge</w:t>
      </w:r>
      <w:r>
        <w:rPr>
          <w:b/>
          <w:bCs/>
        </w:rPr>
        <w:t xml:space="preserve"> </w:t>
      </w:r>
      <w:r>
        <w:rPr>
          <w:b/>
          <w:bCs/>
        </w:rPr>
        <w:t xml:space="preserve">my taste for sweets more than is good for me.</w:t>
      </w:r>
      <w:r>
        <w:br/>
      </w:r>
      <w:r>
        <w:t xml:space="preserve">    (a) give in to</w:t>
      </w:r>
      <w:r>
        <w:br/>
      </w:r>
      <w:r>
        <w:t xml:space="preserve">    (b) hold back from</w:t>
      </w:r>
      <w:r>
        <w:br/>
      </w:r>
      <w:r>
        <w:t xml:space="preserve">    (c) complain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official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 </w:t>
      </w:r>
      <w:r>
        <w:rPr>
          <w:b/>
          <w:bCs/>
        </w:rPr>
        <w:t xml:space="preserve">has ended, but the press continues to ask questions.</w:t>
      </w:r>
      <w:r>
        <w:br/>
      </w:r>
      <w:r>
        <w:t xml:space="preserve">    (a) statement</w:t>
      </w:r>
      <w:r>
        <w:br/>
      </w:r>
      <w:r>
        <w:t xml:space="preserve">    (b) investigation</w:t>
      </w:r>
      <w:r>
        <w:br/>
      </w:r>
      <w:r>
        <w:t xml:space="preserve">    (c)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are a proud people and resent foreign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intrusion</w:t>
      </w:r>
      <w:r>
        <w:rPr>
          <w:b/>
          <w:bCs/>
        </w:rPr>
        <w:t xml:space="preserve"> </w:t>
      </w:r>
      <w:r>
        <w:rPr>
          <w:b/>
          <w:bCs/>
        </w:rPr>
        <w:t xml:space="preserve">into their local affairs.</w:t>
      </w:r>
      <w:r>
        <w:br/>
      </w:r>
      <w:r>
        <w:t xml:space="preserve">    (a) showing off superior abilities</w:t>
      </w:r>
      <w:r>
        <w:br/>
      </w:r>
      <w:r>
        <w:t xml:space="preserve">    (b) unwelcome involvement</w:t>
      </w:r>
      <w:r>
        <w:br/>
      </w:r>
      <w:r>
        <w:t xml:space="preserve">    (c) watching as a show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bond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matrimony</w:t>
      </w:r>
      <w:r>
        <w:rPr>
          <w:b/>
          <w:bCs/>
        </w:rPr>
        <w:t xml:space="preserve"> </w:t>
      </w:r>
      <w:r>
        <w:rPr>
          <w:b/>
          <w:bCs/>
        </w:rPr>
        <w:t xml:space="preserve">lasted for over fifty years.</w:t>
      </w:r>
      <w:r>
        <w:br/>
      </w:r>
      <w:r>
        <w:t xml:space="preserve">    (a) marriage</w:t>
      </w:r>
      <w:r>
        <w:br/>
      </w:r>
      <w:r>
        <w:t xml:space="preserve">    (b) friendship</w:t>
      </w:r>
      <w:r>
        <w:br/>
      </w:r>
      <w:r>
        <w:t xml:space="preserve">    (c) divorce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congratulate</w:t>
      </w:r>
      <w:r>
        <w:br/>
      </w:r>
      <w:r>
        <w:t xml:space="preserve">    (b) accept honor for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satire</w:t>
      </w:r>
      <w:r>
        <w:rPr>
          <w:b/>
          <w:bCs/>
        </w:rPr>
        <w:t xml:space="preserve">, the cartoon exposed how ridiculous the new policy looked in practice.</w:t>
      </w:r>
      <w:r>
        <w:br/>
      </w:r>
      <w:r>
        <w:t xml:space="preserve">    (a) literal description</w:t>
      </w:r>
      <w:r>
        <w:br/>
      </w:r>
      <w:r>
        <w:t xml:space="preserve">    (b) factual reporting</w:t>
      </w:r>
      <w:r>
        <w:br/>
      </w:r>
      <w:r>
        <w:t xml:space="preserve">    (c) humorous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encourages</w:t>
      </w:r>
      <w:r>
        <w:br/>
      </w:r>
      <w:r>
        <w:t xml:space="preserve">    (b) disrespects</w:t>
      </w:r>
      <w:r>
        <w:br/>
      </w:r>
      <w:r>
        <w:t xml:space="preserve">    (c) trains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vivacious</w:t>
      </w:r>
      <w:r>
        <w:rPr>
          <w:b/>
          <w:bCs/>
        </w:rPr>
        <w:t xml:space="preserve"> </w:t>
      </w:r>
      <w:r>
        <w:rPr>
          <w:b/>
          <w:bCs/>
        </w:rPr>
        <w:t xml:space="preserve">high school senior who has captured the nations heart.</w:t>
      </w:r>
      <w:r>
        <w:br/>
      </w:r>
      <w:r>
        <w:t xml:space="preserve">    (a) engaging and lively</w:t>
      </w:r>
      <w:r>
        <w:br/>
      </w:r>
      <w:r>
        <w:t xml:space="preserve">    (b) kind and attractive</w:t>
      </w:r>
      <w:r>
        <w:br/>
      </w:r>
      <w:r>
        <w:t xml:space="preserve">    (c) smart and well-spoken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2026-07-31T15:35:33Z</dcterms:created>
  <dcterms:modified xsi:type="dcterms:W3CDTF">2026-07-31T15:35:33Z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