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4f672c6f2017386755c1cae5707968d393c5bc"/>
    <w:p>
      <w:pPr>
        <w:pStyle w:val="Heading1"/>
      </w:pPr>
      <w:r>
        <w:rPr>
          <w:b/>
          <w:bCs/>
        </w:rPr>
        <w:t xml:space="preserve">Jude the Obscure</w:t>
      </w:r>
      <w:r>
        <w:br/>
      </w:r>
      <w:r>
        <w:rPr>
          <w:i/>
          <w:iCs/>
        </w:rPr>
        <w:t xml:space="preserve">Thomas Hardy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honey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adulterated</w:t>
      </w:r>
      <w:r>
        <w:rPr>
          <w:b/>
          <w:bCs/>
        </w:rPr>
        <w:t xml:space="preserve">.</w:t>
      </w:r>
      <w:r>
        <w:br/>
      </w:r>
      <w:r>
        <w:t xml:space="preserve">    (a) inexpensive</w:t>
      </w:r>
      <w:r>
        <w:br/>
      </w:r>
      <w:r>
        <w:t xml:space="preserve">    (b) not pure</w:t>
      </w:r>
      <w:r>
        <w:br/>
      </w:r>
      <w:r>
        <w:t xml:space="preserve">    (c) organic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honest trait</w:t>
      </w:r>
      <w:r>
        <w:br/>
      </w:r>
      <w:r>
        <w:t xml:space="preserve">    (b) old hobby</w:t>
      </w:r>
      <w:r>
        <w:br/>
      </w:r>
      <w:r>
        <w:t xml:space="preserve">    (c) fake mannerism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kindness</w:t>
      </w:r>
      <w:r>
        <w:br/>
      </w:r>
      <w:r>
        <w:t xml:space="preserve">    (b) positive attitude</w:t>
      </w:r>
      <w:r>
        <w:br/>
      </w:r>
      <w:r>
        <w:t xml:space="preserve">    (c) hostility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Concave</w:t>
      </w:r>
      <w:r>
        <w:rPr>
          <w:b/>
          <w:bCs/>
        </w:rPr>
        <w:t xml:space="preserve"> </w:t>
      </w:r>
      <w:r>
        <w:rPr>
          <w:b/>
          <w:bCs/>
        </w:rPr>
        <w:t xml:space="preserve">mirrors make things look larger and closer than they are.</w:t>
      </w:r>
      <w:r>
        <w:br/>
      </w:r>
      <w:r>
        <w:t xml:space="preserve">    (a) struggle or disagreement</w:t>
      </w:r>
      <w:r>
        <w:br/>
      </w:r>
      <w:r>
        <w:t xml:space="preserve">    (b) include consideration of</w:t>
      </w:r>
      <w:r>
        <w:br/>
      </w:r>
      <w:r>
        <w:t xml:space="preserve">    (c) curving inward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</w:t>
      </w:r>
      <w:r>
        <w:rPr>
          <w:b/>
          <w:bCs/>
        </w:rPr>
        <w:t xml:space="preserve"> </w:t>
      </w:r>
      <w:r>
        <w:rPr>
          <w:b/>
          <w:bCs/>
        </w:rPr>
        <w:t xml:space="preserve">such behavior.</w:t>
      </w:r>
      <w:r>
        <w:br/>
      </w:r>
      <w:r>
        <w:t xml:space="preserve">    (a) approve of</w:t>
      </w:r>
      <w:r>
        <w:br/>
      </w:r>
      <w:r>
        <w:t xml:space="preserve">    (b) insure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challenging</w:t>
      </w:r>
      <w:r>
        <w:br/>
      </w:r>
      <w:r>
        <w:t xml:space="preserve">    (b) friendly</w:t>
      </w:r>
      <w:r>
        <w:br/>
      </w:r>
      <w:r>
        <w:t xml:space="preserve">    (c) unfamiliar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liar.</w:t>
      </w:r>
      <w:r>
        <w:br/>
      </w:r>
      <w:r>
        <w:t xml:space="preserve">    (a) unreliable</w:t>
      </w:r>
      <w:r>
        <w:br/>
      </w:r>
      <w:r>
        <w:t xml:space="preserve">    (b) deserving no respect</w:t>
      </w:r>
      <w:r>
        <w:br/>
      </w:r>
      <w:r>
        <w:t xml:space="preserve">    (c) good (at pretending)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France and Germany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contiguous</w:t>
      </w:r>
      <w:r>
        <w:rPr>
          <w:b/>
          <w:bCs/>
        </w:rPr>
        <w:t xml:space="preserve">, sharing a border along the Rhine.</w:t>
      </w:r>
      <w:r>
        <w:br/>
      </w:r>
      <w:r>
        <w:t xml:space="preserve">    (a) ancient</w:t>
      </w:r>
      <w:r>
        <w:br/>
      </w:r>
      <w:r>
        <w:t xml:space="preserve">    (b) isolated</w:t>
      </w:r>
      <w:r>
        <w:br/>
      </w:r>
      <w:r>
        <w:t xml:space="preserve">    (c) adjacent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vote</w:t>
      </w:r>
      <w:r>
        <w:br/>
      </w:r>
      <w:r>
        <w:t xml:space="preserve">    (b) formal investigation</w:t>
      </w:r>
      <w:r>
        <w:br/>
      </w:r>
      <w:r>
        <w:t xml:space="preserve">    (c) assistant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 why he wanted to climb the mountain, he retorted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laconically</w:t>
      </w:r>
      <w:r>
        <w:rPr>
          <w:b/>
          <w:bCs/>
        </w:rPr>
        <w:t xml:space="preserve">, "Because it's there."</w:t>
      </w:r>
      <w:r>
        <w:br/>
      </w:r>
      <w:r>
        <w:t xml:space="preserve">    (a) in a funny manner</w:t>
      </w:r>
      <w:r>
        <w:br/>
      </w:r>
      <w:r>
        <w:t xml:space="preserve">    (b) in a manner that uses few words</w:t>
      </w:r>
      <w:r>
        <w:br/>
      </w:r>
      <w:r>
        <w:t xml:space="preserve">    (c) in a shy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Chicago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</w:t>
      </w:r>
      <w:r>
        <w:rPr>
          <w:b/>
          <w:bCs/>
        </w:rPr>
        <w:t xml:space="preserve"> </w:t>
      </w:r>
      <w:r>
        <w:rPr>
          <w:b/>
          <w:bCs/>
        </w:rPr>
        <w:t xml:space="preserve">required that new streets be laid out with eight streets per mile in one direction and sixteen in the other direction.</w:t>
      </w:r>
      <w:r>
        <w:br/>
      </w:r>
      <w:r>
        <w:t xml:space="preserve">    (a) law</w:t>
      </w:r>
      <w:r>
        <w:br/>
      </w:r>
      <w:r>
        <w:t xml:space="preserve">    (b) suggestion</w:t>
      </w:r>
      <w:r>
        <w:br/>
      </w:r>
      <w:r>
        <w:t xml:space="preserve">    (c) custom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interest</w:t>
      </w:r>
      <w:r>
        <w:br/>
      </w:r>
      <w:r>
        <w:t xml:space="preserve">    (b) skill</w:t>
      </w:r>
      <w:r>
        <w:br/>
      </w:r>
      <w:r>
        <w:t xml:space="preserve">    (c)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provisional</w:t>
      </w:r>
      <w:r>
        <w:rPr>
          <w:b/>
          <w:bCs/>
        </w:rPr>
        <w:t xml:space="preserve"> </w:t>
      </w:r>
      <w:r>
        <w:rPr>
          <w:b/>
          <w:bCs/>
        </w:rPr>
        <w:t xml:space="preserve">ballots will be counted.</w:t>
      </w:r>
      <w:r>
        <w:br/>
      </w:r>
      <w:r>
        <w:t xml:space="preserve">    (a) fully valid</w:t>
      </w:r>
      <w:r>
        <w:br/>
      </w:r>
      <w:r>
        <w:t xml:space="preserve">    (b) not final</w:t>
      </w:r>
      <w:r>
        <w:br/>
      </w:r>
      <w:r>
        <w:t xml:space="preserve">    (c) already checked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reparations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community for the environmental damage it caused.</w:t>
      </w:r>
      <w:r>
        <w:br/>
      </w:r>
      <w:r>
        <w:t xml:space="preserve">    (a) payments</w:t>
      </w:r>
      <w:r>
        <w:br/>
      </w:r>
      <w:r>
        <w:t xml:space="preserve">    (b) excuses</w:t>
      </w:r>
      <w:r>
        <w:br/>
      </w:r>
      <w:r>
        <w:t xml:space="preserve">    (c) apologies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highly amusing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confused</w:t>
      </w:r>
      <w:r>
        <w:br/>
      </w:r>
      <w:r>
        <w:t xml:space="preserve">    (c)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shy and uncertain</w:t>
      </w:r>
      <w:r>
        <w:br/>
      </w:r>
      <w:r>
        <w:t xml:space="preserve">    (b) warm and welcoming</w:t>
      </w:r>
      <w:r>
        <w:br/>
      </w:r>
      <w:r>
        <w:t xml:space="preserve">    (c) haughty and disdainful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appreciated</w:t>
      </w:r>
      <w:r>
        <w:br/>
      </w:r>
      <w:r>
        <w:t xml:space="preserve">    (b) unnecessary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Described C.S. Lewis as a hot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theologian</w:t>
      </w:r>
      <w:r>
        <w:rPr>
          <w:b/>
          <w:bCs/>
        </w:rPr>
        <w:t xml:space="preserve"> </w:t>
      </w:r>
      <w:r>
        <w:rPr>
          <w:b/>
          <w:bCs/>
        </w:rPr>
        <w:t xml:space="preserve">after the Narnia books were made into a movie.</w:t>
      </w:r>
      <w:r>
        <w:br/>
      </w:r>
      <w:r>
        <w:t xml:space="preserve">    (a) someone who won't answer questions; or blocks progress</w:t>
      </w:r>
      <w:r>
        <w:br/>
      </w:r>
      <w:r>
        <w:t xml:space="preserve">    (b) someone who moves back and forth; or is unsure or weak</w:t>
      </w:r>
      <w:r>
        <w:br/>
      </w:r>
      <w:r>
        <w:t xml:space="preserve">    (c) someone who is learned in the study of religion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2026-07-31T15:35:33Z</dcterms:created>
  <dcterms:modified xsi:type="dcterms:W3CDTF">2026-07-31T15:35:33Z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