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f02eeaec7b8f1a714c2c705f34ed7ffea9c9d4"/>
    <w:p>
      <w:pPr>
        <w:pStyle w:val="Heading1"/>
      </w:pPr>
      <w:r>
        <w:rPr>
          <w:b/>
          <w:bCs/>
        </w:rPr>
        <w:t xml:space="preserve">Jude the Obscure</w:t>
      </w:r>
      <w:r>
        <w:br/>
      </w:r>
      <w:r>
        <w:rPr>
          <w:i/>
          <w:iCs/>
        </w:rPr>
        <w:t xml:space="preserve">Thomas Hardy</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This vast</w:t>
      </w:r>
      <w:r>
        <w:rPr>
          <w:b/>
          <w:bCs/>
        </w:rPr>
        <w:t xml:space="preserve"> </w:t>
      </w:r>
      <w:r>
        <w:rPr>
          <w:b/>
          <w:bCs/>
          <w:u w:val="single"/>
        </w:rPr>
        <w:t xml:space="preserve">concave</w:t>
      </w:r>
      <w:r>
        <w:rPr>
          <w:b/>
          <w:bCs/>
        </w:rPr>
        <w:t xml:space="preserve"> </w:t>
      </w:r>
      <w:r>
        <w:rPr>
          <w:b/>
          <w:bCs/>
        </w:rPr>
        <w:t xml:space="preserve">was the scene of his labours for Mr Troutham the farmer, and he descended into the midst of it.</w:t>
      </w:r>
      <w:r>
        <w:br/>
      </w:r>
      <w:r>
        <w:t xml:space="preserve">    (a) include consideration of</w:t>
      </w:r>
      <w:r>
        <w:br/>
      </w:r>
      <w:r>
        <w:t xml:space="preserve">    (b) angled or curving inward</w:t>
      </w:r>
      <w:r>
        <w:br/>
      </w:r>
      <w:r>
        <w:t xml:space="preserve">    (c) struggle or disagreement</w:t>
      </w:r>
    </w:p>
    <w:p>
      <w:pPr>
        <w:pStyle w:val="Compact"/>
        <w:numPr>
          <w:ilvl w:val="0"/>
          <w:numId w:val="1001"/>
        </w:numPr>
      </w:pPr>
      <w:r>
        <w:rPr>
          <w:b/>
          <w:bCs/>
        </w:rPr>
        <w:t xml:space="preserve">"Catched un, my dear?"</w:t>
      </w:r>
      <w:r>
        <w:rPr>
          <w:b/>
          <w:bCs/>
        </w:rPr>
        <w:t xml:space="preserve"> </w:t>
      </w:r>
      <w:r>
        <w:rPr>
          <w:b/>
          <w:bCs/>
          <w:u w:val="single"/>
        </w:rPr>
        <w:t xml:space="preserve">laconically</w:t>
      </w:r>
      <w:r>
        <w:rPr>
          <w:b/>
          <w:bCs/>
        </w:rPr>
        <w:t xml:space="preserve"> </w:t>
      </w:r>
      <w:r>
        <w:rPr>
          <w:b/>
          <w:bCs/>
        </w:rPr>
        <w:t xml:space="preserve">asked the girl called Anny.</w:t>
      </w:r>
      <w:r>
        <w:br/>
      </w:r>
      <w:r>
        <w:t xml:space="preserve">    (a) in comparison to something else</w:t>
      </w:r>
      <w:r>
        <w:br/>
      </w:r>
      <w:r>
        <w:t xml:space="preserve">    (b) in a manner that is not sincere</w:t>
      </w:r>
      <w:r>
        <w:br/>
      </w:r>
      <w:r>
        <w:t xml:space="preserve">    (c) in a manner that uses few words</w:t>
      </w:r>
    </w:p>
    <w:p>
      <w:pPr>
        <w:pStyle w:val="Compact"/>
        <w:numPr>
          <w:ilvl w:val="0"/>
          <w:numId w:val="1001"/>
        </w:numPr>
      </w:pPr>
      <w:r>
        <w:rPr>
          <w:b/>
          <w:bCs/>
        </w:rPr>
        <w:t xml:space="preserve">He was going to walk with her, perhaps kiss her; but "courting" was too coolly purposeful to be anything but</w:t>
      </w:r>
      <w:r>
        <w:rPr>
          <w:b/>
          <w:bCs/>
        </w:rPr>
        <w:t xml:space="preserve"> </w:t>
      </w:r>
      <w:r>
        <w:rPr>
          <w:b/>
          <w:bCs/>
          <w:u w:val="single"/>
        </w:rPr>
        <w:t xml:space="preserve">repugnant</w:t>
      </w:r>
      <w:r>
        <w:rPr>
          <w:b/>
          <w:bCs/>
        </w:rPr>
        <w:t xml:space="preserve"> </w:t>
      </w:r>
      <w:r>
        <w:rPr>
          <w:b/>
          <w:bCs/>
        </w:rPr>
        <w:t xml:space="preserve">to his ideas.</w:t>
      </w:r>
      <w:r>
        <w:br/>
      </w:r>
      <w:r>
        <w:t xml:space="preserve">    (a) related to</w:t>
      </w:r>
      <w:r>
        <w:br/>
      </w:r>
      <w:r>
        <w:t xml:space="preserve">    (b) disgusting</w:t>
      </w:r>
      <w:r>
        <w:br/>
      </w:r>
      <w:r>
        <w:t xml:space="preserve">    (c) very large</w:t>
      </w:r>
    </w:p>
    <w:p>
      <w:pPr>
        <w:pStyle w:val="Compact"/>
        <w:numPr>
          <w:ilvl w:val="0"/>
          <w:numId w:val="1001"/>
        </w:numPr>
      </w:pPr>
      <w:r>
        <w:rPr>
          <w:b/>
          <w:bCs/>
        </w:rPr>
        <w:t xml:space="preserve">Thus they descended to the precincts of her father's homestead, and Arabella went in, nodding good-bye to him with a</w:t>
      </w:r>
      <w:r>
        <w:rPr>
          <w:b/>
          <w:bCs/>
        </w:rPr>
        <w:t xml:space="preserve"> </w:t>
      </w:r>
      <w:r>
        <w:rPr>
          <w:b/>
          <w:bCs/>
          <w:u w:val="single"/>
        </w:rPr>
        <w:t xml:space="preserve">supercilious</w:t>
      </w:r>
      <w:r>
        <w:rPr>
          <w:b/>
          <w:bCs/>
        </w:rPr>
        <w:t xml:space="preserve">, affronted air.</w:t>
      </w:r>
      <w:r>
        <w:br/>
      </w:r>
      <w:r>
        <w:t xml:space="preserve">    (a) arrogant</w:t>
      </w:r>
      <w:r>
        <w:br/>
      </w:r>
      <w:r>
        <w:t xml:space="preserve">    (b) pleasing</w:t>
      </w:r>
      <w:r>
        <w:br/>
      </w:r>
      <w:r>
        <w:t xml:space="preserve">    (c) absolute</w:t>
      </w:r>
    </w:p>
    <w:p>
      <w:pPr>
        <w:pStyle w:val="Compact"/>
        <w:numPr>
          <w:ilvl w:val="0"/>
          <w:numId w:val="1001"/>
        </w:numPr>
      </w:pPr>
      <w:r>
        <w:rPr>
          <w:b/>
          <w:bCs/>
        </w:rPr>
        <w:t xml:space="preserve">Those who guessed the probable state of affairs, Arabella's parents being among them, declared that it was the sort of conduct they would have expected of such an honest young man as Jude in</w:t>
      </w:r>
      <w:r>
        <w:rPr>
          <w:b/>
          <w:bCs/>
        </w:rPr>
        <w:t xml:space="preserve"> </w:t>
      </w:r>
      <w:r>
        <w:rPr>
          <w:b/>
          <w:bCs/>
          <w:u w:val="single"/>
        </w:rPr>
        <w:t xml:space="preserve">reparation</w:t>
      </w:r>
      <w:r>
        <w:rPr>
          <w:b/>
          <w:bCs/>
        </w:rPr>
        <w:t xml:space="preserve"> </w:t>
      </w:r>
      <w:r>
        <w:rPr>
          <w:b/>
          <w:bCs/>
        </w:rPr>
        <w:t xml:space="preserve">of the wrong he had done his innocent sweetheart.</w:t>
      </w:r>
      <w:r>
        <w:br/>
      </w:r>
      <w:r>
        <w:t xml:space="preserve">    (a) compensation for a wrong -- usually an amount of money -- often payment required from the losing country in a war</w:t>
      </w:r>
      <w:r>
        <w:br/>
      </w:r>
      <w:r>
        <w:t xml:space="preserve">    (b) related to a theory that views history as class struggle and argues that capitalism will be replaced by communism</w:t>
      </w:r>
      <w:r>
        <w:br/>
      </w:r>
      <w:r>
        <w:t xml:space="preserve">    (c) something that is different than others of its type (synonyms could include: adaptation, version, alternate form)</w:t>
      </w:r>
    </w:p>
    <w:p>
      <w:pPr>
        <w:pStyle w:val="Compact"/>
        <w:numPr>
          <w:ilvl w:val="0"/>
          <w:numId w:val="1001"/>
        </w:numPr>
      </w:pPr>
      <w:r>
        <w:rPr>
          <w:b/>
          <w:bCs/>
        </w:rPr>
        <w:t xml:space="preserve">Ah—that public-house experience accounts for your knowing about the</w:t>
      </w:r>
      <w:r>
        <w:rPr>
          <w:b/>
          <w:bCs/>
        </w:rPr>
        <w:t xml:space="preserve"> </w:t>
      </w:r>
      <w:r>
        <w:rPr>
          <w:b/>
          <w:bCs/>
          <w:u w:val="single"/>
        </w:rPr>
        <w:t xml:space="preserve">adulteration</w:t>
      </w:r>
      <w:r>
        <w:rPr>
          <w:b/>
          <w:bCs/>
        </w:rPr>
        <w:t xml:space="preserve"> </w:t>
      </w:r>
      <w:r>
        <w:rPr>
          <w:b/>
          <w:bCs/>
        </w:rPr>
        <w:t xml:space="preserve">of the ale when we went and had some that Sunday evening.</w:t>
      </w:r>
      <w:r>
        <w:br/>
      </w:r>
      <w:r>
        <w:t xml:space="preserve">    (a) the act of corrupting, debasing, or making impure by adding a foreign or inferior substance</w:t>
      </w:r>
      <w:r>
        <w:br/>
      </w:r>
      <w:r>
        <w:t xml:space="preserve">    (b) a connection where measuring one particle instantly affects another, regardless of distance</w:t>
      </w:r>
      <w:r>
        <w:br/>
      </w:r>
      <w:r>
        <w:t xml:space="preserve">    (c) a potentially life-threatening eating disorder that prevents people from eating enough food</w:t>
      </w:r>
    </w:p>
    <w:p>
      <w:pPr>
        <w:pStyle w:val="Compact"/>
        <w:numPr>
          <w:ilvl w:val="0"/>
          <w:numId w:val="1001"/>
        </w:numPr>
      </w:pPr>
      <w:r>
        <w:rPr>
          <w:b/>
          <w:bCs/>
        </w:rPr>
        <w:t xml:space="preserve">He would accept any employment which might be offered him on the strength of his late employer's recommendation; but he would accept it as a</w:t>
      </w:r>
      <w:r>
        <w:rPr>
          <w:b/>
          <w:bCs/>
        </w:rPr>
        <w:t xml:space="preserve"> </w:t>
      </w:r>
      <w:r>
        <w:rPr>
          <w:b/>
          <w:bCs/>
          <w:u w:val="single"/>
        </w:rPr>
        <w:t xml:space="preserve">provisional</w:t>
      </w:r>
      <w:r>
        <w:rPr>
          <w:b/>
          <w:bCs/>
        </w:rPr>
        <w:t xml:space="preserve"> </w:t>
      </w:r>
      <w:r>
        <w:rPr>
          <w:b/>
          <w:bCs/>
        </w:rPr>
        <w:t xml:space="preserve">thing only.</w:t>
      </w:r>
      <w:r>
        <w:br/>
      </w:r>
      <w:r>
        <w:t xml:space="preserve">    (a) temporary; or in effect while awaiting approval or a more permanent solution</w:t>
      </w:r>
      <w:r>
        <w:br/>
      </w:r>
      <w:r>
        <w:t xml:space="preserve">    (b) the state or degree of having the ability to change for different situations</w:t>
      </w:r>
      <w:r>
        <w:br/>
      </w:r>
      <w:r>
        <w:t xml:space="preserve">    (c) the quality of behaving in an instinctive, uninhibited, and unplanned manner</w:t>
      </w:r>
    </w:p>
    <w:p>
      <w:pPr>
        <w:pStyle w:val="Compact"/>
        <w:numPr>
          <w:ilvl w:val="0"/>
          <w:numId w:val="1001"/>
        </w:numPr>
      </w:pPr>
      <w:r>
        <w:rPr>
          <w:b/>
          <w:bCs/>
        </w:rPr>
        <w:t xml:space="preserve">They might have had such nice times together, she said, for she was thrown much upon herself, and had hardly any</w:t>
      </w:r>
      <w:r>
        <w:rPr>
          <w:b/>
          <w:bCs/>
        </w:rPr>
        <w:t xml:space="preserve"> </w:t>
      </w:r>
      <w:r>
        <w:rPr>
          <w:b/>
          <w:bCs/>
          <w:u w:val="single"/>
        </w:rPr>
        <w:t xml:space="preserve">congenial</w:t>
      </w:r>
      <w:r>
        <w:rPr>
          <w:b/>
          <w:bCs/>
        </w:rPr>
        <w:t xml:space="preserve"> </w:t>
      </w:r>
      <w:r>
        <w:rPr>
          <w:b/>
          <w:bCs/>
        </w:rPr>
        <w:t xml:space="preserve">friend.</w:t>
      </w:r>
      <w:r>
        <w:br/>
      </w:r>
      <w:r>
        <w:t xml:space="preserve">    (a) agreeable or compatible</w:t>
      </w:r>
      <w:r>
        <w:br/>
      </w:r>
      <w:r>
        <w:t xml:space="preserve">    (b) unable to get closer to</w:t>
      </w:r>
      <w:r>
        <w:br/>
      </w:r>
      <w:r>
        <w:t xml:space="preserve">    (c) not sensible or careful</w:t>
      </w:r>
    </w:p>
    <w:p>
      <w:pPr>
        <w:pStyle w:val="Compact"/>
        <w:numPr>
          <w:ilvl w:val="0"/>
          <w:numId w:val="1001"/>
        </w:numPr>
      </w:pPr>
      <w:r>
        <w:rPr>
          <w:b/>
          <w:bCs/>
        </w:rPr>
        <w:t xml:space="preserve">On the morning you left Marygreen, when your goods were on the waggon, you wished me good-bye, and said your scheme was to be a university man and enter the Church—that a degree was the necessary hall-mark of one who wanted to do anything as a</w:t>
      </w:r>
      <w:r>
        <w:rPr>
          <w:b/>
          <w:bCs/>
        </w:rPr>
        <w:t xml:space="preserve"> </w:t>
      </w:r>
      <w:r>
        <w:rPr>
          <w:b/>
          <w:bCs/>
          <w:u w:val="single"/>
        </w:rPr>
        <w:t xml:space="preserve">theologian</w:t>
      </w:r>
      <w:r>
        <w:rPr>
          <w:b/>
          <w:bCs/>
        </w:rPr>
        <w:t xml:space="preserve"> </w:t>
      </w:r>
      <w:r>
        <w:rPr>
          <w:b/>
          <w:bCs/>
        </w:rPr>
        <w:t xml:space="preserve">or teacher.</w:t>
      </w:r>
      <w:r>
        <w:br/>
      </w:r>
      <w:r>
        <w:t xml:space="preserve">    (a) someone who is learned in the study of God or religion</w:t>
      </w:r>
      <w:r>
        <w:br/>
      </w:r>
      <w:r>
        <w:t xml:space="preserve">    (b) someone who moves back and forth; or is unsure or weak</w:t>
      </w:r>
      <w:r>
        <w:br/>
      </w:r>
      <w:r>
        <w:t xml:space="preserve">    (c) someone who won't answer questions; or blocks progress</w:t>
      </w:r>
    </w:p>
    <w:p>
      <w:pPr>
        <w:pStyle w:val="Compact"/>
        <w:numPr>
          <w:ilvl w:val="0"/>
          <w:numId w:val="1001"/>
        </w:numPr>
      </w:pPr>
      <w:r>
        <w:rPr>
          <w:b/>
          <w:bCs/>
        </w:rPr>
        <w:t xml:space="preserve">Her ever-sensitive lip began to quiver, and her eye to blink, at something this</w:t>
      </w:r>
      <w:r>
        <w:rPr>
          <w:b/>
          <w:bCs/>
        </w:rPr>
        <w:t xml:space="preserve"> </w:t>
      </w:r>
      <w:r>
        <w:rPr>
          <w:b/>
          <w:bCs/>
          <w:u w:val="single"/>
        </w:rPr>
        <w:t xml:space="preserve">reproof</w:t>
      </w:r>
      <w:r>
        <w:rPr>
          <w:b/>
          <w:bCs/>
        </w:rPr>
        <w:t xml:space="preserve"> </w:t>
      </w:r>
      <w:r>
        <w:rPr>
          <w:b/>
          <w:bCs/>
        </w:rPr>
        <w:t xml:space="preserve">was deciding her to say.</w:t>
      </w:r>
      <w:r>
        <w:br/>
      </w:r>
      <w:r>
        <w:t xml:space="preserve">    (a) criticism</w:t>
      </w:r>
      <w:r>
        <w:br/>
      </w:r>
      <w:r>
        <w:t xml:space="preserve">    (b) main road</w:t>
      </w:r>
      <w:r>
        <w:br/>
      </w:r>
      <w:r>
        <w:t xml:space="preserve">    (c) hard work</w:t>
      </w:r>
    </w:p>
    <w:p>
      <w:pPr>
        <w:pStyle w:val="Compact"/>
        <w:numPr>
          <w:ilvl w:val="0"/>
          <w:numId w:val="1001"/>
        </w:numPr>
      </w:pPr>
      <w:r>
        <w:rPr>
          <w:b/>
          <w:bCs/>
        </w:rPr>
        <w:t xml:space="preserve">However, they remained</w:t>
      </w:r>
      <w:r>
        <w:rPr>
          <w:b/>
          <w:bCs/>
        </w:rPr>
        <w:t xml:space="preserve"> </w:t>
      </w:r>
      <w:r>
        <w:rPr>
          <w:b/>
          <w:bCs/>
          <w:u w:val="single"/>
        </w:rPr>
        <w:t xml:space="preserve">stolid</w:t>
      </w:r>
      <w:r>
        <w:rPr>
          <w:b/>
          <w:bCs/>
        </w:rPr>
        <w:t xml:space="preserve"> </w:t>
      </w:r>
      <w:r>
        <w:rPr>
          <w:b/>
          <w:bCs/>
        </w:rPr>
        <w:t xml:space="preserve">and motionless, and the mistress left the room to inquire from her superiors what was to be done.</w:t>
      </w:r>
      <w:r>
        <w:br/>
      </w:r>
      <w:r>
        <w:t xml:space="preserve">    (a) having or revealing little emotion -- sometimes indicating qualities of not changing or being dependable</w:t>
      </w:r>
      <w:r>
        <w:br/>
      </w:r>
      <w:r>
        <w:br/>
      </w:r>
      <w:r>
        <w:t xml:space="preserve">or (much more rarely):</w:t>
      </w:r>
      <w:r>
        <w:br/>
      </w:r>
      <w:r>
        <w:br/>
      </w:r>
      <w:r>
        <w:t xml:space="preserve">of an object:  not interesting -- often large and unmoving</w:t>
      </w:r>
      <w:r>
        <w:br/>
      </w:r>
      <w:r>
        <w:t xml:space="preserve">    (b) the degree to which a performance of or to someone else's work lends itself to the expression of personal artistic ideas or feelings by the performer</w:t>
      </w:r>
      <w:r>
        <w:br/>
      </w:r>
      <w:r>
        <w:t xml:space="preserve">    (c) the quality or degree of being straightforward or clear (sometimes indicating that truth is not worded carefully to spare feelings or gain advantage)</w:t>
      </w:r>
    </w:p>
    <w:p>
      <w:pPr>
        <w:pStyle w:val="Compact"/>
        <w:numPr>
          <w:ilvl w:val="0"/>
          <w:numId w:val="1001"/>
        </w:numPr>
      </w:pPr>
      <w:r>
        <w:rPr>
          <w:b/>
          <w:bCs/>
        </w:rPr>
        <w:t xml:space="preserve">It would be</w:t>
      </w:r>
      <w:r>
        <w:rPr>
          <w:b/>
          <w:bCs/>
        </w:rPr>
        <w:t xml:space="preserve"> </w:t>
      </w:r>
      <w:r>
        <w:rPr>
          <w:b/>
          <w:bCs/>
          <w:u w:val="single"/>
        </w:rPr>
        <w:t xml:space="preserve">superfluous</w:t>
      </w:r>
      <w:r>
        <w:rPr>
          <w:b/>
          <w:bCs/>
        </w:rPr>
        <w:t xml:space="preserve"> </w:t>
      </w:r>
      <w:r>
        <w:rPr>
          <w:b/>
          <w:bCs/>
        </w:rPr>
        <w:t xml:space="preserve">to say what his answer was; and how he thought what he would have done had he been free, which should have rendered a long residence with a female friend quite unnecessary for Sue.</w:t>
      </w:r>
      <w:r>
        <w:br/>
      </w:r>
      <w:r>
        <w:t xml:space="preserve">    (a) without purpose, job, or natural activity</w:t>
      </w:r>
      <w:r>
        <w:br/>
      </w:r>
      <w:r>
        <w:t xml:space="preserve">    (b) the quality of being sensible and careful</w:t>
      </w:r>
      <w:r>
        <w:br/>
      </w:r>
      <w:r>
        <w:t xml:space="preserve">    (c) more than is needed, desired, or required</w:t>
      </w:r>
    </w:p>
    <w:p>
      <w:pPr>
        <w:pStyle w:val="Compact"/>
        <w:numPr>
          <w:ilvl w:val="0"/>
          <w:numId w:val="1001"/>
        </w:numPr>
      </w:pPr>
      <w:r>
        <w:rPr>
          <w:b/>
          <w:bCs/>
        </w:rPr>
        <w:t xml:space="preserve">"What is the use of thinking of laws and</w:t>
      </w:r>
      <w:r>
        <w:rPr>
          <w:b/>
          <w:bCs/>
        </w:rPr>
        <w:t xml:space="preserve"> </w:t>
      </w:r>
      <w:r>
        <w:rPr>
          <w:b/>
          <w:bCs/>
          <w:u w:val="single"/>
        </w:rPr>
        <w:t xml:space="preserve">ordinances</w:t>
      </w:r>
      <w:r>
        <w:rPr>
          <w:b/>
          <w:bCs/>
        </w:rPr>
        <w:t xml:space="preserve">," she burst out, "if they make you miserable when you know you are committing no sin?"</w:t>
      </w:r>
      <w:r>
        <w:br/>
      </w:r>
      <w:r>
        <w:t xml:space="preserve">    (a) a rule or law -- typically enacted by city government</w:t>
      </w:r>
      <w:r>
        <w:br/>
      </w:r>
      <w:r>
        <w:t xml:space="preserve">    (b) bands of inelastic tissue connecting a muscle to bone</w:t>
      </w:r>
      <w:r>
        <w:br/>
      </w:r>
      <w:r>
        <w:t xml:space="preserve">    (c) acts or processes of stopped something from happening</w:t>
      </w:r>
    </w:p>
    <w:p>
      <w:pPr>
        <w:pStyle w:val="Compact"/>
        <w:numPr>
          <w:ilvl w:val="0"/>
          <w:numId w:val="1001"/>
        </w:numPr>
      </w:pPr>
      <w:r>
        <w:rPr>
          <w:b/>
          <w:bCs/>
        </w:rPr>
        <w:t xml:space="preserve">Though well-trained and even</w:t>
      </w:r>
      <w:r>
        <w:rPr>
          <w:b/>
          <w:bCs/>
        </w:rPr>
        <w:t xml:space="preserve"> </w:t>
      </w:r>
      <w:r>
        <w:rPr>
          <w:b/>
          <w:bCs/>
          <w:u w:val="single"/>
        </w:rPr>
        <w:t xml:space="preserve">proficient</w:t>
      </w:r>
      <w:r>
        <w:rPr>
          <w:b/>
          <w:bCs/>
        </w:rPr>
        <w:t xml:space="preserve"> </w:t>
      </w:r>
      <w:r>
        <w:rPr>
          <w:b/>
          <w:bCs/>
        </w:rPr>
        <w:t xml:space="preserve">masters, they occasionally used a dialect-word of their boyhood to each other in private.</w:t>
      </w:r>
      <w:r>
        <w:br/>
      </w:r>
      <w:r>
        <w:t xml:space="preserve">    (a) pleasing</w:t>
      </w:r>
      <w:r>
        <w:br/>
      </w:r>
      <w:r>
        <w:t xml:space="preserve">    (b) skillful</w:t>
      </w:r>
      <w:r>
        <w:br/>
      </w:r>
      <w:r>
        <w:t xml:space="preserve">    (c) absolute</w:t>
      </w:r>
    </w:p>
    <w:p>
      <w:pPr>
        <w:pStyle w:val="Compact"/>
        <w:numPr>
          <w:ilvl w:val="0"/>
          <w:numId w:val="1001"/>
        </w:numPr>
      </w:pPr>
      <w:r>
        <w:rPr>
          <w:b/>
          <w:bCs/>
        </w:rPr>
        <w:t xml:space="preserve">But is that essentially right, and proper, and honourable, or is it</w:t>
      </w:r>
      <w:r>
        <w:rPr>
          <w:b/>
          <w:bCs/>
        </w:rPr>
        <w:t xml:space="preserve"> </w:t>
      </w:r>
      <w:r>
        <w:rPr>
          <w:b/>
          <w:bCs/>
          <w:u w:val="single"/>
        </w:rPr>
        <w:t xml:space="preserve">contemptibly</w:t>
      </w:r>
      <w:r>
        <w:rPr>
          <w:b/>
          <w:bCs/>
        </w:rPr>
        <w:t xml:space="preserve"> </w:t>
      </w:r>
      <w:r>
        <w:rPr>
          <w:b/>
          <w:bCs/>
        </w:rPr>
        <w:t xml:space="preserve">mean and selfish?</w:t>
      </w:r>
      <w:r>
        <w:br/>
      </w:r>
      <w:r>
        <w:t xml:space="preserve">    (a) done directly in a disagreeable, insensitive manner</w:t>
      </w:r>
      <w:r>
        <w:br/>
      </w:r>
      <w:r>
        <w:t xml:space="preserve">    (b) in a manner that spreads to other parts of the body</w:t>
      </w:r>
      <w:r>
        <w:br/>
      </w:r>
      <w:r>
        <w:t xml:space="preserve">    (c) in a manner that is very bad (deserving no respect)</w:t>
      </w:r>
    </w:p>
    <w:p>
      <w:pPr>
        <w:pStyle w:val="Compact"/>
        <w:numPr>
          <w:ilvl w:val="0"/>
          <w:numId w:val="1001"/>
        </w:numPr>
      </w:pPr>
      <w:r>
        <w:rPr>
          <w:b/>
          <w:bCs/>
        </w:rPr>
        <w:t xml:space="preserve">You can't</w:t>
      </w:r>
      <w:r>
        <w:rPr>
          <w:b/>
          <w:bCs/>
        </w:rPr>
        <w:t xml:space="preserve"> </w:t>
      </w:r>
      <w:r>
        <w:rPr>
          <w:b/>
          <w:bCs/>
          <w:u w:val="single"/>
        </w:rPr>
        <w:t xml:space="preserve">condone</w:t>
      </w:r>
      <w:r>
        <w:rPr>
          <w:b/>
          <w:bCs/>
        </w:rPr>
        <w:t xml:space="preserve"> </w:t>
      </w:r>
      <w:r>
        <w:rPr>
          <w:b/>
          <w:bCs/>
        </w:rPr>
        <w:t xml:space="preserve">it now!</w:t>
      </w:r>
      <w:r>
        <w:br/>
      </w:r>
      <w:r>
        <w:t xml:space="preserve">    (a) not answer questions; or block progress</w:t>
      </w:r>
      <w:r>
        <w:br/>
      </w:r>
      <w:r>
        <w:t xml:space="preserve">    (b) move from more general to more specific</w:t>
      </w:r>
      <w:r>
        <w:br/>
      </w:r>
      <w:r>
        <w:t xml:space="preserve">    (c) accept without criticism; or approve of</w:t>
      </w:r>
    </w:p>
    <w:p>
      <w:pPr>
        <w:pStyle w:val="Compact"/>
        <w:numPr>
          <w:ilvl w:val="0"/>
          <w:numId w:val="1001"/>
        </w:numPr>
      </w:pPr>
      <w:r>
        <w:rPr>
          <w:b/>
          <w:bCs/>
        </w:rPr>
        <w:t xml:space="preserve">The better class of man, even if caught by airy</w:t>
      </w:r>
      <w:r>
        <w:rPr>
          <w:b/>
          <w:bCs/>
        </w:rPr>
        <w:t xml:space="preserve"> </w:t>
      </w:r>
      <w:r>
        <w:rPr>
          <w:b/>
          <w:bCs/>
          <w:u w:val="single"/>
        </w:rPr>
        <w:t xml:space="preserve">affectations</w:t>
      </w:r>
      <w:r>
        <w:rPr>
          <w:b/>
          <w:bCs/>
        </w:rPr>
        <w:t xml:space="preserve"> </w:t>
      </w:r>
      <w:r>
        <w:rPr>
          <w:b/>
          <w:bCs/>
        </w:rPr>
        <w:t xml:space="preserve">of dodging and parrying, is not retained by them.</w:t>
      </w:r>
      <w:r>
        <w:br/>
      </w:r>
      <w:r>
        <w:t xml:space="preserve">    (a) things done in an artificial way to make an impression</w:t>
      </w:r>
      <w:r>
        <w:br/>
      </w:r>
      <w:r>
        <w:t xml:space="preserve">    (b) periods of time when someone exhibits unusual behavior</w:t>
      </w:r>
      <w:r>
        <w:br/>
      </w:r>
      <w:r>
        <w:t xml:space="preserve">    (c) speaks with someone about something for the first time</w:t>
      </w:r>
    </w:p>
    <w:p>
      <w:pPr>
        <w:pStyle w:val="Compact"/>
        <w:numPr>
          <w:ilvl w:val="0"/>
          <w:numId w:val="1001"/>
        </w:numPr>
      </w:pPr>
      <w:r>
        <w:rPr>
          <w:b/>
          <w:bCs/>
        </w:rPr>
        <w:t xml:space="preserve">Children begin with detail, and learn up to the general; they begin with the</w:t>
      </w:r>
      <w:r>
        <w:rPr>
          <w:b/>
          <w:bCs/>
        </w:rPr>
        <w:t xml:space="preserve"> </w:t>
      </w:r>
      <w:r>
        <w:rPr>
          <w:b/>
          <w:bCs/>
          <w:u w:val="single"/>
        </w:rPr>
        <w:t xml:space="preserve">contiguous</w:t>
      </w:r>
      <w:r>
        <w:rPr>
          <w:b/>
          <w:bCs/>
        </w:rPr>
        <w:t xml:space="preserve">, and gradually comprehend the universal.</w:t>
      </w:r>
      <w:r>
        <w:br/>
      </w:r>
      <w:r>
        <w:t xml:space="preserve">    (a) eastern</w:t>
      </w:r>
      <w:r>
        <w:br/>
      </w:r>
      <w:r>
        <w:t xml:space="preserve">    (b) with a common boundary; or very close in space or time</w:t>
      </w:r>
      <w:r>
        <w:br/>
      </w:r>
      <w:r>
        <w:t xml:space="preserve">    (c) northern</w:t>
      </w:r>
    </w:p>
    <w:p>
      <w:pPr>
        <w:pStyle w:val="Compact"/>
        <w:numPr>
          <w:ilvl w:val="0"/>
          <w:numId w:val="1001"/>
        </w:numPr>
      </w:pPr>
      <w:r>
        <w:rPr>
          <w:b/>
          <w:bCs/>
        </w:rPr>
        <w:t xml:space="preserve">The jury duly came and viewed the bodies, the</w:t>
      </w:r>
      <w:r>
        <w:rPr>
          <w:b/>
          <w:bCs/>
        </w:rPr>
        <w:t xml:space="preserve"> </w:t>
      </w:r>
      <w:r>
        <w:rPr>
          <w:b/>
          <w:bCs/>
          <w:u w:val="single"/>
        </w:rPr>
        <w:t xml:space="preserve">inquest</w:t>
      </w:r>
      <w:r>
        <w:rPr>
          <w:b/>
          <w:bCs/>
        </w:rPr>
        <w:t xml:space="preserve"> </w:t>
      </w:r>
      <w:r>
        <w:rPr>
          <w:b/>
          <w:bCs/>
        </w:rPr>
        <w:t xml:space="preserve">was held; and next arrived the melancholy morning of the funeral.</w:t>
      </w:r>
      <w:r>
        <w:br/>
      </w:r>
      <w:r>
        <w:t xml:space="preserve">    (a) formal investigation</w:t>
      </w:r>
      <w:r>
        <w:br/>
      </w:r>
      <w:r>
        <w:t xml:space="preserve">    (b) basic rule or belief</w:t>
      </w:r>
      <w:r>
        <w:br/>
      </w:r>
      <w:r>
        <w:t xml:space="preserve">    (c) the act of forgiving</w:t>
      </w:r>
    </w:p>
    <w:p>
      <w:pPr>
        <w:pStyle w:val="Compact"/>
        <w:numPr>
          <w:ilvl w:val="0"/>
          <w:numId w:val="1001"/>
        </w:numPr>
      </w:pPr>
      <w:r>
        <w:rPr>
          <w:b/>
          <w:bCs/>
        </w:rPr>
        <w:t xml:space="preserve">They would sit silent, more bodeful of the direct</w:t>
      </w:r>
      <w:r>
        <w:rPr>
          <w:b/>
          <w:bCs/>
        </w:rPr>
        <w:t xml:space="preserve"> </w:t>
      </w:r>
      <w:r>
        <w:rPr>
          <w:b/>
          <w:bCs/>
          <w:u w:val="single"/>
        </w:rPr>
        <w:t xml:space="preserve">antagonism</w:t>
      </w:r>
      <w:r>
        <w:rPr>
          <w:b/>
          <w:bCs/>
        </w:rPr>
        <w:t xml:space="preserve"> </w:t>
      </w:r>
      <w:r>
        <w:rPr>
          <w:b/>
          <w:bCs/>
        </w:rPr>
        <w:t xml:space="preserve">of things than of their insensate and stolid obstructiveness.</w:t>
      </w:r>
      <w:r>
        <w:br/>
      </w:r>
      <w:r>
        <w:t xml:space="preserve">    (a) positive attitude</w:t>
      </w:r>
      <w:r>
        <w:br/>
      </w:r>
      <w:r>
        <w:t xml:space="preserve">    (b) hostility or opposition</w:t>
      </w:r>
      <w:r>
        <w:br/>
      </w:r>
      <w:r>
        <w:t xml:space="preserve">    (c) kindness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2026-07-31T15:35:33Z</dcterms:created>
  <dcterms:modified xsi:type="dcterms:W3CDTF">2026-07-31T15:35:33Z</dcterms:modified>
</cp:coreProperties>
</file>

<file path=docProps/custom.xml><?xml version="1.0" encoding="utf-8"?>
<Properties xmlns="http://schemas.openxmlformats.org/officeDocument/2006/custom-properties" xmlns:vt="http://schemas.openxmlformats.org/officeDocument/2006/docPropsVTypes"/>
</file>