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9948582821e18c2b539ba5ca9378d52c7679b9"/>
    <w:p>
      <w:pPr>
        <w:pStyle w:val="Heading1"/>
      </w:pPr>
      <w:r>
        <w:rPr>
          <w:b/>
          <w:bCs/>
        </w:rPr>
        <w:t xml:space="preserve">A Journey to the Center of the Earth</w:t>
      </w:r>
      <w:r>
        <w:br/>
      </w:r>
      <w:r>
        <w:rPr>
          <w:i/>
          <w:iCs/>
        </w:rPr>
        <w:t xml:space="preserve">Jules Verne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how was it possible for a man of my undecided turn of mind to argue successfully with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irascible</w:t>
      </w:r>
      <w:r>
        <w:rPr>
          <w:b/>
          <w:bCs/>
        </w:rPr>
        <w:t xml:space="preserve"> </w:t>
      </w:r>
      <w:r>
        <w:rPr>
          <w:b/>
          <w:bCs/>
        </w:rPr>
        <w:t xml:space="preserve">a person as the Professor?</w:t>
      </w:r>
      <w:r>
        <w:br/>
      </w:r>
      <w:r>
        <w:t xml:space="preserve">    (a) very important</w:t>
      </w:r>
      <w:r>
        <w:br/>
      </w:r>
      <w:r>
        <w:t xml:space="preserve">    (b) unable to find</w:t>
      </w:r>
      <w:r>
        <w:br/>
      </w:r>
      <w:r>
        <w:t xml:space="preserve">    (c) easily angered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Specimens of everything known in mineralogy lay there in their places in perfect order, and correctly named, divided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inflammable</w:t>
      </w:r>
      <w:r>
        <w:rPr>
          <w:b/>
          <w:bCs/>
        </w:rPr>
        <w:t xml:space="preserve">, metallic, and lithoid minerals.</w:t>
      </w:r>
      <w:r>
        <w:br/>
      </w:r>
      <w:r>
        <w:t xml:space="preserve">    (a) easily started on fire and burned</w:t>
      </w:r>
      <w:r>
        <w:br/>
      </w:r>
      <w:r>
        <w:t xml:space="preserve">    (b) someone who expresses disapproval</w:t>
      </w:r>
      <w:r>
        <w:br/>
      </w:r>
      <w:r>
        <w:t xml:space="preserve">    (c)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"Now I'll read it," I cried, after having well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distended</w:t>
      </w:r>
      <w:r>
        <w:rPr>
          <w:b/>
          <w:bCs/>
        </w:rPr>
        <w:t xml:space="preserve"> </w:t>
      </w:r>
      <w:r>
        <w:rPr>
          <w:b/>
          <w:bCs/>
        </w:rPr>
        <w:t xml:space="preserve">my lungs with air.</w:t>
      </w:r>
      <w:r>
        <w:br/>
      </w:r>
      <w:r>
        <w:t xml:space="preserve">    (a) nervous or confused</w:t>
      </w:r>
      <w:r>
        <w:br/>
      </w:r>
      <w:r>
        <w:t xml:space="preserve">    (b) excessively excited</w:t>
      </w:r>
      <w:r>
        <w:br/>
      </w:r>
      <w:r>
        <w:t xml:space="preserve">    (c) extended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awoke next morning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indefatigable</w:t>
      </w:r>
      <w:r>
        <w:rPr>
          <w:b/>
          <w:bCs/>
        </w:rPr>
        <w:t xml:space="preserve"> </w:t>
      </w:r>
      <w:r>
        <w:rPr>
          <w:b/>
          <w:bCs/>
        </w:rPr>
        <w:t xml:space="preserve">worker was still at his post.</w:t>
      </w:r>
      <w:r>
        <w:br/>
      </w:r>
      <w:r>
        <w:t xml:space="preserve">    (a) not demonstrative of</w:t>
      </w:r>
      <w:r>
        <w:br/>
      </w:r>
      <w:r>
        <w:t xml:space="preserve">    (b) sincerity (realness)</w:t>
      </w:r>
      <w:r>
        <w:br/>
      </w:r>
      <w:r>
        <w:t xml:space="preserve">    (c) with tireless effort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that his position on the old parchment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impregnable</w:t>
      </w:r>
      <w:r>
        <w:rPr>
          <w:b/>
          <w:bCs/>
        </w:rPr>
        <w:t xml:space="preserve">.</w:t>
      </w:r>
      <w:r>
        <w:br/>
      </w:r>
      <w:r>
        <w:t xml:space="preserve">    (a) the state of being awake</w:t>
      </w:r>
      <w:r>
        <w:br/>
      </w:r>
      <w:r>
        <w:t xml:space="preserve">    (b) able to withstand attack</w:t>
      </w:r>
      <w:r>
        <w:br/>
      </w:r>
      <w:r>
        <w:t xml:space="preserve">    (c) able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ten o'clock I fell upon my bed, a dead lump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matter.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unmoving, inactive, or unable to move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slow, lethargic, or without interest</w:t>
      </w:r>
      <w:r>
        <w:br/>
      </w:r>
      <w:r>
        <w:br/>
      </w:r>
      <w:r>
        <w:t xml:space="preserve">or (in chemistry/medicine):</w:t>
      </w:r>
      <w:r>
        <w:br/>
      </w:r>
      <w:r>
        <w:br/>
      </w:r>
      <w:r>
        <w:t xml:space="preserve">chemically inactive (not having an effect)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man anywhere!</w:t>
      </w:r>
      <w:r>
        <w:br/>
      </w:r>
      <w:r>
        <w:t xml:space="preserve">    (a) the state or degree of being bad or harmful</w:t>
      </w:r>
      <w:r>
        <w:br/>
      </w:r>
      <w:r>
        <w:t xml:space="preserve">    (b) able to be taken up or received into heaven</w:t>
      </w:r>
      <w:r>
        <w:br/>
      </w:r>
      <w:r>
        <w:t xml:space="preserve">    (c) famous and admired; or worthy of admiration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will see, Axel, that there is no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animal than the Icelandic horse.</w:t>
      </w:r>
      <w:r>
        <w:br/>
      </w:r>
      <w:r>
        <w:t xml:space="preserve">    (a) city</w:t>
      </w:r>
      <w:r>
        <w:br/>
      </w:r>
      <w:r>
        <w:t xml:space="preserve">    (b) wise</w:t>
      </w:r>
      <w:r>
        <w:br/>
      </w:r>
      <w:r>
        <w:t xml:space="preserve">    (c)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five next morning we bade our host farewell, my uncle with difficulty persuading him to accept a proper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remuneration</w:t>
      </w:r>
      <w:r>
        <w:rPr>
          <w:b/>
          <w:bCs/>
        </w:rPr>
        <w:t xml:space="preserve">; and Hans signalled the start.</w:t>
      </w:r>
      <w:r>
        <w:br/>
      </w:r>
      <w:r>
        <w:t xml:space="preserve">    (a) thought</w:t>
      </w:r>
      <w:r>
        <w:br/>
      </w:r>
      <w:r>
        <w:t xml:space="preserve">    (b) payment</w:t>
      </w:r>
      <w:r>
        <w:br/>
      </w:r>
      <w:r>
        <w:t xml:space="preserve">    (c) payment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not help admiring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persistency</w:t>
      </w:r>
      <w:r>
        <w:rPr>
          <w:b/>
          <w:bCs/>
        </w:rPr>
        <w:t xml:space="preserve">, as well as the hunter's, who treated our expedition like a mere promenade.</w:t>
      </w:r>
      <w:r>
        <w:br/>
      </w:r>
      <w:r>
        <w:t xml:space="preserve">    (a) main character of Mark Twain's classic novel about Huck and Jim's journey down the Mississippi River to find freedom (1884)</w:t>
      </w:r>
      <w:r>
        <w:br/>
      </w:r>
      <w:r>
        <w:t xml:space="preserve">    (b) a baseball pitcher who throws knuckleballs -- a pitch thrown with little spin (so that it moves in an unpredictable manner)</w:t>
      </w:r>
      <w:r>
        <w:br/>
      </w:r>
      <w:r>
        <w:t xml:space="preserve">    (c)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three Icelanders, just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as their comrade the hunted, never spoke, and ate their breakfasts in silence.</w:t>
      </w:r>
      <w:r>
        <w:br/>
      </w:r>
      <w:r>
        <w:t xml:space="preserve">    (a) mental activity of which one is not self-aware</w:t>
      </w:r>
      <w:r>
        <w:br/>
      </w:r>
      <w:r>
        <w:t xml:space="preserve">    (b) the state or degree of being greater than zero</w:t>
      </w:r>
      <w:r>
        <w:br/>
      </w:r>
      <w:r>
        <w:t xml:space="preserve">    (c) with a tendency to be reserved and not to talk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uncle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.</w:t>
      </w:r>
      <w:r>
        <w:br/>
      </w:r>
      <w:r>
        <w:t xml:space="preserve">    (a) to insert between other elements; or to interrupt or stop action by others</w:t>
      </w:r>
      <w:r>
        <w:br/>
      </w:r>
      <w:r>
        <w:t xml:space="preserve">    (b) not justified or explained as an understandable reaction to another action</w:t>
      </w:r>
      <w:r>
        <w:br/>
      </w:r>
      <w:r>
        <w:t xml:space="preserve">    (c) (verb) drew pictures to accompany  OR  (adjective) accompanied by pictures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thousands of windings formed an inextricable labyrinth through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primeval</w:t>
      </w:r>
      <w:r>
        <w:rPr>
          <w:b/>
          <w:bCs/>
        </w:rPr>
        <w:t xml:space="preserve"> </w:t>
      </w:r>
      <w:r>
        <w:rPr>
          <w:b/>
          <w:bCs/>
        </w:rPr>
        <w:t xml:space="preserve">mass.</w:t>
      </w:r>
      <w:r>
        <w:br/>
      </w:r>
      <w:r>
        <w:t xml:space="preserve">    (a) certain</w:t>
      </w:r>
      <w:r>
        <w:br/>
      </w:r>
      <w:r>
        <w:t xml:space="preserve">    (b) ancient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Were they some of the two hundred thousand species of vegetables known hitherto, and did they claim a place of their own in the lacustrine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flora</w:t>
      </w:r>
      <w:r>
        <w:rPr>
          <w:b/>
          <w:bCs/>
        </w:rPr>
        <w:t xml:space="preserve">?</w:t>
      </w:r>
      <w:r>
        <w:br/>
      </w:r>
      <w:r>
        <w:t xml:space="preserve">    (a) difference</w:t>
      </w:r>
      <w:r>
        <w:br/>
      </w:r>
      <w:r>
        <w:t xml:space="preserve">    (b) thigh bone</w:t>
      </w:r>
      <w:r>
        <w:br/>
      </w:r>
      <w:r>
        <w:t xml:space="preserve">    (c) plant 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conservatory, Axel; but is it not also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menagerie</w:t>
      </w:r>
      <w:r>
        <w:rPr>
          <w:b/>
          <w:bCs/>
        </w:rPr>
        <w:t xml:space="preserve">?</w:t>
      </w:r>
      <w:r>
        <w:br/>
      </w:r>
      <w:r>
        <w:t xml:space="preserve">    (a) a collection of wild or unusual animals kept for exhibition; or more generally, a diverse or strange mixture of people or things</w:t>
      </w:r>
      <w:r>
        <w:br/>
      </w:r>
      <w:r>
        <w:t xml:space="preserve">    (b) an inhabitant of Assyria -- an ancient kingdom centered in northern Mesopotamia which is in present-day Iraq; or their language</w:t>
      </w:r>
      <w:r>
        <w:br/>
      </w:r>
      <w:r>
        <w:t xml:space="preserve">    (c) someone who emphasizes a person's capacity for self-realization through reason rather than through religion and the supernatural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certainly is a menagerie, for these remains were not brought here by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deluge</w:t>
      </w:r>
      <w:r>
        <w:rPr>
          <w:b/>
          <w:bCs/>
        </w:rPr>
        <w:t xml:space="preserve">.</w:t>
      </w:r>
      <w:r>
        <w:br/>
      </w:r>
      <w:r>
        <w:t xml:space="preserve">    (a) to show something -- such as to demonstrate, express, or represent</w:t>
      </w:r>
      <w:r>
        <w:br/>
      </w:r>
      <w:r>
        <w:t xml:space="preserve">    (b) spend time with; or someone with whom a person spends a lot of time</w:t>
      </w:r>
      <w:r>
        <w:br/>
      </w:r>
      <w:r>
        <w:t xml:space="preserve">    (c) an overwhelming amount; or to overwhelm -- especially said of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dense atmosphere acted with great force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us swiftly on.</w:t>
      </w:r>
      <w:r>
        <w:br/>
      </w:r>
      <w:r>
        <w:t xml:space="preserve">    (a) to make someone feel they must do something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colossal mastodon (nipple-toothed) twists and untwists his trunk, and brays and pounds with his huge tusks the fragments of rock that cover the shore; whilst the megatherium (huge beast), buttressed upon his enormous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paws, grubs in the soil, awaking the sonorous echoes of the granite rocks with his tremendous roarings.</w:t>
      </w:r>
      <w:r>
        <w:br/>
      </w:r>
      <w:r>
        <w:t xml:space="preserve">    (a) to cause something to move forward</w:t>
      </w:r>
      <w:r>
        <w:br/>
      </w:r>
      <w:r>
        <w:t xml:space="preserve">    (b) make different; or show difference</w:t>
      </w:r>
      <w:r>
        <w:br/>
      </w:r>
      <w:r>
        <w:t xml:space="preserve">    (c) slowed down or caused problems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 I then fated—I,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denizen</w:t>
      </w:r>
      <w:r>
        <w:rPr>
          <w:b/>
          <w:bCs/>
        </w:rPr>
        <w:t xml:space="preserve"> </w:t>
      </w:r>
      <w:r>
        <w:rPr>
          <w:b/>
          <w:bCs/>
        </w:rPr>
        <w:t xml:space="preserve">of earth—to be placed face to face with these representatives of long extinct families?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a person or animal that inhabits or frequently visits a particular place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left over our heads the murky sky and cold fogs of the frigid zone to revel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 </w:t>
      </w:r>
      <w:r>
        <w:rPr>
          <w:b/>
          <w:bCs/>
        </w:rPr>
        <w:t xml:space="preserve">sky of Italy!</w:t>
      </w:r>
      <w:r>
        <w:br/>
      </w:r>
      <w:r>
        <w:t xml:space="preserve">    (a) reporter</w:t>
      </w:r>
      <w:r>
        <w:br/>
      </w:r>
      <w:r>
        <w:t xml:space="preserve">    (b) sky-blue</w:t>
      </w:r>
      <w:r>
        <w:br/>
      </w:r>
      <w:r>
        <w:t xml:space="preserve">    (c) disorder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2026-07-31T17:46:10Z</dcterms:created>
  <dcterms:modified xsi:type="dcterms:W3CDTF">2026-07-31T17:46:10Z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