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c9948582821e18c2b539ba5ca9378d52c7679b9"/>
    <w:p>
      <w:pPr>
        <w:pStyle w:val="Heading1"/>
      </w:pPr>
      <w:r>
        <w:rPr>
          <w:b/>
          <w:bCs/>
        </w:rPr>
        <w:t xml:space="preserve">A Journey to the Center of the Earth</w:t>
      </w:r>
      <w:r>
        <w:br/>
      </w:r>
      <w:r>
        <w:rPr>
          <w:i/>
          <w:iCs/>
        </w:rPr>
        <w:t xml:space="preserve">Jules Verne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sake of poring over this musty old piece of parchment, my uncle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forbore</w:t>
      </w:r>
      <w:r>
        <w:rPr>
          <w:b/>
          <w:bCs/>
        </w:rPr>
        <w:t xml:space="preserve"> </w:t>
      </w:r>
      <w:r>
        <w:rPr>
          <w:b/>
          <w:bCs/>
        </w:rPr>
        <w:t xml:space="preserve">to share our meal.</w:t>
      </w:r>
      <w:r>
        <w:br/>
      </w:r>
      <w:r>
        <w:t xml:space="preserve">    (a) refrained (held back) from acting</w:t>
      </w:r>
      <w:r>
        <w:br/>
      </w:r>
      <w:r>
        <w:t xml:space="preserve">    (b) interacts, interests, or attracts</w:t>
      </w:r>
      <w:r>
        <w:br/>
      </w:r>
      <w:r>
        <w:t xml:space="preserve">    (c) because of a basic rule or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about the proportion found in most southern languages,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idioms</w:t>
      </w:r>
      <w:r>
        <w:rPr>
          <w:b/>
          <w:bCs/>
        </w:rPr>
        <w:t xml:space="preserve"> </w:t>
      </w:r>
      <w:r>
        <w:rPr>
          <w:b/>
          <w:bCs/>
        </w:rPr>
        <w:t xml:space="preserve">of the north being much more rich in consonants.</w:t>
      </w:r>
      <w:r>
        <w:br/>
      </w:r>
      <w:r>
        <w:t xml:space="preserve">    (a) world's premier bicycle races - run annually for 3 weeks primarily in France</w:t>
      </w:r>
      <w:r>
        <w:br/>
      </w:r>
      <w:r>
        <w:t xml:space="preserve">    (b) different ways of doing something; or routes that lead to a particular place</w:t>
      </w:r>
      <w:r>
        <w:br/>
      </w:r>
      <w:r>
        <w:t xml:space="preserve">    (c) a way of putting things that is characteristic of a specific group of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explanation however satisfied him, and having gotten the key, she soon contrived to get sufficient to satisfy 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voracious</w:t>
      </w:r>
      <w:r>
        <w:rPr>
          <w:b/>
          <w:bCs/>
        </w:rPr>
        <w:t xml:space="preserve"> </w:t>
      </w:r>
      <w:r>
        <w:rPr>
          <w:b/>
          <w:bCs/>
        </w:rPr>
        <w:t xml:space="preserve">appetites.</w:t>
      </w:r>
      <w:r>
        <w:br/>
      </w:r>
      <w:r>
        <w:t xml:space="preserve">    (a) acts to tendency to engage in acts that resist government authority or attempt to overthrow a government</w:t>
      </w:r>
      <w:r>
        <w:br/>
      </w:r>
      <w:r>
        <w:t xml:space="preserve">    (b) a mental disorder characterized by alternating episodes of major depression and abnormally elevated mood</w:t>
      </w:r>
      <w:r>
        <w:br/>
      </w:r>
      <w:r>
        <w:t xml:space="preserve">    (c) craving or doing something in an extreme manner -- especially craving or eating large quantities of food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supposition</w:t>
      </w:r>
      <w:r>
        <w:rPr>
          <w:b/>
          <w:bCs/>
        </w:rPr>
        <w:t xml:space="preserve">.</w:t>
      </w:r>
      <w:r>
        <w:br/>
      </w:r>
      <w:r>
        <w:t xml:space="preserve">    (a) nerve cells running from the base of the skull to the lower back and enclosed by vertebrae in adults</w:t>
      </w:r>
      <w:r>
        <w:br/>
      </w:r>
      <w:r>
        <w:t xml:space="preserve">    (b) something supposed (rather than something known to be so) -- such as a disputed belief or assumption</w:t>
      </w:r>
      <w:r>
        <w:br/>
      </w:r>
      <w:r>
        <w:t xml:space="preserve">    (c) a powerful stimulant drug that increases activity in the brain and nervous system -- often addictive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may venture without fear of explosion into the midst of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inflammable</w:t>
      </w:r>
      <w:r>
        <w:rPr>
          <w:b/>
          <w:bCs/>
        </w:rPr>
        <w:t xml:space="preserve"> </w:t>
      </w:r>
      <w:r>
        <w:rPr>
          <w:b/>
          <w:bCs/>
        </w:rPr>
        <w:t xml:space="preserve">gases, and the lantern will burn beneath the deepest waters.</w:t>
      </w:r>
      <w:r>
        <w:br/>
      </w:r>
      <w:r>
        <w:t xml:space="preserve">    (a) easily started on fire and burned</w:t>
      </w:r>
      <w:r>
        <w:br/>
      </w:r>
      <w:r>
        <w:t xml:space="preserve">    (b) someone who expresses disapproval</w:t>
      </w:r>
      <w:r>
        <w:br/>
      </w:r>
      <w:r>
        <w:t xml:space="preserve">    (c)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our supreme astonishment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took the shape of a formidable bill, in which they even counted the use of the pastoral house, really and truly the most abominable and dirty place I ever was in.</w:t>
      </w:r>
      <w:r>
        <w:br/>
      </w:r>
      <w:r>
        <w:t xml:space="preserve">    (a) hello</w:t>
      </w:r>
      <w:r>
        <w:br/>
      </w:r>
      <w:r>
        <w:t xml:space="preserve">    (b) greetings</w:t>
      </w:r>
      <w:r>
        <w:br/>
      </w:r>
      <w:r>
        <w:t xml:space="preserve">    (c) goodbye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hillock, every rock, every stone, every asperity of the soil had its share of the luminous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effulgence</w:t>
      </w:r>
      <w:r>
        <w:rPr>
          <w:b/>
          <w:bCs/>
        </w:rPr>
        <w:t xml:space="preserve">, and its shadow fell heavily on the soil.</w:t>
      </w:r>
      <w:r>
        <w:br/>
      </w:r>
      <w:r>
        <w:t xml:space="preserve">    (a) related to DNA sequences or units of heredity that influence biological traits</w:t>
      </w:r>
      <w:r>
        <w:br/>
      </w:r>
      <w:r>
        <w:t xml:space="preserve">    (b) something exclusive to (someone or some group) -- such as an activity or place</w:t>
      </w:r>
      <w:r>
        <w:br/>
      </w:r>
      <w:r>
        <w:t xml:space="preserve">    (c) radiating brightly (as does the sun) or anything that is dazzling or brilliant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From being coated with shining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lava, it became living rock.</w:t>
      </w:r>
      <w:r>
        <w:br/>
      </w:r>
      <w:r>
        <w:t xml:space="preserve">    (a) exactness or accuracy</w:t>
      </w:r>
      <w:r>
        <w:br/>
      </w:r>
      <w:r>
        <w:t xml:space="preserve">    (b) able to be translated</w:t>
      </w:r>
      <w:r>
        <w:br/>
      </w:r>
      <w:r>
        <w:t xml:space="preserve">    (c) beautiful or splendid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lay like a log,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inert</w:t>
      </w:r>
      <w:r>
        <w:rPr>
          <w:b/>
          <w:bCs/>
        </w:rPr>
        <w:t xml:space="preserve"> </w:t>
      </w:r>
      <w:r>
        <w:rPr>
          <w:b/>
          <w:bCs/>
        </w:rPr>
        <w:t xml:space="preserve">mass of human flesh on the arid lava soil.</w:t>
      </w:r>
      <w:r>
        <w:br/>
      </w:r>
      <w:r>
        <w:t xml:space="preserve">    (a) the quality or degree of being straightforward or clear (sometimes indicating that truth is not worded carefully to spare feelings or gain advantage)</w:t>
      </w:r>
      <w:r>
        <w:br/>
      </w:r>
      <w:r>
        <w:t xml:space="preserve">    (b) unmoving, inactive, or unable to move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slow, lethargic, or without interest</w:t>
      </w:r>
      <w:r>
        <w:br/>
      </w:r>
      <w:r>
        <w:br/>
      </w:r>
      <w:r>
        <w:t xml:space="preserve">or (in chemistry/medicine):</w:t>
      </w:r>
      <w:r>
        <w:br/>
      </w:r>
      <w:r>
        <w:br/>
      </w:r>
      <w:r>
        <w:t xml:space="preserve">chemically inactive (not having an effect)</w:t>
      </w:r>
      <w:r>
        <w:br/>
      </w:r>
      <w:r>
        <w:t xml:space="preserve">    (c) the degree to which a performance of or to someone else's work lends itself to the expression of personal artistic ideas or feelings by the performer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Those fearful dangers and perils of which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guide had no idea, I would have pointed them out to him—I would have, as it were, made him see and feel.</w:t>
      </w:r>
      <w:r>
        <w:br/>
      </w:r>
      <w:r>
        <w:t xml:space="preserve">    (a) having or revealing little emotion -- sometimes indicating qualities of not changing or being dependable</w:t>
      </w:r>
      <w:r>
        <w:br/>
      </w:r>
      <w:r>
        <w:br/>
      </w:r>
      <w:r>
        <w:t xml:space="preserve">or (much more rarely):</w:t>
      </w:r>
      <w:r>
        <w:br/>
      </w:r>
      <w:r>
        <w:br/>
      </w:r>
      <w:r>
        <w:t xml:space="preserve">of an object:  not interesting -- often large and unmoving</w:t>
      </w:r>
      <w:r>
        <w:br/>
      </w:r>
      <w:r>
        <w:t xml:space="preserve">    (b) the degree to which a performance of or to someone else's work lends itself to the expression of personal artistic ideas or feelings by the performer</w:t>
      </w:r>
      <w:r>
        <w:br/>
      </w:r>
      <w:r>
        <w:t xml:space="preserve">    (c) the quality or degree of being straightforward or clear (sometimes indicating that truth is not worded carefully to spare feelings or gain advantage)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uncle now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interposed</w:t>
      </w:r>
      <w:r>
        <w:rPr>
          <w:b/>
          <w:bCs/>
        </w:rPr>
        <w:t xml:space="preserve">.</w:t>
      </w:r>
      <w:r>
        <w:br/>
      </w:r>
      <w:r>
        <w:t xml:space="preserve">    (a) to insert between other elements; or to interrupt or stop action by others</w:t>
      </w:r>
      <w:r>
        <w:br/>
      </w:r>
      <w:r>
        <w:t xml:space="preserve">    (b) not justified or explained as an understandable reaction to another action</w:t>
      </w:r>
      <w:r>
        <w:br/>
      </w:r>
      <w:r>
        <w:t xml:space="preserve">    (c) (verb) drew pictures to accompany  OR  (adjective) accompanied by pictures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peculiar journey had no chance of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diversified</w:t>
      </w:r>
      <w:r>
        <w:rPr>
          <w:b/>
          <w:bCs/>
        </w:rPr>
        <w:t xml:space="preserve"> </w:t>
      </w:r>
      <w:r>
        <w:rPr>
          <w:b/>
          <w:bCs/>
        </w:rPr>
        <w:t xml:space="preserve">by landscape and scenery.</w:t>
      </w:r>
      <w:r>
        <w:br/>
      </w:r>
      <w:r>
        <w:t xml:space="preserve">    (a) jumped or leaped</w:t>
      </w:r>
      <w:r>
        <w:br/>
      </w:r>
      <w:r>
        <w:t xml:space="preserve">    (b) made more varied</w:t>
      </w:r>
      <w:r>
        <w:br/>
      </w:r>
      <w:r>
        <w:t xml:space="preserve">    (c) stopped fighting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Moreover,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vivacity</w:t>
      </w:r>
      <w:r>
        <w:rPr>
          <w:b/>
          <w:bCs/>
        </w:rPr>
        <w:t xml:space="preserve"> </w:t>
      </w:r>
      <w:r>
        <w:rPr>
          <w:b/>
          <w:bCs/>
        </w:rPr>
        <w:t xml:space="preserve">of the dense atmosphere reanimated my body by inflating my lungs with unaccustomed oxygen.</w:t>
      </w:r>
      <w:r>
        <w:br/>
      </w:r>
      <w:r>
        <w:t xml:space="preserve">    (a) firmness of purpose</w:t>
      </w:r>
      <w:r>
        <w:br/>
      </w:r>
      <w:r>
        <w:t xml:space="preserve">    (b) engaging liveliness</w:t>
      </w:r>
      <w:r>
        <w:br/>
      </w:r>
      <w:r>
        <w:t xml:space="preserve">    (c) wrong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Providence appears to have designed the preservation in this vast and mysterious hothouse of antediluvian plants, to prove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sagacity</w:t>
      </w:r>
      <w:r>
        <w:rPr>
          <w:b/>
          <w:bCs/>
        </w:rPr>
        <w:t xml:space="preserve"> </w:t>
      </w:r>
      <w:r>
        <w:rPr>
          <w:b/>
          <w:bCs/>
        </w:rPr>
        <w:t xml:space="preserve">of learned men in figuring them so marvelously on paper.</w:t>
      </w:r>
      <w:r>
        <w:br/>
      </w:r>
      <w:r>
        <w:t xml:space="preserve">    (a) wisdom</w:t>
      </w:r>
      <w:r>
        <w:br/>
      </w:r>
      <w:r>
        <w:t xml:space="preserve">    (b) battle</w:t>
      </w:r>
      <w:r>
        <w:br/>
      </w:r>
      <w:r>
        <w:t xml:space="preserve">    (c) memory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certain periods there was an utter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cessation</w:t>
      </w:r>
      <w:r>
        <w:rPr>
          <w:b/>
          <w:bCs/>
        </w:rPr>
        <w:t xml:space="preserve"> </w:t>
      </w:r>
      <w:r>
        <w:rPr>
          <w:b/>
          <w:bCs/>
        </w:rPr>
        <w:t xml:space="preserve">of wind, when a silence deeper, more terrible than the silence of the desert fell upon these solitary and arid rocks—and seemed to hang like a leaden weight upon the waters of this singular ocean.</w:t>
      </w:r>
      <w:r>
        <w:br/>
      </w:r>
      <w:r>
        <w:t xml:space="preserve">    (a) a stopping</w:t>
      </w:r>
      <w:r>
        <w:br/>
      </w:r>
      <w:r>
        <w:t xml:space="preserve">    (b) thigh bone</w:t>
      </w:r>
      <w:r>
        <w:br/>
      </w:r>
      <w:r>
        <w:t xml:space="preserve">    (c)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"Science, great, mighty and in the end unerring," replied my uncle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dogmatically</w:t>
      </w:r>
      <w:r>
        <w:rPr>
          <w:b/>
          <w:bCs/>
        </w:rPr>
        <w:t xml:space="preserve">, "science has fallen into many errors—errors which have been fortunate and useful rather than otherwise, for they have been the steppingstones to truth."</w:t>
      </w:r>
      <w:r>
        <w:br/>
      </w:r>
      <w:r>
        <w:t xml:space="preserve">    (a) prone to stating opinions as absolute truth</w:t>
      </w:r>
      <w:r>
        <w:br/>
      </w:r>
      <w:r>
        <w:t xml:space="preserve">    (b) in a manner that stops or hinders something</w:t>
      </w:r>
      <w:r>
        <w:br/>
      </w:r>
      <w:r>
        <w:t xml:space="preserve">    (c) in a manner involving only one part or 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even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brevity</w:t>
      </w:r>
      <w:r>
        <w:rPr>
          <w:b/>
          <w:bCs/>
        </w:rPr>
        <w:t xml:space="preserve">, even their obscurity, show the emotions which overcame me.</w:t>
      </w:r>
      <w:r>
        <w:br/>
      </w:r>
      <w:r>
        <w:t xml:space="preserve">    (a) the ability to take or adopt power or responsibility</w:t>
      </w:r>
      <w:r>
        <w:br/>
      </w:r>
      <w:r>
        <w:t xml:space="preserve">    (b) the use of just a few words; or lasting a short time</w:t>
      </w:r>
      <w:r>
        <w:br/>
      </w:r>
      <w:r>
        <w:t xml:space="preserve">    (c) the process of excessive encouragement or excitement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ball of fire, half white, half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azure</w:t>
      </w:r>
      <w:r>
        <w:rPr>
          <w:b/>
          <w:bCs/>
        </w:rPr>
        <w:t xml:space="preserve">-colored, about the size of a ten-inch bombshell, moved along, turning with prodigious rapidity to leeward of the storm.</w:t>
      </w:r>
      <w:r>
        <w:br/>
      </w:r>
      <w:r>
        <w:t xml:space="preserve">    (a) sky-blue</w:t>
      </w:r>
      <w:r>
        <w:br/>
      </w:r>
      <w:r>
        <w:t xml:space="preserve">    (b) disorder</w:t>
      </w:r>
      <w:r>
        <w:br/>
      </w:r>
      <w:r>
        <w:t xml:space="preserve">    (c) reporter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I was aware that we were treading on a soil quite new to us, I, however, every now and then noticed certain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aggregations</w:t>
      </w:r>
      <w:r>
        <w:rPr>
          <w:b/>
          <w:bCs/>
        </w:rPr>
        <w:t xml:space="preserve"> </w:t>
      </w:r>
      <w:r>
        <w:rPr>
          <w:b/>
          <w:bCs/>
        </w:rPr>
        <w:t xml:space="preserve">of rock, the shape of which forcibly reminded me of those near Port Gretchen.</w:t>
      </w:r>
      <w:r>
        <w:br/>
      </w:r>
      <w:r>
        <w:t xml:space="preserve">    (a) classical music plays in which most of the dialogue is sung</w:t>
      </w:r>
      <w:r>
        <w:br/>
      </w:r>
      <w:r>
        <w:t xml:space="preserve">    (b) combinations of different, but related quantities or things</w:t>
      </w:r>
      <w:r>
        <w:br/>
      </w:r>
      <w:r>
        <w:t xml:space="preserve">    (c) computer code modules each of which perform a specific task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about two hours of hard work, I, one day, sat down by a stream to eat my humble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lunch.</w:t>
      </w:r>
      <w:r>
        <w:br/>
      </w:r>
      <w:r>
        <w:t xml:space="preserve">    (a) able to accept as true (without proof)</w:t>
      </w:r>
      <w:r>
        <w:br/>
      </w:r>
      <w:r>
        <w:t xml:space="preserve">    (b) able to be protected or kept unchanged</w:t>
      </w:r>
      <w:r>
        <w:br/>
      </w:r>
      <w:r>
        <w:t xml:space="preserve">    (c) abundant (large in quantity or number)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2026-07-31T17:45:33Z</dcterms:created>
  <dcterms:modified xsi:type="dcterms:W3CDTF">2026-07-31T17:45:33Z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