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43a36526815b3e93eb560f979886c48284b1dda"/>
    <w:p>
      <w:pPr>
        <w:pStyle w:val="Heading1"/>
      </w:pPr>
      <w:r>
        <w:rPr>
          <w:b/>
          <w:bCs/>
        </w:rPr>
        <w:t xml:space="preserve">Johnny Got His Gun</w:t>
      </w:r>
      <w:r>
        <w:br/>
      </w:r>
      <w:r>
        <w:rPr>
          <w:i/>
          <w:iCs/>
        </w:rPr>
        <w:t xml:space="preserve">Dalton Trumbo</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Nine million corpses later, when the bands stopped and the</w:t>
      </w:r>
      <w:r>
        <w:rPr>
          <w:b/>
          <w:bCs/>
        </w:rPr>
        <w:t xml:space="preserve"> </w:t>
      </w:r>
      <w:r>
        <w:rPr>
          <w:b/>
          <w:bCs/>
          <w:u w:val="single"/>
        </w:rPr>
        <w:t xml:space="preserve">serenities</w:t>
      </w:r>
      <w:r>
        <w:rPr>
          <w:b/>
          <w:bCs/>
        </w:rPr>
        <w:t xml:space="preserve"> </w:t>
      </w:r>
      <w:r>
        <w:rPr>
          <w:b/>
          <w:bCs/>
        </w:rPr>
        <w:t xml:space="preserve">started running, the wail of bagpipes would never again sound quite the same.</w:t>
      </w:r>
      <w:r>
        <w:br/>
      </w:r>
      <w:r>
        <w:t xml:space="preserve">    (a) in a manner that is calm and untroubled</w:t>
      </w:r>
      <w:r>
        <w:br/>
      </w:r>
      <w:r>
        <w:t xml:space="preserve">    (b) things accepted as true (without proof)</w:t>
      </w:r>
      <w:r>
        <w:br/>
      </w:r>
      <w:r>
        <w:t xml:space="preserve">    (c) things that help clarify or demonstrate</w:t>
      </w:r>
    </w:p>
    <w:p>
      <w:pPr>
        <w:pStyle w:val="Compact"/>
        <w:numPr>
          <w:ilvl w:val="0"/>
          <w:numId w:val="1001"/>
        </w:numPr>
      </w:pPr>
      <w:r>
        <w:rPr>
          <w:b/>
          <w:bCs/>
        </w:rPr>
        <w:t xml:space="preserve">Since Mr. Blanshard fell into what I hope was unconscious error both as to the period of the book's "production" and the title under which it was "produced," I can't place too much faith in his story of its</w:t>
      </w:r>
      <w:r>
        <w:rPr>
          <w:b/>
          <w:bCs/>
        </w:rPr>
        <w:t xml:space="preserve"> </w:t>
      </w:r>
      <w:r>
        <w:rPr>
          <w:b/>
          <w:bCs/>
          <w:u w:val="single"/>
        </w:rPr>
        <w:t xml:space="preserve">suppression</w:t>
      </w:r>
      <w:r>
        <w:rPr>
          <w:b/>
          <w:bCs/>
        </w:rPr>
        <w:t xml:space="preserve">.</w:t>
      </w:r>
      <w:r>
        <w:br/>
      </w:r>
      <w:r>
        <w:t xml:space="preserve">    (a) vaccination (to protect from a disease)</w:t>
      </w:r>
      <w:r>
        <w:br/>
      </w:r>
      <w:r>
        <w:t xml:space="preserve">    (b) something that causes ongoing suffering</w:t>
      </w:r>
      <w:r>
        <w:br/>
      </w:r>
      <w:r>
        <w:t xml:space="preserve">    (c) the act of trying to keep under control</w:t>
      </w:r>
    </w:p>
    <w:p>
      <w:pPr>
        <w:pStyle w:val="Compact"/>
        <w:numPr>
          <w:ilvl w:val="0"/>
          <w:numId w:val="1001"/>
        </w:numPr>
      </w:pPr>
      <w:r>
        <w:rPr>
          <w:b/>
          <w:bCs/>
        </w:rPr>
        <w:t xml:space="preserve">Reading it once more after so many years, I've had to resist a nervous itch to touch it up here, to change it there, to clarify, correct,</w:t>
      </w:r>
      <w:r>
        <w:rPr>
          <w:b/>
          <w:bCs/>
        </w:rPr>
        <w:t xml:space="preserve"> </w:t>
      </w:r>
      <w:r>
        <w:rPr>
          <w:b/>
          <w:bCs/>
          <w:u w:val="single"/>
        </w:rPr>
        <w:t xml:space="preserve">elaborate</w:t>
      </w:r>
      <w:r>
        <w:rPr>
          <w:b/>
          <w:bCs/>
        </w:rPr>
        <w:t xml:space="preserve">, cut.</w:t>
      </w:r>
      <w:r>
        <w:br/>
      </w:r>
      <w:r>
        <w:t xml:space="preserve">    (a) add detail</w:t>
      </w:r>
      <w:r>
        <w:br/>
      </w:r>
      <w:r>
        <w:t xml:space="preserve">    (b) interact again or interest again</w:t>
      </w:r>
      <w:r>
        <w:br/>
      </w:r>
      <w:r>
        <w:t xml:space="preserve">    (c) genetic change through evolution</w:t>
      </w:r>
    </w:p>
    <w:p>
      <w:pPr>
        <w:pStyle w:val="Compact"/>
        <w:numPr>
          <w:ilvl w:val="0"/>
          <w:numId w:val="1001"/>
        </w:numPr>
      </w:pPr>
      <w:r>
        <w:rPr>
          <w:b/>
          <w:bCs/>
        </w:rPr>
        <w:t xml:space="preserve">...the night</w:t>
      </w:r>
      <w:r>
        <w:rPr>
          <w:b/>
          <w:bCs/>
        </w:rPr>
        <w:t xml:space="preserve"> </w:t>
      </w:r>
      <w:r>
        <w:rPr>
          <w:b/>
          <w:bCs/>
          <w:u w:val="single"/>
        </w:rPr>
        <w:t xml:space="preserve">foreman</w:t>
      </w:r>
      <w:r>
        <w:rPr>
          <w:b/>
          <w:bCs/>
        </w:rPr>
        <w:t xml:space="preserve"> </w:t>
      </w:r>
      <w:r>
        <w:rPr>
          <w:b/>
          <w:bCs/>
        </w:rPr>
        <w:t xml:space="preserve">kept a close watch on his crew.</w:t>
      </w:r>
      <w:r>
        <w:br/>
      </w:r>
      <w:r>
        <w:t xml:space="preserve">    (a) someone responsible for making a judgment after thinking carefully about something</w:t>
      </w:r>
      <w:r>
        <w:br/>
      </w:r>
      <w:r>
        <w:t xml:space="preserve">    (b) a person who is in charge of other workers</w:t>
      </w:r>
      <w:r>
        <w:br/>
      </w:r>
      <w:r>
        <w:t xml:space="preserve">    (c) someone who roughly calculates or guesses a value, quantity, or extent of something</w:t>
      </w:r>
    </w:p>
    <w:p>
      <w:pPr>
        <w:pStyle w:val="Compact"/>
        <w:numPr>
          <w:ilvl w:val="0"/>
          <w:numId w:val="1001"/>
        </w:numPr>
      </w:pPr>
      <w:r>
        <w:rPr>
          <w:b/>
          <w:bCs/>
        </w:rPr>
        <w:t xml:space="preserve">The piano kept time with the bell and the bell with the piano and in back of it there was thick silence and a</w:t>
      </w:r>
      <w:r>
        <w:rPr>
          <w:b/>
          <w:bCs/>
        </w:rPr>
        <w:t xml:space="preserve"> </w:t>
      </w:r>
      <w:r>
        <w:rPr>
          <w:b/>
          <w:bCs/>
          <w:u w:val="single"/>
        </w:rPr>
        <w:t xml:space="preserve">yearning</w:t>
      </w:r>
      <w:r>
        <w:rPr>
          <w:b/>
          <w:bCs/>
        </w:rPr>
        <w:t xml:space="preserve"> </w:t>
      </w:r>
      <w:r>
        <w:rPr>
          <w:b/>
          <w:bCs/>
        </w:rPr>
        <w:t xml:space="preserve">to listen and lonesomeness.</w:t>
      </w:r>
      <w:r>
        <w:br/>
      </w:r>
      <w:r>
        <w:t xml:space="preserve">    (a) changing to fit a different situation</w:t>
      </w:r>
      <w:r>
        <w:br/>
      </w:r>
      <w:r>
        <w:t xml:space="preserve">    (b) charging (with having broken the law)</w:t>
      </w:r>
      <w:r>
        <w:br/>
      </w:r>
      <w:r>
        <w:t xml:space="preserve">    (c) strongly desiring; or a strong desire</w:t>
      </w:r>
    </w:p>
    <w:p>
      <w:pPr>
        <w:pStyle w:val="Compact"/>
        <w:numPr>
          <w:ilvl w:val="0"/>
          <w:numId w:val="1001"/>
        </w:numPr>
      </w:pPr>
      <w:r>
        <w:rPr>
          <w:b/>
          <w:bCs/>
        </w:rPr>
        <w:t xml:space="preserve">When they came of an age to take girls out on dates they always took them to the</w:t>
      </w:r>
      <w:r>
        <w:rPr>
          <w:b/>
          <w:bCs/>
        </w:rPr>
        <w:t xml:space="preserve"> </w:t>
      </w:r>
      <w:r>
        <w:rPr>
          <w:b/>
          <w:bCs/>
          <w:u w:val="single"/>
        </w:rPr>
        <w:t xml:space="preserve">pavilion</w:t>
      </w:r>
      <w:r>
        <w:rPr>
          <w:b/>
          <w:bCs/>
        </w:rPr>
        <w:t xml:space="preserve"> </w:t>
      </w:r>
      <w:r>
        <w:rPr>
          <w:b/>
          <w:bCs/>
        </w:rPr>
        <w:t xml:space="preserve">in the fair grounds.</w:t>
      </w:r>
      <w:r>
        <w:br/>
      </w:r>
      <w:r>
        <w:t xml:space="preserve">    (a) a small group of people who plot in secret and exercise power</w:t>
      </w:r>
      <w:r>
        <w:br/>
      </w:r>
      <w:r>
        <w:t xml:space="preserve">    (b) a large structure separate from a main structure (perhaps a large roofed structure without walls)</w:t>
      </w:r>
      <w:r>
        <w:br/>
      </w:r>
      <w:r>
        <w:t xml:space="preserve">    (c) make something more attractive or interesting by adding to it</w:t>
      </w:r>
    </w:p>
    <w:p>
      <w:pPr>
        <w:pStyle w:val="Compact"/>
        <w:numPr>
          <w:ilvl w:val="0"/>
          <w:numId w:val="1001"/>
        </w:numPr>
      </w:pPr>
      <w:r>
        <w:rPr>
          <w:b/>
          <w:bCs/>
        </w:rPr>
        <w:t xml:space="preserve">What do you care about making the world safe for</w:t>
      </w:r>
      <w:r>
        <w:rPr>
          <w:b/>
          <w:bCs/>
        </w:rPr>
        <w:t xml:space="preserve"> </w:t>
      </w:r>
      <w:r>
        <w:rPr>
          <w:b/>
          <w:bCs/>
          <w:u w:val="single"/>
        </w:rPr>
        <w:t xml:space="preserve">democracy</w:t>
      </w:r>
      <w:r>
        <w:rPr>
          <w:b/>
          <w:bCs/>
        </w:rPr>
        <w:t xml:space="preserve">?</w:t>
      </w:r>
      <w:r>
        <w:br/>
      </w:r>
      <w:r>
        <w:t xml:space="preserve">    (a) lack of interest; or the process of stopping interaction or interest</w:t>
      </w:r>
      <w:r>
        <w:br/>
      </w:r>
      <w:r>
        <w:t xml:space="preserve">    (b) a system of government in which citizens have power with equal votes</w:t>
      </w:r>
      <w:r>
        <w:br/>
      </w:r>
      <w:r>
        <w:t xml:space="preserve">    (c) relating to logical examination of something to better understand it</w:t>
      </w:r>
    </w:p>
    <w:p>
      <w:pPr>
        <w:pStyle w:val="Compact"/>
        <w:numPr>
          <w:ilvl w:val="0"/>
          <w:numId w:val="1001"/>
        </w:numPr>
      </w:pPr>
      <w:r>
        <w:rPr>
          <w:b/>
          <w:bCs/>
        </w:rPr>
        <w:t xml:space="preserve">It read Dear Howie why were you so</w:t>
      </w:r>
      <w:r>
        <w:rPr>
          <w:b/>
          <w:bCs/>
        </w:rPr>
        <w:t xml:space="preserve"> </w:t>
      </w:r>
      <w:r>
        <w:rPr>
          <w:b/>
          <w:bCs/>
          <w:u w:val="single"/>
        </w:rPr>
        <w:t xml:space="preserve">impetuous</w:t>
      </w:r>
      <w:r>
        <w:rPr>
          <w:b/>
          <w:bCs/>
        </w:rPr>
        <w:t xml:space="preserve"> </w:t>
      </w:r>
      <w:r>
        <w:rPr>
          <w:b/>
          <w:bCs/>
        </w:rPr>
        <w:t xml:space="preserve">stop I am miserable thinking what you have done stop please forgive me and come right back to Shale City stop I hate Glen Hogan stop love Onie.</w:t>
      </w:r>
      <w:r>
        <w:br/>
      </w:r>
      <w:r>
        <w:t xml:space="preserve">    (a) most important; or person that is most important</w:t>
      </w:r>
      <w:r>
        <w:br/>
      </w:r>
      <w:r>
        <w:t xml:space="preserve">    (b) tending to have exceedingly unfavorable opinions</w:t>
      </w:r>
      <w:r>
        <w:br/>
      </w:r>
      <w:r>
        <w:t xml:space="preserve">    (c) impulsive (acting suddenly without much thought)</w:t>
      </w:r>
    </w:p>
    <w:p>
      <w:pPr>
        <w:pStyle w:val="Compact"/>
        <w:numPr>
          <w:ilvl w:val="0"/>
          <w:numId w:val="1001"/>
        </w:numPr>
      </w:pPr>
      <w:r>
        <w:rPr>
          <w:b/>
          <w:bCs/>
        </w:rPr>
        <w:t xml:space="preserve">He hadn't</w:t>
      </w:r>
      <w:r>
        <w:rPr>
          <w:b/>
          <w:bCs/>
        </w:rPr>
        <w:t xml:space="preserve"> </w:t>
      </w:r>
      <w:r>
        <w:rPr>
          <w:b/>
          <w:bCs/>
          <w:u w:val="single"/>
        </w:rPr>
        <w:t xml:space="preserve">deliberately</w:t>
      </w:r>
      <w:r>
        <w:rPr>
          <w:b/>
          <w:bCs/>
        </w:rPr>
        <w:t xml:space="preserve"> </w:t>
      </w:r>
      <w:r>
        <w:rPr>
          <w:b/>
          <w:bCs/>
        </w:rPr>
        <w:t xml:space="preserve">planned to be there because it was a couple of blocks out of his way and he was really awfully tired.</w:t>
      </w:r>
      <w:r>
        <w:br/>
      </w:r>
      <w:r>
        <w:t xml:space="preserve">    (a) with distaste</w:t>
      </w:r>
      <w:r>
        <w:br/>
      </w:r>
      <w:r>
        <w:t xml:space="preserve">    (b) intentionally</w:t>
      </w:r>
      <w:r>
        <w:br/>
      </w:r>
      <w:r>
        <w:t xml:space="preserve">    (c) unemotionally</w:t>
      </w:r>
    </w:p>
    <w:p>
      <w:pPr>
        <w:pStyle w:val="Compact"/>
        <w:numPr>
          <w:ilvl w:val="0"/>
          <w:numId w:val="1001"/>
        </w:numPr>
      </w:pPr>
      <w:r>
        <w:rPr>
          <w:b/>
          <w:bCs/>
        </w:rPr>
        <w:t xml:space="preserve">She did them ... so</w:t>
      </w:r>
      <w:r>
        <w:rPr>
          <w:b/>
          <w:bCs/>
        </w:rPr>
        <w:t xml:space="preserve"> </w:t>
      </w:r>
      <w:r>
        <w:rPr>
          <w:b/>
          <w:bCs/>
          <w:u w:val="single"/>
        </w:rPr>
        <w:t xml:space="preserve">deliberately</w:t>
      </w:r>
      <w:r>
        <w:rPr>
          <w:b/>
          <w:bCs/>
        </w:rPr>
        <w:t xml:space="preserve"> </w:t>
      </w:r>
      <w:r>
        <w:rPr>
          <w:b/>
          <w:bCs/>
        </w:rPr>
        <w:t xml:space="preserve">that even her movements seemed thoughtful.</w:t>
      </w:r>
      <w:r>
        <w:br/>
      </w:r>
      <w:r>
        <w:t xml:space="preserve">    (a) in a manner that is likely to change</w:t>
      </w:r>
      <w:r>
        <w:br/>
      </w:r>
      <w:r>
        <w:t xml:space="preserve">    (b) in a manner that does not find fault</w:t>
      </w:r>
      <w:r>
        <w:br/>
      </w:r>
      <w:r>
        <w:t xml:space="preserve">    (c) carefully and slowly</w:t>
      </w:r>
    </w:p>
    <w:p>
      <w:pPr>
        <w:pStyle w:val="Compact"/>
        <w:numPr>
          <w:ilvl w:val="0"/>
          <w:numId w:val="1001"/>
        </w:numPr>
      </w:pPr>
      <w:r>
        <w:rPr>
          <w:b/>
          <w:bCs/>
        </w:rPr>
        <w:t xml:space="preserve">That made him</w:t>
      </w:r>
      <w:r>
        <w:rPr>
          <w:b/>
          <w:bCs/>
        </w:rPr>
        <w:t xml:space="preserve"> </w:t>
      </w:r>
      <w:r>
        <w:rPr>
          <w:b/>
          <w:bCs/>
          <w:u w:val="single"/>
        </w:rPr>
        <w:t xml:space="preserve">indebted</w:t>
      </w:r>
      <w:r>
        <w:rPr>
          <w:b/>
          <w:bCs/>
        </w:rPr>
        <w:t xml:space="preserve"> </w:t>
      </w:r>
      <w:r>
        <w:rPr>
          <w:b/>
          <w:bCs/>
        </w:rPr>
        <w:t xml:space="preserve">to Jody Simmons no?</w:t>
      </w:r>
      <w:r>
        <w:br/>
      </w:r>
      <w:r>
        <w:t xml:space="preserve">    (a) the state or quality of expressing or displaying sexual activity or violence with detailed clarity</w:t>
      </w:r>
      <w:r>
        <w:br/>
      </w:r>
      <w:r>
        <w:t xml:space="preserve">    (b) to be grateful for a favor; or to owe money; or to be in the position of owing a debt of gratitude</w:t>
      </w:r>
      <w:r>
        <w:br/>
      </w:r>
      <w:r>
        <w:t xml:space="preserve">    (c) influenced by personal belief, feelings, or preferences (rather than being based purely upon fact)</w:t>
      </w:r>
    </w:p>
    <w:p>
      <w:pPr>
        <w:pStyle w:val="Compact"/>
        <w:numPr>
          <w:ilvl w:val="0"/>
          <w:numId w:val="1001"/>
        </w:numPr>
      </w:pPr>
      <w:r>
        <w:rPr>
          <w:b/>
          <w:bCs/>
        </w:rPr>
        <w:t xml:space="preserve">How was he to get out of the job Jody Simmons had given him in order to take the new job without offending his</w:t>
      </w:r>
      <w:r>
        <w:rPr>
          <w:b/>
          <w:bCs/>
        </w:rPr>
        <w:t xml:space="preserve"> </w:t>
      </w:r>
      <w:r>
        <w:rPr>
          <w:b/>
          <w:bCs/>
          <w:u w:val="single"/>
        </w:rPr>
        <w:t xml:space="preserve">benefactor</w:t>
      </w:r>
      <w:r>
        <w:rPr>
          <w:b/>
          <w:bCs/>
        </w:rPr>
        <w:t xml:space="preserve">?</w:t>
      </w:r>
      <w:r>
        <w:br/>
      </w:r>
      <w:r>
        <w:t xml:space="preserve">    (a) relating to logical examination of something to better understand it</w:t>
      </w:r>
      <w:r>
        <w:br/>
      </w:r>
      <w:r>
        <w:t xml:space="preserve">    (b) someone who helps a person or organization -- especially financially</w:t>
      </w:r>
      <w:r>
        <w:br/>
      </w:r>
      <w:r>
        <w:t xml:space="preserve">    (c) lack of interest; or the process of stopping interaction or interest</w:t>
      </w:r>
    </w:p>
    <w:p>
      <w:pPr>
        <w:pStyle w:val="Compact"/>
        <w:numPr>
          <w:ilvl w:val="0"/>
          <w:numId w:val="1001"/>
        </w:numPr>
      </w:pPr>
      <w:r>
        <w:rPr>
          <w:b/>
          <w:bCs/>
        </w:rPr>
        <w:t xml:space="preserve">But if you had the same hole and no maggots you simply</w:t>
      </w:r>
      <w:r>
        <w:rPr>
          <w:b/>
          <w:bCs/>
        </w:rPr>
        <w:t xml:space="preserve"> </w:t>
      </w:r>
      <w:r>
        <w:rPr>
          <w:b/>
          <w:bCs/>
          <w:u w:val="single"/>
        </w:rPr>
        <w:t xml:space="preserve">festered</w:t>
      </w:r>
      <w:r>
        <w:rPr>
          <w:b/>
          <w:bCs/>
        </w:rPr>
        <w:t xml:space="preserve"> </w:t>
      </w:r>
      <w:r>
        <w:rPr>
          <w:b/>
          <w:bCs/>
        </w:rPr>
        <w:t xml:space="preserve">for a while and then you had gangrene.</w:t>
      </w:r>
      <w:r>
        <w:br/>
      </w:r>
      <w:r>
        <w:t xml:space="preserve">    (a) suffered inflammation and created pus</w:t>
      </w:r>
      <w:r>
        <w:br/>
      </w:r>
      <w:r>
        <w:t xml:space="preserve">    (b) treated something in an educated, intellectual way -- often excluding emotional or practical considerations</w:t>
      </w:r>
      <w:r>
        <w:br/>
      </w:r>
      <w:r>
        <w:t xml:space="preserve">    (c) turned in the opposite position -- such as upside down, inside out, or (of two things) in switched position</w:t>
      </w:r>
    </w:p>
    <w:p>
      <w:pPr>
        <w:pStyle w:val="Compact"/>
        <w:numPr>
          <w:ilvl w:val="0"/>
          <w:numId w:val="1001"/>
        </w:numPr>
      </w:pPr>
      <w:r>
        <w:rPr>
          <w:b/>
          <w:bCs/>
        </w:rPr>
        <w:t xml:space="preserve">It seemed that the blackness in his eyes was changing to something purple something like</w:t>
      </w:r>
      <w:r>
        <w:rPr>
          <w:b/>
          <w:bCs/>
        </w:rPr>
        <w:t xml:space="preserve"> </w:t>
      </w:r>
      <w:r>
        <w:rPr>
          <w:b/>
          <w:bCs/>
          <w:u w:val="single"/>
        </w:rPr>
        <w:t xml:space="preserve">twilight</w:t>
      </w:r>
      <w:r>
        <w:rPr>
          <w:b/>
          <w:bCs/>
        </w:rPr>
        <w:t xml:space="preserve"> </w:t>
      </w:r>
      <w:r>
        <w:rPr>
          <w:b/>
          <w:bCs/>
        </w:rPr>
        <w:t xml:space="preserve">blue.</w:t>
      </w:r>
      <w:r>
        <w:br/>
      </w:r>
      <w:r>
        <w:t xml:space="preserve">    (a) the color of light from the sky just before sunrise</w:t>
      </w:r>
      <w:r>
        <w:br/>
      </w:r>
      <w:r>
        <w:t xml:space="preserve">    (b) the color of light from the sky just after sunset</w:t>
      </w:r>
      <w:r>
        <w:br/>
      </w:r>
      <w:r>
        <w:t xml:space="preserve">    (c) the color of the sky at the time of day between daylight and darkness</w:t>
      </w:r>
    </w:p>
    <w:p>
      <w:pPr>
        <w:pStyle w:val="Compact"/>
        <w:numPr>
          <w:ilvl w:val="0"/>
          <w:numId w:val="1001"/>
        </w:numPr>
      </w:pPr>
      <w:r>
        <w:rPr>
          <w:b/>
          <w:bCs/>
        </w:rPr>
        <w:t xml:space="preserve">Then the vibrations</w:t>
      </w:r>
      <w:r>
        <w:rPr>
          <w:b/>
          <w:bCs/>
        </w:rPr>
        <w:t xml:space="preserve"> </w:t>
      </w:r>
      <w:r>
        <w:rPr>
          <w:b/>
          <w:bCs/>
          <w:u w:val="single"/>
        </w:rPr>
        <w:t xml:space="preserve">receded</w:t>
      </w:r>
      <w:r>
        <w:rPr>
          <w:b/>
          <w:bCs/>
        </w:rPr>
        <w:t xml:space="preserve"> </w:t>
      </w:r>
      <w:r>
        <w:rPr>
          <w:b/>
          <w:bCs/>
        </w:rPr>
        <w:t xml:space="preserve">and there was a sharp little tremor of the door closing and he knew he was alone.</w:t>
      </w:r>
      <w:r>
        <w:br/>
      </w:r>
      <w:r>
        <w:t xml:space="preserve">    (a) not encouraged or emotionally aroused</w:t>
      </w:r>
      <w:r>
        <w:br/>
      </w:r>
      <w:r>
        <w:t xml:space="preserve">    (b) move away or diminished (became less)</w:t>
      </w:r>
      <w:r>
        <w:br/>
      </w:r>
      <w:r>
        <w:t xml:space="preserve">    (c) genetically changed through evolution</w:t>
      </w:r>
    </w:p>
    <w:p>
      <w:pPr>
        <w:pStyle w:val="Compact"/>
        <w:numPr>
          <w:ilvl w:val="0"/>
          <w:numId w:val="1001"/>
        </w:numPr>
      </w:pPr>
      <w:r>
        <w:rPr>
          <w:b/>
          <w:bCs/>
        </w:rPr>
        <w:t xml:space="preserve">To talk with Lucky to be with Lucky to lie with Lucky was like finding peace in a</w:t>
      </w:r>
      <w:r>
        <w:rPr>
          <w:b/>
          <w:bCs/>
        </w:rPr>
        <w:t xml:space="preserve"> </w:t>
      </w:r>
      <w:r>
        <w:rPr>
          <w:b/>
          <w:bCs/>
          <w:u w:val="single"/>
        </w:rPr>
        <w:t xml:space="preserve">heathen</w:t>
      </w:r>
      <w:r>
        <w:rPr>
          <w:b/>
          <w:bCs/>
        </w:rPr>
        <w:t xml:space="preserve"> </w:t>
      </w:r>
      <w:r>
        <w:rPr>
          <w:b/>
          <w:bCs/>
        </w:rPr>
        <w:t xml:space="preserve">country it was like breathing the air of a place you love when you're sick and dying for a breath of it.</w:t>
      </w:r>
      <w:r>
        <w:br/>
      </w:r>
      <w:r>
        <w:t xml:space="preserve">    (a) someone who is not civilized or not moral  OR  an offensive term for a person who does not believe in a preferred religion</w:t>
      </w:r>
      <w:r>
        <w:br/>
      </w:r>
      <w:r>
        <w:t xml:space="preserve">    (b) the ability and tendency to determine what should be done and to start doing it without instruction; or to start something</w:t>
      </w:r>
      <w:r>
        <w:br/>
      </w:r>
      <w:r>
        <w:t xml:space="preserve">    (c) the state of not being relevant (not related to the subject being considered, or not important enough to want to consider)</w:t>
      </w:r>
    </w:p>
    <w:p>
      <w:pPr>
        <w:pStyle w:val="Compact"/>
        <w:numPr>
          <w:ilvl w:val="0"/>
          <w:numId w:val="1001"/>
        </w:numPr>
      </w:pPr>
      <w:r>
        <w:rPr>
          <w:b/>
          <w:bCs/>
          <w:u w:val="single"/>
        </w:rPr>
        <w:t xml:space="preserve">Parley</w:t>
      </w:r>
      <w:r>
        <w:rPr>
          <w:b/>
          <w:bCs/>
        </w:rPr>
        <w:t xml:space="preserve"> </w:t>
      </w:r>
      <w:r>
        <w:rPr>
          <w:b/>
          <w:bCs/>
        </w:rPr>
        <w:t xml:space="preserve">vous parley vous yes sir no sir lonesome honey where's that American voice?</w:t>
      </w:r>
      <w:r>
        <w:br/>
      </w:r>
      <w:r>
        <w:t xml:space="preserve">    (a) a negotiation or discussion -- especially between enemies</w:t>
      </w:r>
      <w:r>
        <w:br/>
      </w:r>
      <w:r>
        <w:t xml:space="preserve">    (b) think carefully and make a judgment about something again</w:t>
      </w:r>
      <w:r>
        <w:br/>
      </w:r>
      <w:r>
        <w:t xml:space="preserve">    (c) to promise, guarantee, or indicate certainty of something</w:t>
      </w:r>
    </w:p>
    <w:p>
      <w:pPr>
        <w:pStyle w:val="Compact"/>
        <w:numPr>
          <w:ilvl w:val="0"/>
          <w:numId w:val="1001"/>
        </w:numPr>
      </w:pPr>
      <w:r>
        <w:rPr>
          <w:b/>
          <w:bCs/>
        </w:rPr>
        <w:t xml:space="preserve">The rest of the letters tumbled into his mind in a perfect</w:t>
      </w:r>
      <w:r>
        <w:rPr>
          <w:b/>
          <w:bCs/>
        </w:rPr>
        <w:t xml:space="preserve"> </w:t>
      </w:r>
      <w:r>
        <w:rPr>
          <w:b/>
          <w:bCs/>
          <w:u w:val="single"/>
        </w:rPr>
        <w:t xml:space="preserve">torrent</w:t>
      </w:r>
      <w:r>
        <w:rPr>
          <w:b/>
          <w:bCs/>
        </w:rPr>
        <w:t xml:space="preserve">.</w:t>
      </w:r>
      <w:r>
        <w:br/>
      </w:r>
      <w:r>
        <w:t xml:space="preserve">    (a) tile designed to affect noise -- typically to decrease noise</w:t>
      </w:r>
      <w:r>
        <w:br/>
      </w:r>
      <w:r>
        <w:t xml:space="preserve">    (b) an overwhelming amount -- especially of quickly moving water</w:t>
      </w:r>
      <w:r>
        <w:br/>
      </w:r>
      <w:r>
        <w:t xml:space="preserve">    (c) the state of not being in danger of suffering from something</w:t>
      </w:r>
    </w:p>
    <w:p>
      <w:pPr>
        <w:pStyle w:val="Compact"/>
        <w:numPr>
          <w:ilvl w:val="0"/>
          <w:numId w:val="1001"/>
        </w:numPr>
      </w:pPr>
      <w:r>
        <w:rPr>
          <w:b/>
          <w:bCs/>
        </w:rPr>
        <w:t xml:space="preserve">Each member of the family had a little cache of gifts hidden somewhere in the house away from the others. It was very dishonorable for anyone to snoop on the day before Christmas so no one ever did but there was no harm in</w:t>
      </w:r>
      <w:r>
        <w:rPr>
          <w:b/>
          <w:bCs/>
        </w:rPr>
        <w:t xml:space="preserve"> </w:t>
      </w:r>
      <w:r>
        <w:rPr>
          <w:b/>
          <w:bCs/>
          <w:u w:val="single"/>
        </w:rPr>
        <w:t xml:space="preserve">speculating</w:t>
      </w:r>
      <w:r>
        <w:rPr>
          <w:b/>
          <w:bCs/>
        </w:rPr>
        <w:t xml:space="preserve"> </w:t>
      </w:r>
      <w:r>
        <w:rPr>
          <w:b/>
          <w:bCs/>
        </w:rPr>
        <w:t xml:space="preserve">upon where the gifts might be hidden.</w:t>
      </w:r>
      <w:r>
        <w:br/>
      </w:r>
      <w:r>
        <w:t xml:space="preserve">    (a) aka analyzing -- analyzing based upon a theory of psychiatry</w:t>
      </w:r>
      <w:r>
        <w:br/>
      </w:r>
      <w:r>
        <w:t xml:space="preserve">    (b) wondering or guessing</w:t>
      </w:r>
      <w:r>
        <w:br/>
      </w:r>
      <w:r>
        <w:t xml:space="preserve">    (c) making a decision or voicing an opinion by formal group vote</w:t>
      </w:r>
    </w:p>
    <w:p>
      <w:pPr>
        <w:pStyle w:val="Compact"/>
        <w:numPr>
          <w:ilvl w:val="0"/>
          <w:numId w:val="1001"/>
        </w:numPr>
      </w:pPr>
      <w:r>
        <w:rPr>
          <w:b/>
          <w:bCs/>
        </w:rPr>
        <w:t xml:space="preserve">Let them form blocs and alliances and mutual assistance</w:t>
      </w:r>
      <w:r>
        <w:rPr>
          <w:b/>
          <w:bCs/>
        </w:rPr>
        <w:t xml:space="preserve"> </w:t>
      </w:r>
      <w:r>
        <w:rPr>
          <w:b/>
          <w:bCs/>
          <w:u w:val="single"/>
        </w:rPr>
        <w:t xml:space="preserve">pacts</w:t>
      </w:r>
      <w:r>
        <w:rPr>
          <w:b/>
          <w:bCs/>
        </w:rPr>
        <w:t xml:space="preserve"> </w:t>
      </w:r>
      <w:r>
        <w:rPr>
          <w:b/>
          <w:bCs/>
        </w:rPr>
        <w:t xml:space="preserve">and guarantees of neutrality.</w:t>
      </w:r>
      <w:r>
        <w:br/>
      </w:r>
      <w:r>
        <w:t xml:space="preserve">    (a) agreements between parties</w:t>
      </w:r>
      <w:r>
        <w:br/>
      </w:r>
      <w:r>
        <w:t xml:space="preserve">    (b) sound quality or its study</w:t>
      </w:r>
      <w:r>
        <w:br/>
      </w:r>
      <w:r>
        <w:t xml:space="preserve">    (c) reason for doing something</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2026-07-31T15:35:21Z</dcterms:created>
  <dcterms:modified xsi:type="dcterms:W3CDTF">2026-07-31T15:35:21Z</dcterms:modified>
</cp:coreProperties>
</file>

<file path=docProps/custom.xml><?xml version="1.0" encoding="utf-8"?>
<Properties xmlns="http://schemas.openxmlformats.org/officeDocument/2006/custom-properties" xmlns:vt="http://schemas.openxmlformats.org/officeDocument/2006/docPropsVTypes"/>
</file>