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17206efc7b17640924f69c63291a187e91257b"/>
    <w:p>
      <w:pPr>
        <w:pStyle w:val="Heading1"/>
      </w:pPr>
      <w:r>
        <w:rPr>
          <w:b/>
          <w:bCs/>
        </w:rPr>
        <w:t xml:space="preserve">Johnny Got His Gun</w:t>
      </w:r>
      <w:r>
        <w:br/>
      </w:r>
      <w:r>
        <w:rPr>
          <w:i/>
          <w:iCs/>
        </w:rPr>
        <w:t xml:space="preserve">Dalton Trumbo</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 was an August made palpitant and breathless by the pre-</w:t>
      </w:r>
      <w:r>
        <w:rPr>
          <w:b/>
          <w:bCs/>
          <w:u w:val="single"/>
        </w:rPr>
        <w:t xml:space="preserve">nuptial</w:t>
      </w:r>
      <w:r>
        <w:rPr>
          <w:b/>
          <w:bCs/>
        </w:rPr>
        <w:t xml:space="preserve"> </w:t>
      </w:r>
      <w:r>
        <w:rPr>
          <w:b/>
          <w:bCs/>
        </w:rPr>
        <w:t xml:space="preserve">nights of young gentlemen-officers and the girls they left permanently behind them.</w:t>
      </w:r>
      <w:r>
        <w:br/>
      </w:r>
      <w:r>
        <w:t xml:space="preserve">    (a) not attractive or desirable</w:t>
      </w:r>
      <w:r>
        <w:br/>
      </w:r>
      <w:r>
        <w:t xml:space="preserve">    (b) orbiting Earth once per day</w:t>
      </w:r>
      <w:r>
        <w:br/>
      </w:r>
      <w:r>
        <w:t xml:space="preserve">    (c) of or relating to a wedding</w:t>
      </w:r>
    </w:p>
    <w:p>
      <w:pPr>
        <w:pStyle w:val="Compact"/>
        <w:numPr>
          <w:ilvl w:val="0"/>
          <w:numId w:val="1001"/>
        </w:numPr>
      </w:pPr>
      <w:r>
        <w:rPr>
          <w:b/>
          <w:bCs/>
        </w:rPr>
        <w:t xml:space="preserve">could</w:t>
      </w:r>
      <w:r>
        <w:rPr>
          <w:b/>
          <w:bCs/>
        </w:rPr>
        <w:t xml:space="preserve"> </w:t>
      </w:r>
      <w:r>
        <w:rPr>
          <w:b/>
          <w:bCs/>
          <w:u w:val="single"/>
        </w:rPr>
        <w:t xml:space="preserve">adversely</w:t>
      </w:r>
      <w:r>
        <w:rPr>
          <w:b/>
          <w:bCs/>
        </w:rPr>
        <w:t xml:space="preserve"> </w:t>
      </w:r>
      <w:r>
        <w:rPr>
          <w:b/>
          <w:bCs/>
        </w:rPr>
        <w:t xml:space="preserve">affect the war effort</w:t>
      </w:r>
      <w:r>
        <w:br/>
      </w:r>
      <w:r>
        <w:t xml:space="preserve">    (a) in a negative way (work against)</w:t>
      </w:r>
      <w:r>
        <w:br/>
      </w:r>
      <w:r>
        <w:t xml:space="preserve">    (b) in a manner that is not sincere</w:t>
      </w:r>
      <w:r>
        <w:br/>
      </w:r>
      <w:r>
        <w:t xml:space="preserve">    (c) in comparison to something else</w:t>
      </w:r>
    </w:p>
    <w:p>
      <w:pPr>
        <w:pStyle w:val="Compact"/>
        <w:numPr>
          <w:ilvl w:val="0"/>
          <w:numId w:val="1001"/>
        </w:numPr>
      </w:pPr>
      <w:r>
        <w:rPr>
          <w:b/>
          <w:bCs/>
        </w:rPr>
        <w:t xml:space="preserve">Shale City was really becoming a</w:t>
      </w:r>
      <w:r>
        <w:rPr>
          <w:b/>
          <w:bCs/>
        </w:rPr>
        <w:t xml:space="preserve"> </w:t>
      </w:r>
      <w:r>
        <w:rPr>
          <w:b/>
          <w:bCs/>
          <w:u w:val="single"/>
        </w:rPr>
        <w:t xml:space="preserve">metropolis</w:t>
      </w:r>
      <w:r>
        <w:rPr>
          <w:b/>
          <w:bCs/>
        </w:rPr>
        <w:t xml:space="preserve">.</w:t>
      </w:r>
      <w:r>
        <w:br/>
      </w:r>
      <w:r>
        <w:t xml:space="preserve">    (a) city</w:t>
      </w:r>
      <w:r>
        <w:br/>
      </w:r>
      <w:r>
        <w:t xml:space="preserve">    (b) tourist attraction</w:t>
      </w:r>
      <w:r>
        <w:br/>
      </w:r>
      <w:r>
        <w:t xml:space="preserve">    (c) ghetto</w:t>
      </w:r>
    </w:p>
    <w:p>
      <w:pPr>
        <w:pStyle w:val="Compact"/>
        <w:numPr>
          <w:ilvl w:val="0"/>
          <w:numId w:val="1001"/>
        </w:numPr>
      </w:pPr>
      <w:r>
        <w:rPr>
          <w:b/>
          <w:bCs/>
        </w:rPr>
        <w:t xml:space="preserve">Mike was</w:t>
      </w:r>
      <w:r>
        <w:rPr>
          <w:b/>
          <w:bCs/>
        </w:rPr>
        <w:t xml:space="preserve"> </w:t>
      </w:r>
      <w:r>
        <w:rPr>
          <w:b/>
          <w:bCs/>
          <w:u w:val="single"/>
        </w:rPr>
        <w:t xml:space="preserve">liable to</w:t>
      </w:r>
      <w:r>
        <w:rPr>
          <w:b/>
          <w:bCs/>
        </w:rPr>
        <w:t xml:space="preserve"> </w:t>
      </w:r>
      <w:r>
        <w:rPr>
          <w:b/>
          <w:bCs/>
        </w:rPr>
        <w:t xml:space="preserve">exaggerate when he got excited.</w:t>
      </w:r>
      <w:r>
        <w:br/>
      </w:r>
      <w:r>
        <w:t xml:space="preserve">    (a) temperature scale used in most of the world</w:t>
      </w:r>
      <w:r>
        <w:br/>
      </w:r>
      <w:r>
        <w:t xml:space="preserve">    (b) likely to; or maybe going to; or subject to</w:t>
      </w:r>
      <w:r>
        <w:br/>
      </w:r>
      <w:r>
        <w:t xml:space="preserve">    (c) devices that convert light into electricity</w:t>
      </w:r>
    </w:p>
    <w:p>
      <w:pPr>
        <w:pStyle w:val="Compact"/>
        <w:numPr>
          <w:ilvl w:val="0"/>
          <w:numId w:val="1001"/>
        </w:numPr>
      </w:pPr>
      <w:r>
        <w:rPr>
          <w:b/>
          <w:bCs/>
        </w:rPr>
        <w:t xml:space="preserve">"As that great patriot</w:t>
      </w:r>
      <w:r>
        <w:rPr>
          <w:b/>
          <w:bCs/>
        </w:rPr>
        <w:t xml:space="preserve"> </w:t>
      </w:r>
      <w:r>
        <w:rPr>
          <w:b/>
          <w:bCs/>
          <w:u w:val="single"/>
        </w:rPr>
        <w:t xml:space="preserve">Patrick Henry</w:t>
      </w:r>
      <w:r>
        <w:rPr>
          <w:b/>
          <w:bCs/>
        </w:rPr>
        <w:t xml:space="preserve"> </w:t>
      </w:r>
      <w:r>
        <w:rPr>
          <w:b/>
          <w:bCs/>
        </w:rPr>
        <w:t xml:space="preserve">said " Johnny get your gun get your gun get your gun "As that great patriot George Washington said "</w:t>
      </w:r>
      <w:r>
        <w:br/>
      </w:r>
      <w:r>
        <w:t xml:space="preserve">    (a) mythological Greek beauty over whom the Trojan War was fought</w:t>
      </w:r>
      <w:r>
        <w:br/>
      </w:r>
      <w:r>
        <w:t xml:space="preserve">    (b) French composer known for atmospheric, impressionistic music</w:t>
      </w:r>
      <w:r>
        <w:br/>
      </w:r>
      <w:r>
        <w:t xml:space="preserve">    (c) influential proponent of the American Revolution (1736-1799)</w:t>
      </w:r>
    </w:p>
    <w:p>
      <w:pPr>
        <w:pStyle w:val="Compact"/>
        <w:numPr>
          <w:ilvl w:val="0"/>
          <w:numId w:val="1001"/>
        </w:numPr>
      </w:pPr>
      <w:r>
        <w:rPr>
          <w:b/>
          <w:bCs/>
        </w:rPr>
        <w:t xml:space="preserve">Goodbye maw goodbye paw goodbye mule with your old hee-haw "As that great patriot</w:t>
      </w:r>
      <w:r>
        <w:rPr>
          <w:b/>
          <w:bCs/>
        </w:rPr>
        <w:t xml:space="preserve"> </w:t>
      </w:r>
      <w:r>
        <w:rPr>
          <w:b/>
          <w:bCs/>
          <w:u w:val="single"/>
        </w:rPr>
        <w:t xml:space="preserve">Theodore Roosevelt</w:t>
      </w:r>
      <w:r>
        <w:rPr>
          <w:b/>
          <w:bCs/>
        </w:rPr>
        <w:t xml:space="preserve"> </w:t>
      </w:r>
      <w:r>
        <w:rPr>
          <w:b/>
          <w:bCs/>
        </w:rPr>
        <w:t xml:space="preserve">has said " America I love you you're like a sweetheart to me "Don't go Joe run away they'll kill you I know it I'll never see you again."</w:t>
      </w:r>
      <w:r>
        <w:br/>
      </w:r>
      <w:r>
        <w:t xml:space="preserve">    (a) 26th President of the United States who is famous for breaking up anti-competitive U.S. cartels and... (1858-1919)</w:t>
      </w:r>
      <w:r>
        <w:br/>
      </w:r>
      <w:r>
        <w:t xml:space="preserve">    (b) Danish philosopher who is generally considered. along with Nietzsche, to be a founder of existentialism (1813-1855)</w:t>
      </w:r>
      <w:r>
        <w:br/>
      </w:r>
      <w:r>
        <w:t xml:space="preserve">    (c) retired U.S. football quarterback who won 4 national championships and is remembered for his clutch play (b. 1956)</w:t>
      </w:r>
    </w:p>
    <w:p>
      <w:pPr>
        <w:pStyle w:val="Compact"/>
        <w:numPr>
          <w:ilvl w:val="0"/>
          <w:numId w:val="1001"/>
        </w:numPr>
      </w:pPr>
      <w:r>
        <w:rPr>
          <w:b/>
          <w:bCs/>
        </w:rPr>
        <w:t xml:space="preserve">The water was hot and it smelled of</w:t>
      </w:r>
      <w:r>
        <w:rPr>
          <w:b/>
          <w:bCs/>
        </w:rPr>
        <w:t xml:space="preserve"> </w:t>
      </w:r>
      <w:r>
        <w:rPr>
          <w:b/>
          <w:bCs/>
          <w:u w:val="single"/>
        </w:rPr>
        <w:t xml:space="preserve">alkali</w:t>
      </w:r>
      <w:r>
        <w:rPr>
          <w:b/>
          <w:bCs/>
        </w:rPr>
        <w:t xml:space="preserve"> </w:t>
      </w:r>
      <w:r>
        <w:rPr>
          <w:b/>
          <w:bCs/>
        </w:rPr>
        <w:t xml:space="preserve">but that didn't make any difference.</w:t>
      </w:r>
      <w:r>
        <w:br/>
      </w:r>
      <w:r>
        <w:t xml:space="preserve">    (a) an agreement to marry; or relating to an agreement to marry</w:t>
      </w:r>
      <w:r>
        <w:br/>
      </w:r>
      <w:r>
        <w:t xml:space="preserve">    (b) with a pH of greater than 7 (so it will dissolve in water)</w:t>
      </w:r>
      <w:r>
        <w:br/>
      </w:r>
      <w:r>
        <w:t xml:space="preserve">    (c) the process or result of learning, discovering, or deciding</w:t>
      </w:r>
    </w:p>
    <w:p>
      <w:pPr>
        <w:pStyle w:val="Compact"/>
        <w:numPr>
          <w:ilvl w:val="0"/>
          <w:numId w:val="1001"/>
        </w:numPr>
      </w:pPr>
      <w:r>
        <w:rPr>
          <w:b/>
          <w:bCs/>
        </w:rPr>
        <w:t xml:space="preserve">Well if you're</w:t>
      </w:r>
      <w:r>
        <w:rPr>
          <w:b/>
          <w:bCs/>
        </w:rPr>
        <w:t xml:space="preserve"> </w:t>
      </w:r>
      <w:r>
        <w:rPr>
          <w:b/>
          <w:bCs/>
          <w:u w:val="single"/>
        </w:rPr>
        <w:t xml:space="preserve">bound and determined</w:t>
      </w:r>
      <w:r>
        <w:rPr>
          <w:b/>
          <w:bCs/>
        </w:rPr>
        <w:t xml:space="preserve"> </w:t>
      </w:r>
      <w:r>
        <w:rPr>
          <w:b/>
          <w:bCs/>
        </w:rPr>
        <w:t xml:space="preserve">to back out on our agreement I guess there's nothing I can do to stop you.</w:t>
      </w:r>
      <w:r>
        <w:br/>
      </w:r>
      <w:r>
        <w:t xml:space="preserve">    (a) firm in purpose and/or has a strong unconscious desire (to do something)</w:t>
      </w:r>
      <w:r>
        <w:br/>
      </w:r>
      <w:r>
        <w:t xml:space="preserve">    (b) grammatical technique of telling a story using the pronouns "I" and "me"</w:t>
      </w:r>
      <w:r>
        <w:br/>
      </w:r>
      <w:r>
        <w:t xml:space="preserve">    (c) dark, suspenseful stories that often include mystery or the supernatural</w:t>
      </w:r>
    </w:p>
    <w:p>
      <w:pPr>
        <w:pStyle w:val="Compact"/>
        <w:numPr>
          <w:ilvl w:val="0"/>
          <w:numId w:val="1001"/>
        </w:numPr>
      </w:pPr>
      <w:r>
        <w:rPr>
          <w:b/>
          <w:bCs/>
        </w:rPr>
        <w:t xml:space="preserve">Things were always pretty scrambled up in the shipping room on Friday nights with boxes and dollies and racks scattered through the aisles and guys hollering and the</w:t>
      </w:r>
      <w:r>
        <w:rPr>
          <w:b/>
          <w:bCs/>
        </w:rPr>
        <w:t xml:space="preserve"> </w:t>
      </w:r>
      <w:r>
        <w:rPr>
          <w:b/>
          <w:bCs/>
          <w:u w:val="single"/>
        </w:rPr>
        <w:t xml:space="preserve">conveyor belts</w:t>
      </w:r>
      <w:r>
        <w:rPr>
          <w:b/>
          <w:bCs/>
        </w:rPr>
        <w:t xml:space="preserve"> </w:t>
      </w:r>
      <w:r>
        <w:rPr>
          <w:b/>
          <w:bCs/>
        </w:rPr>
        <w:t xml:space="preserve">rattling away and the rotary ovens upstairs screeching as they moved on hot greaseless plates.</w:t>
      </w:r>
      <w:r>
        <w:br/>
      </w:r>
      <w:r>
        <w:t xml:space="preserve">    (a) artists who created medieval European art associated with Gothic cathedrals</w:t>
      </w:r>
      <w:r>
        <w:br/>
      </w:r>
      <w:r>
        <w:t xml:space="preserve">    (b) things exclusive to (someone or some group) -- such as an activity or place</w:t>
      </w:r>
      <w:r>
        <w:br/>
      </w:r>
      <w:r>
        <w:t xml:space="preserve">    (c) a moving band or belt that transports objects -- such as goods in a factory</w:t>
      </w:r>
    </w:p>
    <w:p>
      <w:pPr>
        <w:pStyle w:val="Compact"/>
        <w:numPr>
          <w:ilvl w:val="0"/>
          <w:numId w:val="1001"/>
        </w:numPr>
      </w:pPr>
      <w:r>
        <w:rPr>
          <w:b/>
          <w:bCs/>
        </w:rPr>
        <w:t xml:space="preserve">He said Jose you are a good</w:t>
      </w:r>
      <w:r>
        <w:rPr>
          <w:b/>
          <w:bCs/>
        </w:rPr>
        <w:t xml:space="preserve"> </w:t>
      </w:r>
      <w:r>
        <w:rPr>
          <w:b/>
          <w:bCs/>
          <w:u w:val="single"/>
        </w:rPr>
        <w:t xml:space="preserve">conscientious</w:t>
      </w:r>
      <w:r>
        <w:rPr>
          <w:b/>
          <w:bCs/>
        </w:rPr>
        <w:t xml:space="preserve"> </w:t>
      </w:r>
      <w:r>
        <w:rPr>
          <w:b/>
          <w:bCs/>
        </w:rPr>
        <w:t xml:space="preserve">workman and I don't mind if you make a mistake once in a while.</w:t>
      </w:r>
      <w:r>
        <w:br/>
      </w:r>
      <w:r>
        <w:t xml:space="preserve">    (a) not attractive or desirable</w:t>
      </w:r>
      <w:r>
        <w:br/>
      </w:r>
      <w:r>
        <w:t xml:space="preserve">    (b) orbiting Earth once per day</w:t>
      </w:r>
      <w:r>
        <w:br/>
      </w:r>
      <w:r>
        <w:t xml:space="preserve">    (c) careful to do what is right</w:t>
      </w:r>
    </w:p>
    <w:p>
      <w:pPr>
        <w:pStyle w:val="Compact"/>
        <w:numPr>
          <w:ilvl w:val="0"/>
          <w:numId w:val="1001"/>
        </w:numPr>
      </w:pPr>
      <w:r>
        <w:rPr>
          <w:b/>
          <w:bCs/>
        </w:rPr>
        <w:t xml:space="preserve">I have repaid him with</w:t>
      </w:r>
      <w:r>
        <w:rPr>
          <w:b/>
          <w:bCs/>
        </w:rPr>
        <w:t xml:space="preserve"> </w:t>
      </w:r>
      <w:r>
        <w:rPr>
          <w:b/>
          <w:bCs/>
          <w:u w:val="single"/>
        </w:rPr>
        <w:t xml:space="preserve">ingratitude</w:t>
      </w:r>
      <w:r>
        <w:rPr>
          <w:b/>
          <w:bCs/>
        </w:rPr>
        <w:t xml:space="preserve">.</w:t>
      </w:r>
      <w:r>
        <w:br/>
      </w:r>
      <w:r>
        <w:t xml:space="preserve">    (a) lack of gratefulness -- typically inappropriately so</w:t>
      </w:r>
      <w:r>
        <w:br/>
      </w:r>
      <w:r>
        <w:t xml:space="preserve">    (b) the ability to take or adopt power or responsibility</w:t>
      </w:r>
      <w:r>
        <w:br/>
      </w:r>
      <w:r>
        <w:t xml:space="preserve">    (c) the process of excessive encouragement or excitement</w:t>
      </w:r>
    </w:p>
    <w:p>
      <w:pPr>
        <w:pStyle w:val="Compact"/>
        <w:numPr>
          <w:ilvl w:val="0"/>
          <w:numId w:val="1001"/>
        </w:numPr>
      </w:pPr>
      <w:r>
        <w:rPr>
          <w:b/>
          <w:bCs/>
        </w:rPr>
        <w:t xml:space="preserve">He would keep the</w:t>
      </w:r>
      <w:r>
        <w:rPr>
          <w:b/>
          <w:bCs/>
        </w:rPr>
        <w:t xml:space="preserve"> </w:t>
      </w:r>
      <w:r>
        <w:rPr>
          <w:b/>
          <w:bCs/>
          <w:u w:val="single"/>
        </w:rPr>
        <w:t xml:space="preserve">minutes</w:t>
      </w:r>
      <w:r>
        <w:rPr>
          <w:b/>
          <w:bCs/>
        </w:rPr>
        <w:t xml:space="preserve"> </w:t>
      </w:r>
      <w:r>
        <w:rPr>
          <w:b/>
          <w:bCs/>
        </w:rPr>
        <w:t xml:space="preserve">on the left hand blackboard and then they would be there when he needed to add another to them.</w:t>
      </w:r>
      <w:r>
        <w:br/>
      </w:r>
      <w:r>
        <w:t xml:space="preserve">    (a) results or predictable values</w:t>
      </w:r>
      <w:r>
        <w:br/>
      </w:r>
      <w:r>
        <w:t xml:space="preserve">    (b) formal notes (of a meeting)</w:t>
      </w:r>
      <w:r>
        <w:br/>
      </w:r>
      <w:r>
        <w:t xml:space="preserve">    (c) things not easily set on fire</w:t>
      </w:r>
    </w:p>
    <w:p>
      <w:pPr>
        <w:pStyle w:val="Compact"/>
        <w:numPr>
          <w:ilvl w:val="0"/>
          <w:numId w:val="1001"/>
        </w:numPr>
      </w:pPr>
      <w:r>
        <w:rPr>
          <w:b/>
          <w:bCs/>
        </w:rPr>
        <w:t xml:space="preserve">He was probably a very famous guy by this time and the doctors were beginning to make</w:t>
      </w:r>
      <w:r>
        <w:rPr>
          <w:b/>
          <w:bCs/>
        </w:rPr>
        <w:t xml:space="preserve"> </w:t>
      </w:r>
      <w:r>
        <w:rPr>
          <w:b/>
          <w:bCs/>
          <w:u w:val="single"/>
        </w:rPr>
        <w:t xml:space="preserve">pilgrimages</w:t>
      </w:r>
      <w:r>
        <w:rPr>
          <w:b/>
          <w:bCs/>
        </w:rPr>
        <w:t xml:space="preserve">.</w:t>
      </w:r>
      <w:r>
        <w:br/>
      </w:r>
      <w:r>
        <w:t xml:space="preserve">    (a) thinks of something as true or likely, even though it is not known with certainty</w:t>
      </w:r>
      <w:r>
        <w:br/>
      </w:r>
      <w:r>
        <w:t xml:space="preserve">    (b) becomes less intense, less severe, or less active -- perhaps goes away entirely</w:t>
      </w:r>
      <w:r>
        <w:br/>
      </w:r>
      <w:r>
        <w:t xml:space="preserve">    (c) a journey to a special place -- especially a sacred place for religious purposes</w:t>
      </w:r>
    </w:p>
    <w:p>
      <w:pPr>
        <w:pStyle w:val="Compact"/>
        <w:numPr>
          <w:ilvl w:val="0"/>
          <w:numId w:val="1001"/>
        </w:numPr>
      </w:pPr>
      <w:r>
        <w:rPr>
          <w:b/>
          <w:bCs/>
        </w:rPr>
        <w:t xml:space="preserve">In the back of his mind something began to</w:t>
      </w:r>
      <w:r>
        <w:rPr>
          <w:b/>
          <w:bCs/>
        </w:rPr>
        <w:t xml:space="preserve"> </w:t>
      </w:r>
      <w:r>
        <w:rPr>
          <w:b/>
          <w:bCs/>
          <w:u w:val="single"/>
        </w:rPr>
        <w:t xml:space="preserve">glimmer</w:t>
      </w:r>
      <w:r>
        <w:rPr>
          <w:b/>
          <w:bCs/>
        </w:rPr>
        <w:t xml:space="preserve">.</w:t>
      </w:r>
      <w:r>
        <w:br/>
      </w:r>
      <w:r>
        <w:t xml:space="preserve">    (a) arise (an inkling of a new thought -- a slight indication of something)</w:t>
      </w:r>
      <w:r>
        <w:br/>
      </w:r>
      <w:r>
        <w:t xml:space="preserve">    (b) interact again or interest again</w:t>
      </w:r>
      <w:r>
        <w:br/>
      </w:r>
      <w:r>
        <w:t xml:space="preserve">    (c) genetic change through evolution</w:t>
      </w:r>
    </w:p>
    <w:p>
      <w:pPr>
        <w:pStyle w:val="Compact"/>
        <w:numPr>
          <w:ilvl w:val="0"/>
          <w:numId w:val="1001"/>
        </w:numPr>
      </w:pPr>
      <w:r>
        <w:rPr>
          <w:b/>
          <w:bCs/>
        </w:rPr>
        <w:t xml:space="preserve">He could feel the</w:t>
      </w:r>
      <w:r>
        <w:rPr>
          <w:b/>
          <w:bCs/>
        </w:rPr>
        <w:t xml:space="preserve"> </w:t>
      </w:r>
      <w:r>
        <w:rPr>
          <w:b/>
          <w:bCs/>
          <w:u w:val="single"/>
        </w:rPr>
        <w:t xml:space="preserve">vertebrae</w:t>
      </w:r>
      <w:r>
        <w:rPr>
          <w:b/>
          <w:bCs/>
        </w:rPr>
        <w:t xml:space="preserve"> </w:t>
      </w:r>
      <w:r>
        <w:rPr>
          <w:b/>
          <w:bCs/>
        </w:rPr>
        <w:t xml:space="preserve">in the back of his neck crack and pop from the strain of this unexpected work.</w:t>
      </w:r>
      <w:r>
        <w:br/>
      </w:r>
      <w:r>
        <w:t xml:space="preserve">    (a) acts of stopping a battle or fight</w:t>
      </w:r>
      <w:r>
        <w:br/>
      </w:r>
      <w:r>
        <w:t xml:space="preserve">    (b) a central open spaces in buildings</w:t>
      </w:r>
      <w:r>
        <w:br/>
      </w:r>
      <w:r>
        <w:t xml:space="preserve">    (c) bony segments of the spinal column</w:t>
      </w:r>
    </w:p>
    <w:p>
      <w:pPr>
        <w:pStyle w:val="Compact"/>
        <w:numPr>
          <w:ilvl w:val="0"/>
          <w:numId w:val="1001"/>
        </w:numPr>
      </w:pPr>
      <w:r>
        <w:rPr>
          <w:b/>
          <w:bCs/>
        </w:rPr>
        <w:t xml:space="preserve">He thought of the slaves deep under the street levels of</w:t>
      </w:r>
      <w:r>
        <w:rPr>
          <w:b/>
          <w:bCs/>
        </w:rPr>
        <w:t xml:space="preserve"> </w:t>
      </w:r>
      <w:r>
        <w:rPr>
          <w:b/>
          <w:bCs/>
          <w:u w:val="single"/>
        </w:rPr>
        <w:t xml:space="preserve">Carthage</w:t>
      </w:r>
      <w:r>
        <w:rPr>
          <w:b/>
          <w:bCs/>
        </w:rPr>
        <w:t xml:space="preserve"> </w:t>
      </w:r>
      <w:r>
        <w:rPr>
          <w:b/>
          <w:bCs/>
        </w:rPr>
        <w:t xml:space="preserve">before the Romans came and destroyed the city.</w:t>
      </w:r>
      <w:r>
        <w:br/>
      </w:r>
      <w:r>
        <w:t xml:space="preserve">    (a) an ancient city state on the north African coast</w:t>
      </w:r>
      <w:r>
        <w:br/>
      </w:r>
      <w:r>
        <w:t xml:space="preserve">    (b) related to the German philosopher, Immanuel Kant</w:t>
      </w:r>
      <w:r>
        <w:br/>
      </w:r>
      <w:r>
        <w:t xml:space="preserve">    (c) most famous surviving building of Ancient Greece</w:t>
      </w:r>
    </w:p>
    <w:p>
      <w:pPr>
        <w:pStyle w:val="Compact"/>
        <w:numPr>
          <w:ilvl w:val="0"/>
          <w:numId w:val="1001"/>
        </w:numPr>
      </w:pPr>
      <w:r>
        <w:rPr>
          <w:b/>
          <w:bCs/>
        </w:rPr>
        <w:t xml:space="preserve">Then let them speak of trade policies and</w:t>
      </w:r>
      <w:r>
        <w:rPr>
          <w:b/>
          <w:bCs/>
        </w:rPr>
        <w:t xml:space="preserve"> </w:t>
      </w:r>
      <w:r>
        <w:rPr>
          <w:b/>
          <w:bCs/>
          <w:u w:val="single"/>
        </w:rPr>
        <w:t xml:space="preserve">embargoes</w:t>
      </w:r>
      <w:r>
        <w:rPr>
          <w:b/>
          <w:bCs/>
        </w:rPr>
        <w:t xml:space="preserve"> </w:t>
      </w:r>
      <w:r>
        <w:rPr>
          <w:b/>
          <w:bCs/>
        </w:rPr>
        <w:t xml:space="preserve">and new colonies and old grudges.</w:t>
      </w:r>
      <w:r>
        <w:br/>
      </w:r>
      <w:r>
        <w:t xml:space="preserve">    (a) an official ban or restriction -- especially a government-imposed trade barrier</w:t>
      </w:r>
      <w:r>
        <w:br/>
      </w:r>
      <w:r>
        <w:t xml:space="preserve">    (b) angles measuring 90 degrees (like the angle between a classroom floor and wall)</w:t>
      </w:r>
      <w:r>
        <w:br/>
      </w:r>
      <w:r>
        <w:t xml:space="preserve">    (c) rights that are naturally due because of human nature and the natural condition</w:t>
      </w:r>
    </w:p>
    <w:p>
      <w:pPr>
        <w:pStyle w:val="Compact"/>
        <w:numPr>
          <w:ilvl w:val="0"/>
          <w:numId w:val="1001"/>
        </w:numPr>
      </w:pPr>
      <w:r>
        <w:rPr>
          <w:b/>
          <w:bCs/>
        </w:rPr>
        <w:t xml:space="preserve">Let them draft notes and</w:t>
      </w:r>
      <w:r>
        <w:rPr>
          <w:b/>
          <w:bCs/>
        </w:rPr>
        <w:t xml:space="preserve"> </w:t>
      </w:r>
      <w:r>
        <w:rPr>
          <w:b/>
          <w:bCs/>
          <w:u w:val="single"/>
        </w:rPr>
        <w:t xml:space="preserve">ultimatums</w:t>
      </w:r>
      <w:r>
        <w:rPr>
          <w:b/>
          <w:bCs/>
        </w:rPr>
        <w:t xml:space="preserve"> </w:t>
      </w:r>
      <w:r>
        <w:rPr>
          <w:b/>
          <w:bCs/>
        </w:rPr>
        <w:t xml:space="preserve">and protests and accusations.</w:t>
      </w:r>
      <w:r>
        <w:br/>
      </w:r>
      <w:r>
        <w:t xml:space="preserve">    (a) bases with a pH of greater than 7 (so they will dissolve in water)</w:t>
      </w:r>
      <w:r>
        <w:br/>
      </w:r>
      <w:r>
        <w:t xml:space="preserve">    (b) DNA sequences or units of heredity that influence biological traits</w:t>
      </w:r>
      <w:r>
        <w:br/>
      </w:r>
      <w:r>
        <w:t xml:space="preserve">    (c) instances of a final demand that carries a threat if it is rejected</w:t>
      </w:r>
    </w:p>
    <w:p>
      <w:pPr>
        <w:pStyle w:val="Compact"/>
        <w:numPr>
          <w:ilvl w:val="0"/>
          <w:numId w:val="1001"/>
        </w:numPr>
      </w:pPr>
      <w:r>
        <w:rPr>
          <w:b/>
          <w:bCs/>
        </w:rPr>
        <w:t xml:space="preserve">His thoughts had rushed through his head so</w:t>
      </w:r>
      <w:r>
        <w:rPr>
          <w:b/>
          <w:bCs/>
        </w:rPr>
        <w:t xml:space="preserve"> </w:t>
      </w:r>
      <w:r>
        <w:rPr>
          <w:b/>
          <w:bCs/>
          <w:u w:val="single"/>
        </w:rPr>
        <w:t xml:space="preserve">tumultuously</w:t>
      </w:r>
      <w:r>
        <w:rPr>
          <w:b/>
          <w:bCs/>
        </w:rPr>
        <w:t xml:space="preserve"> </w:t>
      </w:r>
      <w:r>
        <w:rPr>
          <w:b/>
          <w:bCs/>
        </w:rPr>
        <w:t xml:space="preserve">that perhaps he hadn't got them down in order clearly and sanely.</w:t>
      </w:r>
      <w:r>
        <w:br/>
      </w:r>
      <w:r>
        <w:t xml:space="preserve">    (a) turbulently (with confusion and disorder)</w:t>
      </w:r>
      <w:r>
        <w:br/>
      </w:r>
      <w:r>
        <w:t xml:space="preserve">    (b) completely or totally</w:t>
      </w:r>
      <w:r>
        <w:br/>
      </w:r>
      <w:r>
        <w:t xml:space="preserve">    (c) exactly or accurately</w:t>
      </w:r>
    </w:p>
    <w:p>
      <w:pPr>
        <w:pStyle w:val="Compact"/>
        <w:numPr>
          <w:ilvl w:val="0"/>
          <w:numId w:val="1001"/>
        </w:numPr>
      </w:pPr>
      <w:r>
        <w:rPr>
          <w:b/>
          <w:bCs/>
        </w:rPr>
        <w:t xml:space="preserve">It will be you—you who urge us on to battle you who</w:t>
      </w:r>
      <w:r>
        <w:rPr>
          <w:b/>
          <w:bCs/>
        </w:rPr>
        <w:t xml:space="preserve"> </w:t>
      </w:r>
      <w:r>
        <w:rPr>
          <w:b/>
          <w:bCs/>
          <w:u w:val="single"/>
        </w:rPr>
        <w:t xml:space="preserve">incite</w:t>
      </w:r>
      <w:r>
        <w:rPr>
          <w:b/>
          <w:bCs/>
        </w:rPr>
        <w:t xml:space="preserve"> </w:t>
      </w:r>
      <w:r>
        <w:rPr>
          <w:b/>
          <w:bCs/>
        </w:rPr>
        <w:t xml:space="preserve">us against ourselves you who would have one cobbler kill another cobbler you who would have one man who works kill another man who works you who would have one human being who wants only to live kill another human being who wants only to live.</w:t>
      </w:r>
      <w:r>
        <w:br/>
      </w:r>
      <w:r>
        <w:t xml:space="preserve">    (a) restore</w:t>
      </w:r>
      <w:r>
        <w:br/>
      </w:r>
      <w:r>
        <w:t xml:space="preserve">    (b) provoke</w:t>
      </w:r>
      <w:r>
        <w:br/>
      </w:r>
      <w:r>
        <w:t xml:space="preserve">    (c) examine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2026-07-31T15:35:21Z</dcterms:created>
  <dcterms:modified xsi:type="dcterms:W3CDTF">2026-07-31T15:35:21Z</dcterms:modified>
</cp:coreProperties>
</file>

<file path=docProps/custom.xml><?xml version="1.0" encoding="utf-8"?>
<Properties xmlns="http://schemas.openxmlformats.org/officeDocument/2006/custom-properties" xmlns:vt="http://schemas.openxmlformats.org/officeDocument/2006/docPropsVTypes"/>
</file>