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d0af5d3dab826df060a289686432f6790f93595"/>
    <w:p>
      <w:pPr>
        <w:pStyle w:val="Heading1"/>
      </w:pPr>
      <w:r>
        <w:rPr>
          <w:b/>
          <w:bCs/>
        </w:rPr>
        <w:t xml:space="preserve">John Adams</w:t>
      </w:r>
      <w:r>
        <w:br/>
      </w:r>
      <w:r>
        <w:rPr>
          <w:i/>
          <w:iCs/>
        </w:rPr>
        <w:t xml:space="preserve">David McCullough</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He was too independent by nature and his political experience amounted to less than a year's service in the Massachusetts</w:t>
      </w:r>
      <w:r>
        <w:rPr>
          <w:b/>
          <w:bCs/>
        </w:rPr>
        <w:t xml:space="preserve"> </w:t>
      </w:r>
      <w:r>
        <w:rPr>
          <w:b/>
          <w:bCs/>
          <w:u w:val="single"/>
        </w:rPr>
        <w:t xml:space="preserve">legislature</w:t>
      </w:r>
      <w:r>
        <w:rPr>
          <w:b/>
          <w:bCs/>
        </w:rPr>
        <w:t xml:space="preserve">.</w:t>
      </w:r>
      <w:r>
        <w:br/>
      </w:r>
      <w:r>
        <w:t xml:space="preserve">    (a) an atom that has acquired an electrical charge by the loss or gain of an electron</w:t>
      </w:r>
      <w:r>
        <w:br/>
      </w:r>
      <w:r>
        <w:t xml:space="preserve">    (b) a group, made up of government representatives, that has the power to create laws</w:t>
      </w:r>
      <w:r>
        <w:br/>
      </w:r>
      <w:r>
        <w:t xml:space="preserve">    (c) something that serves as evidence -- especially a statement at a trial or hearing</w:t>
      </w:r>
    </w:p>
    <w:p>
      <w:pPr>
        <w:pStyle w:val="Compact"/>
        <w:numPr>
          <w:ilvl w:val="0"/>
          <w:numId w:val="1001"/>
        </w:numPr>
      </w:pPr>
      <w:r>
        <w:rPr>
          <w:b/>
          <w:bCs/>
        </w:rPr>
        <w:t xml:space="preserve">For the first time, he was on his own with his studies, and he bent to them with the spirit of independence and intense determination that were to characterize much of his whole</w:t>
      </w:r>
      <w:r>
        <w:rPr>
          <w:b/>
          <w:bCs/>
        </w:rPr>
        <w:t xml:space="preserve"> </w:t>
      </w:r>
      <w:r>
        <w:rPr>
          <w:b/>
          <w:bCs/>
          <w:u w:val="single"/>
        </w:rPr>
        <w:t xml:space="preserve">approach</w:t>
      </w:r>
      <w:r>
        <w:rPr>
          <w:b/>
          <w:bCs/>
        </w:rPr>
        <w:t xml:space="preserve"> </w:t>
      </w:r>
      <w:r>
        <w:rPr>
          <w:b/>
          <w:bCs/>
        </w:rPr>
        <w:t xml:space="preserve">to life.</w:t>
      </w:r>
      <w:r>
        <w:br/>
      </w:r>
      <w:r>
        <w:t xml:space="preserve">    (a) change the direction of something or the purpose for which it is used</w:t>
      </w:r>
      <w:r>
        <w:br/>
      </w:r>
      <w:r>
        <w:t xml:space="preserve">    (b) technique (way of doing something)</w:t>
      </w:r>
      <w:r>
        <w:br/>
      </w:r>
      <w:r>
        <w:t xml:space="preserve">    (c) to stick out, attract more attention than desired, or impose on others</w:t>
      </w:r>
    </w:p>
    <w:p>
      <w:pPr>
        <w:pStyle w:val="Compact"/>
        <w:numPr>
          <w:ilvl w:val="0"/>
          <w:numId w:val="1001"/>
        </w:numPr>
      </w:pPr>
      <w:r>
        <w:rPr>
          <w:b/>
          <w:bCs/>
        </w:rPr>
        <w:t xml:space="preserve">When night</w:t>
      </w:r>
      <w:r>
        <w:rPr>
          <w:b/>
          <w:bCs/>
        </w:rPr>
        <w:t xml:space="preserve"> </w:t>
      </w:r>
      <w:r>
        <w:rPr>
          <w:b/>
          <w:bCs/>
          <w:u w:val="single"/>
        </w:rPr>
        <w:t xml:space="preserve">approached</w:t>
      </w:r>
      <w:r>
        <w:rPr>
          <w:b/>
          <w:bCs/>
        </w:rPr>
        <w:t xml:space="preserve">, the wind died away…</w:t>
      </w:r>
      <w:r>
        <w:br/>
      </w:r>
      <w:r>
        <w:t xml:space="preserve">    (a) got near</w:t>
      </w:r>
      <w:r>
        <w:br/>
      </w:r>
      <w:r>
        <w:t xml:space="preserve">    (b) made possible</w:t>
      </w:r>
      <w:r>
        <w:br/>
      </w:r>
      <w:r>
        <w:t xml:space="preserve">    (c) not satisfied</w:t>
      </w:r>
    </w:p>
    <w:p>
      <w:pPr>
        <w:pStyle w:val="Compact"/>
        <w:numPr>
          <w:ilvl w:val="0"/>
          <w:numId w:val="1001"/>
        </w:numPr>
      </w:pPr>
      <w:r>
        <w:rPr>
          <w:b/>
          <w:bCs/>
          <w:u w:val="single"/>
        </w:rPr>
        <w:t xml:space="preserve">Trifles</w:t>
      </w:r>
      <w:r>
        <w:rPr>
          <w:b/>
          <w:bCs/>
        </w:rPr>
        <w:t xml:space="preserve">, whipped syllabubs, floating islands ...and then a dessert of fruits, raisins, almonds, pears, peaches—wines most excellent and admirable.</w:t>
      </w:r>
      <w:r>
        <w:br/>
      </w:r>
      <w:r>
        <w:t xml:space="preserve">    (a) struggles or disagreements</w:t>
      </w:r>
      <w:r>
        <w:br/>
      </w:r>
      <w:r>
        <w:t xml:space="preserve">    (b) is attractive or desirable</w:t>
      </w:r>
      <w:r>
        <w:br/>
      </w:r>
      <w:r>
        <w:t xml:space="preserve">    (c) things of small importance</w:t>
      </w:r>
    </w:p>
    <w:p>
      <w:pPr>
        <w:pStyle w:val="Compact"/>
        <w:numPr>
          <w:ilvl w:val="0"/>
          <w:numId w:val="1001"/>
        </w:numPr>
      </w:pPr>
      <w:r>
        <w:rPr>
          <w:b/>
          <w:bCs/>
        </w:rPr>
        <w:t xml:space="preserve">Our countrymen have too long</w:t>
      </w:r>
      <w:r>
        <w:rPr>
          <w:b/>
          <w:bCs/>
        </w:rPr>
        <w:t xml:space="preserve"> </w:t>
      </w:r>
      <w:r>
        <w:rPr>
          <w:b/>
          <w:bCs/>
          <w:u w:val="single"/>
        </w:rPr>
        <w:t xml:space="preserve">trifled with</w:t>
      </w:r>
      <w:r>
        <w:rPr>
          <w:b/>
          <w:bCs/>
        </w:rPr>
        <w:t xml:space="preserve"> </w:t>
      </w:r>
      <w:r>
        <w:rPr>
          <w:b/>
          <w:bCs/>
        </w:rPr>
        <w:t xml:space="preserve">public and private credit.</w:t>
      </w:r>
      <w:r>
        <w:br/>
      </w:r>
      <w:r>
        <w:t xml:space="preserve">    (a) treated thoughtlessly or without respect</w:t>
      </w:r>
      <w:r>
        <w:br/>
      </w:r>
      <w:r>
        <w:t xml:space="preserve">    (b) injury to muscles or tendons of the knee</w:t>
      </w:r>
      <w:r>
        <w:br/>
      </w:r>
      <w:r>
        <w:t xml:space="preserve">    (c) limit light vibrations to a single plane</w:t>
      </w:r>
    </w:p>
    <w:p>
      <w:pPr>
        <w:pStyle w:val="Compact"/>
        <w:numPr>
          <w:ilvl w:val="0"/>
          <w:numId w:val="1001"/>
        </w:numPr>
      </w:pPr>
      <w:r>
        <w:rPr>
          <w:b/>
          <w:bCs/>
        </w:rPr>
        <w:t xml:space="preserve">The first edition,</w:t>
      </w:r>
      <w:r>
        <w:rPr>
          <w:b/>
          <w:bCs/>
        </w:rPr>
        <w:t xml:space="preserve"> </w:t>
      </w:r>
      <w:r>
        <w:rPr>
          <w:b/>
          <w:bCs/>
          <w:u w:val="single"/>
        </w:rPr>
        <w:t xml:space="preserve">attributed</w:t>
      </w:r>
      <w:r>
        <w:rPr>
          <w:b/>
          <w:bCs/>
        </w:rPr>
        <w:t xml:space="preserve"> </w:t>
      </w:r>
      <w:r>
        <w:rPr>
          <w:b/>
          <w:bCs/>
        </w:rPr>
        <w:t xml:space="preserve">to an unnamed "Englishman" and published by Robert Bell in a print shop on Third Street, appeared January 9, 1776.</w:t>
      </w:r>
      <w:r>
        <w:br/>
      </w:r>
      <w:r>
        <w:t xml:space="preserve">    (a) credited (pointed to as the cause of something)</w:t>
      </w:r>
      <w:r>
        <w:br/>
      </w:r>
      <w:r>
        <w:t xml:space="preserve">    (b) not changed directly from a solid to a vapor</w:t>
      </w:r>
      <w:r>
        <w:br/>
      </w:r>
      <w:r>
        <w:t xml:space="preserve">    (c) not made different; or shown to be different</w:t>
      </w:r>
    </w:p>
    <w:p>
      <w:pPr>
        <w:pStyle w:val="Compact"/>
        <w:numPr>
          <w:ilvl w:val="0"/>
          <w:numId w:val="1001"/>
        </w:numPr>
      </w:pPr>
      <w:r>
        <w:rPr>
          <w:b/>
          <w:bCs/>
        </w:rPr>
        <w:t xml:space="preserve">Adams believed his strongest</w:t>
      </w:r>
      <w:r>
        <w:rPr>
          <w:b/>
          <w:bCs/>
        </w:rPr>
        <w:t xml:space="preserve"> </w:t>
      </w:r>
      <w:r>
        <w:rPr>
          <w:b/>
          <w:bCs/>
          <w:u w:val="single"/>
        </w:rPr>
        <w:t xml:space="preserve">attributes</w:t>
      </w:r>
      <w:r>
        <w:rPr>
          <w:b/>
          <w:bCs/>
        </w:rPr>
        <w:t xml:space="preserve"> </w:t>
      </w:r>
      <w:r>
        <w:rPr>
          <w:b/>
          <w:bCs/>
        </w:rPr>
        <w:t xml:space="preserve">were, as he said, "candor, probity, and decision," but these he failed to find in the face that looked back from the finished canvas, and he expressed disappointment.</w:t>
      </w:r>
      <w:r>
        <w:br/>
      </w:r>
      <w:r>
        <w:t xml:space="preserve">    (a) dreamlike states of altered consciousness</w:t>
      </w:r>
      <w:r>
        <w:br/>
      </w:r>
      <w:r>
        <w:t xml:space="preserve">    (b) piles of wood or other burnable materials</w:t>
      </w:r>
      <w:r>
        <w:br/>
      </w:r>
      <w:r>
        <w:t xml:space="preserve">    (c) characteristics (of something or someone)</w:t>
      </w:r>
    </w:p>
    <w:p>
      <w:pPr>
        <w:pStyle w:val="Compact"/>
        <w:numPr>
          <w:ilvl w:val="0"/>
          <w:numId w:val="1001"/>
        </w:numPr>
      </w:pPr>
      <w:r>
        <w:rPr>
          <w:b/>
          <w:bCs/>
        </w:rPr>
        <w:t xml:space="preserve">On February 26 there was enacted an</w:t>
      </w:r>
      <w:r>
        <w:rPr>
          <w:b/>
          <w:bCs/>
        </w:rPr>
        <w:t xml:space="preserve"> </w:t>
      </w:r>
      <w:r>
        <w:rPr>
          <w:b/>
          <w:bCs/>
          <w:u w:val="single"/>
        </w:rPr>
        <w:t xml:space="preserve">embargo</w:t>
      </w:r>
      <w:r>
        <w:rPr>
          <w:b/>
          <w:bCs/>
        </w:rPr>
        <w:t xml:space="preserve"> </w:t>
      </w:r>
      <w:r>
        <w:rPr>
          <w:b/>
          <w:bCs/>
        </w:rPr>
        <w:t xml:space="preserve">on exports to Britain.</w:t>
      </w:r>
      <w:r>
        <w:br/>
      </w:r>
      <w:r>
        <w:t xml:space="preserve">    (a) to release from slavery or servitude; or (metaphorically) from social restraints</w:t>
      </w:r>
      <w:r>
        <w:br/>
      </w:r>
      <w:r>
        <w:t xml:space="preserve">    (b) an official ban or restriction -- especially a government-imposed trade barrier</w:t>
      </w:r>
      <w:r>
        <w:br/>
      </w:r>
      <w:r>
        <w:t xml:space="preserve">    (c) portray or create in a particular way  OR  interpret, translate, or extract from</w:t>
      </w:r>
    </w:p>
    <w:p>
      <w:pPr>
        <w:pStyle w:val="Compact"/>
        <w:numPr>
          <w:ilvl w:val="0"/>
          <w:numId w:val="1001"/>
        </w:numPr>
      </w:pPr>
      <w:r>
        <w:rPr>
          <w:b/>
          <w:bCs/>
        </w:rPr>
        <w:t xml:space="preserve">A single assembly could "grow</w:t>
      </w:r>
      <w:r>
        <w:rPr>
          <w:b/>
          <w:bCs/>
        </w:rPr>
        <w:t xml:space="preserve"> </w:t>
      </w:r>
      <w:r>
        <w:rPr>
          <w:b/>
          <w:bCs/>
          <w:u w:val="single"/>
        </w:rPr>
        <w:t xml:space="preserve">avaricious</w:t>
      </w:r>
      <w:r>
        <w:rPr>
          <w:b/>
          <w:bCs/>
        </w:rPr>
        <w:t xml:space="preserve"> </w:t>
      </w:r>
      <w:r>
        <w:rPr>
          <w:b/>
          <w:bCs/>
        </w:rPr>
        <w:t xml:space="preserve">....exempt itself from burdens ....become ambitious and after some time vote itselfperpetual."</w:t>
      </w:r>
      <w:r>
        <w:br/>
      </w:r>
      <w:r>
        <w:t xml:space="preserve">    (a) the quality of not being sensible and careful</w:t>
      </w:r>
      <w:r>
        <w:br/>
      </w:r>
      <w:r>
        <w:t xml:space="preserve">    (b) the characteristic of demonstrating something</w:t>
      </w:r>
      <w:r>
        <w:br/>
      </w:r>
      <w:r>
        <w:t xml:space="preserve">    (c) having or showing excessive desire for wealth</w:t>
      </w:r>
    </w:p>
    <w:p>
      <w:pPr>
        <w:pStyle w:val="Compact"/>
        <w:numPr>
          <w:ilvl w:val="0"/>
          <w:numId w:val="1001"/>
        </w:numPr>
      </w:pPr>
      <w:r>
        <w:rPr>
          <w:b/>
          <w:bCs/>
        </w:rPr>
        <w:t xml:space="preserve">That your sex are naturally tyrannical is a truth so thoroughly</w:t>
      </w:r>
      <w:r>
        <w:rPr>
          <w:b/>
          <w:bCs/>
        </w:rPr>
        <w:t xml:space="preserve"> </w:t>
      </w:r>
      <w:r>
        <w:rPr>
          <w:b/>
          <w:bCs/>
          <w:u w:val="single"/>
        </w:rPr>
        <w:t xml:space="preserve">established</w:t>
      </w:r>
      <w:r>
        <w:rPr>
          <w:b/>
          <w:bCs/>
        </w:rPr>
        <w:t xml:space="preserve"> </w:t>
      </w:r>
      <w:r>
        <w:rPr>
          <w:b/>
          <w:bCs/>
        </w:rPr>
        <w:t xml:space="preserve">as to admit of no dispute, but such of yours as wish to be happy willingly give up the harsh title of master for the more tender and endearing one of friend.</w:t>
      </w:r>
      <w:r>
        <w:br/>
      </w:r>
      <w:r>
        <w:t xml:space="preserve">    (a) demonstrated or proved</w:t>
      </w:r>
      <w:r>
        <w:br/>
      </w:r>
      <w:r>
        <w:t xml:space="preserve">    (b) accepted someone's membership though a special procedure such as a ceremony and/or period of instruction and/or test</w:t>
      </w:r>
      <w:r>
        <w:br/>
      </w:r>
      <w:r>
        <w:t xml:space="preserve">    (c) examined an issue, got opinions by asking specific questions; and/or asked people for political support individually</w:t>
      </w:r>
    </w:p>
    <w:p>
      <w:pPr>
        <w:pStyle w:val="Compact"/>
        <w:numPr>
          <w:ilvl w:val="0"/>
          <w:numId w:val="1001"/>
        </w:numPr>
      </w:pPr>
      <w:r>
        <w:rPr>
          <w:b/>
          <w:bCs/>
        </w:rPr>
        <w:t xml:space="preserve">A Judiciary Act was deliberated and passed,</w:t>
      </w:r>
      <w:r>
        <w:rPr>
          <w:b/>
          <w:bCs/>
        </w:rPr>
        <w:t xml:space="preserve"> </w:t>
      </w:r>
      <w:r>
        <w:rPr>
          <w:b/>
          <w:bCs/>
          <w:u w:val="single"/>
        </w:rPr>
        <w:t xml:space="preserve">establishing</w:t>
      </w:r>
      <w:r>
        <w:rPr>
          <w:b/>
          <w:bCs/>
        </w:rPr>
        <w:t xml:space="preserve"> </w:t>
      </w:r>
      <w:r>
        <w:rPr>
          <w:b/>
          <w:bCs/>
        </w:rPr>
        <w:t xml:space="preserve">a federal court system, and set the size of the Supreme Court.</w:t>
      </w:r>
      <w:r>
        <w:br/>
      </w:r>
      <w:r>
        <w:t xml:space="preserve">    (a) sticking out, attracting more attention than desired, or imposing on others</w:t>
      </w:r>
      <w:r>
        <w:br/>
      </w:r>
      <w:r>
        <w:t xml:space="preserve">    (b) creating</w:t>
      </w:r>
      <w:r>
        <w:br/>
      </w:r>
      <w:r>
        <w:t xml:space="preserve">    (c) to gradually take something like control, property, or rights from another</w:t>
      </w:r>
    </w:p>
    <w:p>
      <w:pPr>
        <w:pStyle w:val="Compact"/>
        <w:numPr>
          <w:ilvl w:val="0"/>
          <w:numId w:val="1001"/>
        </w:numPr>
      </w:pPr>
      <w:r>
        <w:rPr>
          <w:b/>
          <w:bCs/>
        </w:rPr>
        <w:t xml:space="preserve">With France and America now joined in common cause, he was no longer the</w:t>
      </w:r>
      <w:r>
        <w:rPr>
          <w:b/>
          <w:bCs/>
        </w:rPr>
        <w:t xml:space="preserve"> </w:t>
      </w:r>
      <w:r>
        <w:rPr>
          <w:b/>
          <w:bCs/>
          <w:u w:val="single"/>
        </w:rPr>
        <w:t xml:space="preserve">envoy</w:t>
      </w:r>
      <w:r>
        <w:rPr>
          <w:b/>
          <w:bCs/>
        </w:rPr>
        <w:t xml:space="preserve"> </w:t>
      </w:r>
      <w:r>
        <w:rPr>
          <w:b/>
          <w:bCs/>
        </w:rPr>
        <w:t xml:space="preserve">of a friendly nation but of an ally.</w:t>
      </w:r>
      <w:r>
        <w:br/>
      </w:r>
      <w:r>
        <w:t xml:space="preserve">    (a) someone who approves or supports</w:t>
      </w:r>
      <w:r>
        <w:br/>
      </w:r>
      <w:r>
        <w:t xml:space="preserve">    (b) representative sent on a mission</w:t>
      </w:r>
      <w:r>
        <w:br/>
      </w:r>
      <w:r>
        <w:t xml:space="preserve">    (c) one who precedes another in time</w:t>
      </w:r>
    </w:p>
    <w:p>
      <w:pPr>
        <w:pStyle w:val="Compact"/>
        <w:numPr>
          <w:ilvl w:val="0"/>
          <w:numId w:val="1001"/>
        </w:numPr>
      </w:pPr>
      <w:r>
        <w:rPr>
          <w:b/>
          <w:bCs/>
        </w:rPr>
        <w:t xml:space="preserve">"I take vast satisfaction in the general</w:t>
      </w:r>
      <w:r>
        <w:rPr>
          <w:b/>
          <w:bCs/>
        </w:rPr>
        <w:t xml:space="preserve"> </w:t>
      </w:r>
      <w:r>
        <w:rPr>
          <w:b/>
          <w:bCs/>
          <w:u w:val="single"/>
        </w:rPr>
        <w:t xml:space="preserve">approbation</w:t>
      </w:r>
      <w:r>
        <w:rPr>
          <w:b/>
          <w:bCs/>
        </w:rPr>
        <w:t xml:space="preserve"> </w:t>
      </w:r>
      <w:r>
        <w:rPr>
          <w:b/>
          <w:bCs/>
        </w:rPr>
        <w:t xml:space="preserve">of the Massachusetts Constitution," he would tell a friend.</w:t>
      </w:r>
      <w:r>
        <w:br/>
      </w:r>
      <w:r>
        <w:t xml:space="preserve">    (a) approval</w:t>
      </w:r>
      <w:r>
        <w:br/>
      </w:r>
      <w:r>
        <w:t xml:space="preserve">    (b) allowing</w:t>
      </w:r>
      <w:r>
        <w:br/>
      </w:r>
      <w:r>
        <w:t xml:space="preserve">    (c) not real</w:t>
      </w:r>
    </w:p>
    <w:p>
      <w:pPr>
        <w:pStyle w:val="Compact"/>
        <w:numPr>
          <w:ilvl w:val="0"/>
          <w:numId w:val="1001"/>
        </w:numPr>
      </w:pPr>
      <w:r>
        <w:rPr>
          <w:b/>
          <w:bCs/>
        </w:rPr>
        <w:t xml:space="preserve">The only choice was to make for the nearest friendly port, for Spain, "with all the sail the ship could</w:t>
      </w:r>
      <w:r>
        <w:rPr>
          <w:b/>
          <w:bCs/>
        </w:rPr>
        <w:t xml:space="preserve"> </w:t>
      </w:r>
      <w:r>
        <w:rPr>
          <w:b/>
          <w:bCs/>
          <w:u w:val="single"/>
        </w:rPr>
        <w:t xml:space="preserve">prudently</w:t>
      </w:r>
      <w:r>
        <w:rPr>
          <w:b/>
          <w:bCs/>
        </w:rPr>
        <w:t xml:space="preserve"> </w:t>
      </w:r>
      <w:r>
        <w:rPr>
          <w:b/>
          <w:bCs/>
        </w:rPr>
        <w:t xml:space="preserve">bear."</w:t>
      </w:r>
      <w:r>
        <w:br/>
      </w:r>
      <w:r>
        <w:t xml:space="preserve">    (a) with good sense and caution</w:t>
      </w:r>
      <w:r>
        <w:br/>
      </w:r>
      <w:r>
        <w:t xml:space="preserve">    (b) in a manner that challenges</w:t>
      </w:r>
      <w:r>
        <w:br/>
      </w:r>
      <w:r>
        <w:t xml:space="preserve">    (c) in a strongly biased manner</w:t>
      </w:r>
    </w:p>
    <w:p>
      <w:pPr>
        <w:pStyle w:val="Compact"/>
        <w:numPr>
          <w:ilvl w:val="0"/>
          <w:numId w:val="1001"/>
        </w:numPr>
      </w:pPr>
      <w:r>
        <w:rPr>
          <w:b/>
          <w:bCs/>
        </w:rPr>
        <w:t xml:space="preserve">But before either departed, Adams himself was off to Paris, summoned by Vergennes to take part in discussions of a possible</w:t>
      </w:r>
      <w:r>
        <w:rPr>
          <w:b/>
          <w:bCs/>
        </w:rPr>
        <w:t xml:space="preserve"> </w:t>
      </w:r>
      <w:r>
        <w:rPr>
          <w:b/>
          <w:bCs/>
          <w:u w:val="single"/>
        </w:rPr>
        <w:t xml:space="preserve">mediation</w:t>
      </w:r>
      <w:r>
        <w:rPr>
          <w:b/>
          <w:bCs/>
        </w:rPr>
        <w:t xml:space="preserve"> </w:t>
      </w:r>
      <w:r>
        <w:rPr>
          <w:b/>
          <w:bCs/>
        </w:rPr>
        <w:t xml:space="preserve">of the war by Russia and Austria.</w:t>
      </w:r>
      <w:r>
        <w:br/>
      </w:r>
      <w:r>
        <w:t xml:space="preserve">    (a) speaks with someone about something for the first time</w:t>
      </w:r>
      <w:r>
        <w:br/>
      </w:r>
      <w:r>
        <w:t xml:space="preserve">    (b) the act of protecting something or keeping it as it is</w:t>
      </w:r>
      <w:r>
        <w:br/>
      </w:r>
      <w:r>
        <w:t xml:space="preserve">    (c) the process of helping others to settle a disagreement</w:t>
      </w:r>
    </w:p>
    <w:p>
      <w:pPr>
        <w:pStyle w:val="Compact"/>
        <w:numPr>
          <w:ilvl w:val="0"/>
          <w:numId w:val="1001"/>
        </w:numPr>
      </w:pPr>
      <w:r>
        <w:rPr>
          <w:b/>
          <w:bCs/>
        </w:rPr>
        <w:t xml:space="preserve">"When the election between Burr and myself was kept in suspense by the Federalists," Jefferson would write to Benjamin Rush, "and they were</w:t>
      </w:r>
      <w:r>
        <w:rPr>
          <w:b/>
          <w:bCs/>
        </w:rPr>
        <w:t xml:space="preserve"> </w:t>
      </w:r>
      <w:r>
        <w:rPr>
          <w:b/>
          <w:bCs/>
          <w:u w:val="single"/>
        </w:rPr>
        <w:t xml:space="preserve">mediating</w:t>
      </w:r>
      <w:r>
        <w:rPr>
          <w:b/>
          <w:bCs/>
        </w:rPr>
        <w:t xml:space="preserve"> </w:t>
      </w:r>
      <w:r>
        <w:rPr>
          <w:b/>
          <w:bCs/>
        </w:rPr>
        <w:t xml:space="preserve">to place the President [pro tempore] of the Senate at the head of government, I called on Mr. Adams with a view to have this desperate measure prevented by his negative."</w:t>
      </w:r>
      <w:r>
        <w:br/>
      </w:r>
      <w:r>
        <w:t xml:space="preserve">    (a) a last name</w:t>
      </w:r>
      <w:r>
        <w:br/>
      </w:r>
      <w:r>
        <w:t xml:space="preserve">    (b) influencing</w:t>
      </w:r>
      <w:r>
        <w:br/>
      </w:r>
      <w:r>
        <w:t xml:space="preserve">    (c) well suited</w:t>
      </w:r>
    </w:p>
    <w:p>
      <w:pPr>
        <w:pStyle w:val="Compact"/>
        <w:numPr>
          <w:ilvl w:val="0"/>
          <w:numId w:val="1001"/>
        </w:numPr>
      </w:pPr>
      <w:r>
        <w:rPr>
          <w:b/>
          <w:bCs/>
        </w:rPr>
        <w:t xml:space="preserve">The reunion of the Adamses and Jefferson in New York was appropriately</w:t>
      </w:r>
      <w:r>
        <w:rPr>
          <w:b/>
          <w:bCs/>
        </w:rPr>
        <w:t xml:space="preserve"> </w:t>
      </w:r>
      <w:r>
        <w:rPr>
          <w:b/>
          <w:bCs/>
          <w:u w:val="single"/>
        </w:rPr>
        <w:t xml:space="preserve">amicable</w:t>
      </w:r>
      <w:r>
        <w:rPr>
          <w:b/>
          <w:bCs/>
        </w:rPr>
        <w:t xml:space="preserve">.</w:t>
      </w:r>
      <w:r>
        <w:br/>
      </w:r>
      <w:r>
        <w:t xml:space="preserve">    (a) without boundaries or limits</w:t>
      </w:r>
      <w:r>
        <w:br/>
      </w:r>
      <w:r>
        <w:t xml:space="preserve">    (b) friendly or showing goodwill</w:t>
      </w:r>
      <w:r>
        <w:br/>
      </w:r>
      <w:r>
        <w:t xml:space="preserve">    (c) not good at making decisions</w:t>
      </w:r>
    </w:p>
    <w:p>
      <w:pPr>
        <w:pStyle w:val="Compact"/>
        <w:numPr>
          <w:ilvl w:val="0"/>
          <w:numId w:val="1001"/>
        </w:numPr>
      </w:pPr>
      <w:r>
        <w:rPr>
          <w:b/>
          <w:bCs/>
        </w:rPr>
        <w:t xml:space="preserve">To judge by their</w:t>
      </w:r>
      <w:r>
        <w:rPr>
          <w:b/>
          <w:bCs/>
        </w:rPr>
        <w:t xml:space="preserve"> </w:t>
      </w:r>
      <w:r>
        <w:rPr>
          <w:b/>
          <w:bCs/>
          <w:u w:val="single"/>
        </w:rPr>
        <w:t xml:space="preserve">correspondence</w:t>
      </w:r>
      <w:r>
        <w:rPr>
          <w:b/>
          <w:bCs/>
        </w:rPr>
        <w:t xml:space="preserve"> </w:t>
      </w:r>
      <w:r>
        <w:rPr>
          <w:b/>
          <w:bCs/>
        </w:rPr>
        <w:t xml:space="preserve">he might still have been in France.</w:t>
      </w:r>
      <w:r>
        <w:br/>
      </w:r>
      <w:r>
        <w:t xml:space="preserve">    (a) found a condition or substance to be present</w:t>
      </w:r>
      <w:r>
        <w:br/>
      </w:r>
      <w:r>
        <w:t xml:space="preserve">    (b) Nazi organization for children aged 10 to 18</w:t>
      </w:r>
      <w:r>
        <w:br/>
      </w:r>
      <w:r>
        <w:t xml:space="preserve">    (c) communication by written letters or messages</w:t>
      </w:r>
    </w:p>
    <w:p>
      <w:pPr>
        <w:pStyle w:val="Compact"/>
        <w:numPr>
          <w:ilvl w:val="0"/>
          <w:numId w:val="1001"/>
        </w:numPr>
      </w:pPr>
      <w:r>
        <w:rPr>
          <w:b/>
          <w:bCs/>
        </w:rPr>
        <w:t xml:space="preserve">A</w:t>
      </w:r>
      <w:r>
        <w:rPr>
          <w:b/>
          <w:bCs/>
        </w:rPr>
        <w:t xml:space="preserve"> </w:t>
      </w:r>
      <w:r>
        <w:rPr>
          <w:b/>
          <w:bCs/>
          <w:u w:val="single"/>
        </w:rPr>
        <w:t xml:space="preserve">correspondent</w:t>
      </w:r>
      <w:r>
        <w:rPr>
          <w:b/>
          <w:bCs/>
        </w:rPr>
        <w:t xml:space="preserve"> </w:t>
      </w:r>
      <w:r>
        <w:rPr>
          <w:b/>
          <w:bCs/>
        </w:rPr>
        <w:t xml:space="preserve">for the Massachusetts Spy observed in a letter from Washington that numbers of Adams's friends wished he had not departed so abruptly.</w:t>
      </w:r>
      <w:r>
        <w:br/>
      </w:r>
      <w:r>
        <w:t xml:space="preserve">    (a) disorder</w:t>
      </w:r>
      <w:r>
        <w:br/>
      </w:r>
      <w:r>
        <w:t xml:space="preserve">    (b) reporter</w:t>
      </w:r>
      <w:r>
        <w:br/>
      </w:r>
      <w:r>
        <w:t xml:space="preserve">    (c) marriage</w:t>
      </w:r>
    </w:p>
    <w:p>
      <w:pPr>
        <w:pStyle w:val="Compact"/>
        <w:numPr>
          <w:ilvl w:val="0"/>
          <w:numId w:val="1001"/>
        </w:numPr>
      </w:pPr>
      <w:r>
        <w:rPr>
          <w:b/>
          <w:bCs/>
        </w:rPr>
        <w:t xml:space="preserve">That Jefferson would be the</w:t>
      </w:r>
      <w:r>
        <w:rPr>
          <w:b/>
          <w:bCs/>
        </w:rPr>
        <w:t xml:space="preserve"> </w:t>
      </w:r>
      <w:r>
        <w:rPr>
          <w:b/>
          <w:bCs/>
          <w:u w:val="single"/>
        </w:rPr>
        <w:t xml:space="preserve">Republican</w:t>
      </w:r>
      <w:r>
        <w:rPr>
          <w:b/>
          <w:bCs/>
        </w:rPr>
        <w:t xml:space="preserve"> </w:t>
      </w:r>
      <w:r>
        <w:rPr>
          <w:b/>
          <w:bCs/>
        </w:rPr>
        <w:t xml:space="preserve">choice to oppose him in the election was a foregone conclusion.</w:t>
      </w:r>
      <w:r>
        <w:br/>
      </w:r>
      <w:r>
        <w:t xml:space="preserve">    (a) of a system of government in which a majority of citizens elect representatives to make laws; or someone in favor of such a form of government</w:t>
      </w:r>
      <w:r>
        <w:br/>
      </w:r>
      <w:r>
        <w:t xml:space="preserve">    (b) relating to a Christian ceremony signifying spiritual cleansing and rebirth  OR  relating to a challenging experience that initiates or purifies</w:t>
      </w:r>
      <w:r>
        <w:br/>
      </w:r>
      <w:r>
        <w:t xml:space="preserve">    (c) of an organism in the early stages of development prior to birth, hatching, or sprouting  OR  of anything in an early stage of development</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2026-05-20T13:21:09Z</dcterms:created>
  <dcterms:modified xsi:type="dcterms:W3CDTF">2026-05-20T13:21:09Z</dcterms:modified>
</cp:coreProperties>
</file>

<file path=docProps/custom.xml><?xml version="1.0" encoding="utf-8"?>
<Properties xmlns="http://schemas.openxmlformats.org/officeDocument/2006/custom-properties" xmlns:vt="http://schemas.openxmlformats.org/officeDocument/2006/docPropsVTypes"/>
</file>