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46d28de0927b0120a770b9b2ae2f3ce5dfedf2d"/>
    <w:p>
      <w:pPr>
        <w:pStyle w:val="Heading1"/>
      </w:pPr>
      <w:r>
        <w:rPr>
          <w:b/>
          <w:bCs/>
        </w:rPr>
        <w:t xml:space="preserve">Jane Eyre</w:t>
      </w:r>
      <w:r>
        <w:br/>
      </w:r>
      <w:r>
        <w:rPr>
          <w:i/>
          <w:iCs/>
        </w:rPr>
        <w:t xml:space="preserve">Charlotte Bronte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mutual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antipathy</w:t>
      </w:r>
      <w:r>
        <w:rPr>
          <w:b/>
          <w:bCs/>
        </w:rPr>
        <w:t xml:space="preserve"> </w:t>
      </w:r>
      <w:r>
        <w:rPr>
          <w:b/>
          <w:bCs/>
        </w:rPr>
        <w:t xml:space="preserve">prevented them from working well together.</w:t>
      </w:r>
      <w:r>
        <w:br/>
      </w:r>
      <w:r>
        <w:t xml:space="preserve">    (a) attraction</w:t>
      </w:r>
      <w:r>
        <w:br/>
      </w:r>
      <w:r>
        <w:t xml:space="preserve">    (b) sympathy</w:t>
      </w:r>
      <w:r>
        <w:br/>
      </w:r>
      <w:r>
        <w:t xml:space="preserve">    (c) strong dislike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asserts</w:t>
      </w:r>
      <w:r>
        <w:rPr>
          <w:b/>
          <w:bCs/>
        </w:rPr>
        <w:t xml:space="preserve"> </w:t>
      </w:r>
      <w:r>
        <w:rPr>
          <w:b/>
          <w:bCs/>
        </w:rPr>
        <w:t xml:space="preserve">that her opponent lacks managerial experience.</w:t>
      </w:r>
      <w:r>
        <w:br/>
      </w:r>
      <w:r>
        <w:t xml:space="preserve">    (a) says</w:t>
      </w:r>
      <w:r>
        <w:br/>
      </w:r>
      <w:r>
        <w:t xml:space="preserve">    (b) demonstrates</w:t>
      </w:r>
      <w:r>
        <w:br/>
      </w:r>
      <w:r>
        <w:t xml:space="preserve">    (c) proves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Many of our staff have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aversion</w:t>
      </w:r>
      <w:r>
        <w:rPr>
          <w:b/>
          <w:bCs/>
        </w:rPr>
        <w:t xml:space="preserve"> </w:t>
      </w:r>
      <w:r>
        <w:rPr>
          <w:b/>
          <w:bCs/>
        </w:rPr>
        <w:t xml:space="preserve">to change.</w:t>
      </w:r>
      <w:r>
        <w:br/>
      </w:r>
      <w:r>
        <w:t xml:space="preserve">    (a) dislike</w:t>
      </w:r>
      <w:r>
        <w:br/>
      </w:r>
      <w:r>
        <w:t xml:space="preserve">    (b) confusion</w:t>
      </w:r>
      <w:r>
        <w:br/>
      </w:r>
      <w:r>
        <w:t xml:space="preserve">    (c) fondness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Can we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compel</w:t>
      </w:r>
      <w:r>
        <w:rPr>
          <w:b/>
          <w:bCs/>
        </w:rPr>
        <w:t xml:space="preserve"> </w:t>
      </w:r>
      <w:r>
        <w:rPr>
          <w:b/>
          <w:bCs/>
        </w:rPr>
        <w:t xml:space="preserve">the witness to testify?</w:t>
      </w:r>
      <w:r>
        <w:br/>
      </w:r>
      <w:r>
        <w:t xml:space="preserve">    (a) force</w:t>
      </w:r>
      <w:r>
        <w:br/>
      </w:r>
      <w:r>
        <w:t xml:space="preserve">    (b) prevent</w:t>
      </w:r>
      <w:r>
        <w:br/>
      </w:r>
      <w:r>
        <w:t xml:space="preserve">    (c) delay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job prospects are hindered 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consequence</w:t>
      </w:r>
      <w:r>
        <w:rPr>
          <w:b/>
          <w:bCs/>
        </w:rPr>
        <w:t xml:space="preserve"> </w:t>
      </w:r>
      <w:r>
        <w:rPr>
          <w:b/>
          <w:bCs/>
        </w:rPr>
        <w:t xml:space="preserve">of the conviction.</w:t>
      </w:r>
      <w:r>
        <w:br/>
      </w:r>
      <w:r>
        <w:t xml:space="preserve">    (a) important part</w:t>
      </w:r>
      <w:r>
        <w:br/>
      </w:r>
      <w:r>
        <w:t xml:space="preserve">    (b) result</w:t>
      </w:r>
      <w:r>
        <w:br/>
      </w:r>
      <w:r>
        <w:t xml:space="preserve">    (c) unimportant part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Please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convey</w:t>
      </w:r>
      <w:r>
        <w:rPr>
          <w:b/>
          <w:bCs/>
        </w:rPr>
        <w:t xml:space="preserve"> </w:t>
      </w:r>
      <w:r>
        <w:rPr>
          <w:b/>
          <w:bCs/>
        </w:rPr>
        <w:t xml:space="preserve">my gratitude for her hospitality.</w:t>
      </w:r>
      <w:r>
        <w:br/>
      </w:r>
      <w:r>
        <w:t xml:space="preserve">    (a) understand</w:t>
      </w:r>
      <w:r>
        <w:br/>
      </w:r>
      <w:r>
        <w:t xml:space="preserve">    (b) accept</w:t>
      </w:r>
      <w:r>
        <w:br/>
      </w:r>
      <w:r>
        <w:t xml:space="preserve">    (c) express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hired a carriage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convey</w:t>
      </w:r>
      <w:r>
        <w:rPr>
          <w:b/>
          <w:bCs/>
        </w:rPr>
        <w:t xml:space="preserve"> </w:t>
      </w:r>
      <w:r>
        <w:rPr>
          <w:b/>
          <w:bCs/>
        </w:rPr>
        <w:t xml:space="preserve">us to the city.</w:t>
      </w:r>
      <w:r>
        <w:br/>
      </w:r>
      <w:r>
        <w:t xml:space="preserve">    (a) transport</w:t>
      </w:r>
      <w:r>
        <w:br/>
      </w:r>
      <w:r>
        <w:t xml:space="preserve">    (b) give service of</w:t>
      </w:r>
      <w:r>
        <w:br/>
      </w:r>
      <w:r>
        <w:t xml:space="preserve">    (c) explain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bones in a bat's wing exactly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correspond</w:t>
      </w:r>
      <w:r>
        <w:rPr>
          <w:b/>
          <w:bCs/>
        </w:rPr>
        <w:t xml:space="preserve"> </w:t>
      </w:r>
      <w:r>
        <w:rPr>
          <w:b/>
          <w:bCs/>
        </w:rPr>
        <w:t xml:space="preserve">to those in a human forearm.</w:t>
      </w:r>
      <w:r>
        <w:br/>
      </w:r>
      <w:r>
        <w:t xml:space="preserve">    (a) are opposite</w:t>
      </w:r>
      <w:r>
        <w:br/>
      </w:r>
      <w:r>
        <w:t xml:space="preserve">    (b) are equivalent</w:t>
      </w:r>
      <w:r>
        <w:br/>
      </w:r>
      <w:r>
        <w:t xml:space="preserve">    (c) are unrelated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need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deliberate</w:t>
      </w:r>
      <w:r>
        <w:rPr>
          <w:b/>
          <w:bCs/>
        </w:rPr>
        <w:t xml:space="preserve"> </w:t>
      </w:r>
      <w:r>
        <w:rPr>
          <w:b/>
          <w:bCs/>
        </w:rPr>
        <w:t xml:space="preserve">on this further before making a decision.</w:t>
      </w:r>
      <w:r>
        <w:br/>
      </w:r>
      <w:r>
        <w:t xml:space="preserve">    (a) delay</w:t>
      </w:r>
      <w:r>
        <w:br/>
      </w:r>
      <w:r>
        <w:t xml:space="preserve">    (b) wait</w:t>
      </w:r>
      <w:r>
        <w:br/>
      </w:r>
      <w:r>
        <w:t xml:space="preserve">    (c) talk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died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destitute</w:t>
      </w:r>
      <w:r>
        <w:rPr>
          <w:b/>
          <w:bCs/>
        </w:rPr>
        <w:t xml:space="preserve"> </w:t>
      </w:r>
      <w:r>
        <w:rPr>
          <w:b/>
          <w:bCs/>
        </w:rPr>
        <w:t xml:space="preserve">in Paris at the age of 38.</w:t>
      </w:r>
      <w:r>
        <w:br/>
      </w:r>
      <w:r>
        <w:t xml:space="preserve">    (a) among family</w:t>
      </w:r>
      <w:r>
        <w:br/>
      </w:r>
      <w:r>
        <w:t xml:space="preserve">    (b) extremely poor</w:t>
      </w:r>
      <w:r>
        <w:br/>
      </w:r>
      <w:r>
        <w:t xml:space="preserve">    (c) too young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count on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discretion</w:t>
      </w:r>
      <w:r>
        <w:rPr>
          <w:b/>
          <w:bCs/>
        </w:rPr>
        <w:t xml:space="preserve"> </w:t>
      </w:r>
      <w:r>
        <w:rPr>
          <w:b/>
          <w:bCs/>
        </w:rPr>
        <w:t xml:space="preserve">to recommend sound investments.</w:t>
      </w:r>
      <w:r>
        <w:br/>
      </w:r>
      <w:r>
        <w:t xml:space="preserve">    (a) communication skills</w:t>
      </w:r>
      <w:r>
        <w:br/>
      </w:r>
      <w:r>
        <w:t xml:space="preserve">    (b) good judgment</w:t>
      </w:r>
      <w:r>
        <w:br/>
      </w:r>
      <w:r>
        <w:t xml:space="preserve">    (c) information sources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a soldier, she was prepared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endure</w:t>
      </w:r>
      <w:r>
        <w:rPr>
          <w:b/>
          <w:bCs/>
        </w:rPr>
        <w:t xml:space="preserve"> </w:t>
      </w:r>
      <w:r>
        <w:rPr>
          <w:b/>
          <w:bCs/>
        </w:rPr>
        <w:t xml:space="preserve">hardship and even to sacrifice her life for others.</w:t>
      </w:r>
      <w:r>
        <w:br/>
      </w:r>
      <w:r>
        <w:t xml:space="preserve">    (a) suffer through</w:t>
      </w:r>
      <w:r>
        <w:br/>
      </w:r>
      <w:r>
        <w:t xml:space="preserve">    (b) risk</w:t>
      </w:r>
      <w:r>
        <w:br/>
      </w:r>
      <w:r>
        <w:t xml:space="preserve">    (c) cause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lawyer objected to the prosecutor's introduction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extraneous</w:t>
      </w:r>
      <w:r>
        <w:rPr>
          <w:b/>
          <w:bCs/>
        </w:rPr>
        <w:t xml:space="preserve"> </w:t>
      </w:r>
      <w:r>
        <w:rPr>
          <w:b/>
          <w:bCs/>
        </w:rPr>
        <w:t xml:space="preserve">evidence.</w:t>
      </w:r>
      <w:r>
        <w:br/>
      </w:r>
      <w:r>
        <w:t xml:space="preserve">    (a) faulty</w:t>
      </w:r>
      <w:r>
        <w:br/>
      </w:r>
      <w:r>
        <w:t xml:space="preserve">    (b) inflammatory</w:t>
      </w:r>
      <w:r>
        <w:br/>
      </w:r>
      <w:r>
        <w:t xml:space="preserve">    (c) irrelevant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fervent</w:t>
      </w:r>
      <w:r>
        <w:rPr>
          <w:b/>
          <w:bCs/>
        </w:rPr>
        <w:t xml:space="preserve"> </w:t>
      </w:r>
      <w:r>
        <w:rPr>
          <w:b/>
          <w:bCs/>
        </w:rPr>
        <w:t xml:space="preserve">admirer.</w:t>
      </w:r>
      <w:r>
        <w:br/>
      </w:r>
      <w:r>
        <w:t xml:space="preserve">    (a) distant</w:t>
      </w:r>
      <w:r>
        <w:br/>
      </w:r>
      <w:r>
        <w:t xml:space="preserve">    (b) thoughtful</w:t>
      </w:r>
      <w:r>
        <w:br/>
      </w:r>
      <w:r>
        <w:t xml:space="preserve">    (c) passionate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 Internet search proved she had plagiarized from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obscure</w:t>
      </w:r>
      <w:r>
        <w:rPr>
          <w:b/>
          <w:bCs/>
        </w:rPr>
        <w:t xml:space="preserve"> </w:t>
      </w:r>
      <w:r>
        <w:rPr>
          <w:b/>
          <w:bCs/>
        </w:rPr>
        <w:t xml:space="preserve">poem written in 1920.</w:t>
      </w:r>
      <w:r>
        <w:br/>
      </w:r>
      <w:r>
        <w:t xml:space="preserve">    (a) not known to many people</w:t>
      </w:r>
      <w:r>
        <w:br/>
      </w:r>
      <w:r>
        <w:t xml:space="preserve">    (b) kept secret</w:t>
      </w:r>
      <w:r>
        <w:br/>
      </w:r>
      <w:r>
        <w:t xml:space="preserve">    (c) well-known decades ago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testing my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resolve</w:t>
      </w:r>
      <w:r>
        <w:rPr>
          <w:b/>
          <w:bCs/>
        </w:rPr>
        <w:t xml:space="preserve"> </w:t>
      </w:r>
      <w:r>
        <w:rPr>
          <w:b/>
          <w:bCs/>
        </w:rPr>
        <w:t xml:space="preserve">to keep a good attitude.</w:t>
      </w:r>
      <w:r>
        <w:br/>
      </w:r>
      <w:r>
        <w:t xml:space="preserve">    (a) optimism</w:t>
      </w:r>
      <w:r>
        <w:br/>
      </w:r>
      <w:r>
        <w:t xml:space="preserve">    (b) determination</w:t>
      </w:r>
      <w:r>
        <w:br/>
      </w:r>
      <w:r>
        <w:t xml:space="preserve">    (c) ability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Navy SEALs go through an incredibly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rigorous</w:t>
      </w:r>
      <w:r>
        <w:rPr>
          <w:b/>
          <w:bCs/>
        </w:rPr>
        <w:t xml:space="preserve"> </w:t>
      </w:r>
      <w:r>
        <w:rPr>
          <w:b/>
          <w:bCs/>
        </w:rPr>
        <w:t xml:space="preserve">qualification and training program.</w:t>
      </w:r>
      <w:r>
        <w:br/>
      </w:r>
      <w:r>
        <w:t xml:space="preserve">    (a) difficult and demanding</w:t>
      </w:r>
      <w:r>
        <w:br/>
      </w:r>
      <w:r>
        <w:t xml:space="preserve">    (b) fun and energetic</w:t>
      </w:r>
      <w:r>
        <w:br/>
      </w:r>
      <w:r>
        <w:t xml:space="preserve">    (c) up-to-date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the company doesn't innovate, it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stagnate</w:t>
      </w:r>
      <w:r>
        <w:rPr>
          <w:b/>
          <w:bCs/>
        </w:rPr>
        <w:t xml:space="preserve"> </w:t>
      </w:r>
      <w:r>
        <w:rPr>
          <w:b/>
          <w:bCs/>
        </w:rPr>
        <w:t xml:space="preserve">and lose its competitive edge.</w:t>
      </w:r>
      <w:r>
        <w:br/>
      </w:r>
      <w:r>
        <w:t xml:space="preserve">    (a) lose customers</w:t>
      </w:r>
      <w:r>
        <w:br/>
      </w:r>
      <w:r>
        <w:t xml:space="preserve">    (b) get expensive</w:t>
      </w:r>
      <w:r>
        <w:br/>
      </w:r>
      <w:r>
        <w:t xml:space="preserve">    (c) stop developing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donation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sustain</w:t>
      </w:r>
      <w:r>
        <w:rPr>
          <w:b/>
          <w:bCs/>
        </w:rPr>
        <w:t xml:space="preserve"> </w:t>
      </w:r>
      <w:r>
        <w:rPr>
          <w:b/>
          <w:bCs/>
        </w:rPr>
        <w:t xml:space="preserve">our efforts to help the homeless.</w:t>
      </w:r>
      <w:r>
        <w:br/>
      </w:r>
      <w:r>
        <w:t xml:space="preserve">    (a) support</w:t>
      </w:r>
      <w:r>
        <w:br/>
      </w:r>
      <w:r>
        <w:t xml:space="preserve">    (b) finalize</w:t>
      </w:r>
      <w:r>
        <w:br/>
      </w:r>
      <w:r>
        <w:t xml:space="preserve">    (c) disrupt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vivacious</w:t>
      </w:r>
      <w:r>
        <w:rPr>
          <w:b/>
          <w:bCs/>
        </w:rPr>
        <w:t xml:space="preserve"> </w:t>
      </w:r>
      <w:r>
        <w:rPr>
          <w:b/>
          <w:bCs/>
        </w:rPr>
        <w:t xml:space="preserve">high school senior who has captured the nations heart.</w:t>
      </w:r>
      <w:r>
        <w:br/>
      </w:r>
      <w:r>
        <w:t xml:space="preserve">    (a) kind and attractive</w:t>
      </w:r>
      <w:r>
        <w:br/>
      </w:r>
      <w:r>
        <w:t xml:space="preserve">    (b) engaging and lively</w:t>
      </w:r>
      <w:r>
        <w:br/>
      </w:r>
      <w:r>
        <w:t xml:space="preserve">    (c) smart and well-spoken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2026-07-31T14:26:37Z</dcterms:created>
  <dcterms:modified xsi:type="dcterms:W3CDTF">2026-07-31T14:26:37Z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