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b3c507db28c62d6188523f46047e58026eaec3"/>
    <w:p>
      <w:pPr>
        <w:pStyle w:val="Heading1"/>
      </w:pPr>
      <w:r>
        <w:rPr>
          <w:b/>
          <w:bCs/>
        </w:rPr>
        <w:t xml:space="preserve">Jane Eyre</w:t>
      </w:r>
      <w:r>
        <w:br/>
      </w:r>
      <w:r>
        <w:rPr>
          <w:i/>
          <w:iCs/>
        </w:rPr>
        <w:t xml:space="preserve">Charlotte Bronte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struggles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</w:t>
      </w:r>
      <w:r>
        <w:rPr>
          <w:b/>
          <w:bCs/>
        </w:rPr>
        <w:t xml:space="preserve"> </w:t>
      </w:r>
      <w:r>
        <w:rPr>
          <w:b/>
          <w:bCs/>
        </w:rPr>
        <w:t xml:space="preserve">reasoning.</w:t>
      </w:r>
      <w:r>
        <w:br/>
      </w:r>
      <w:r>
        <w:t xml:space="preserve">    (a) concrete</w:t>
      </w:r>
      <w:r>
        <w:br/>
      </w:r>
      <w:r>
        <w:t xml:space="preserve">    (b) theoretical</w:t>
      </w:r>
      <w:r>
        <w:br/>
      </w:r>
      <w:r>
        <w:t xml:space="preserve">    (c) pressured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statistical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</w:t>
      </w:r>
      <w:r>
        <w:rPr>
          <w:b/>
          <w:bCs/>
        </w:rPr>
        <w:t xml:space="preserve"> </w:t>
      </w:r>
      <w:r>
        <w:rPr>
          <w:b/>
          <w:bCs/>
        </w:rPr>
        <w:t xml:space="preserve">is published each year.</w:t>
      </w:r>
      <w:r>
        <w:br/>
      </w:r>
      <w:r>
        <w:t xml:space="preserve">    (a) another way of looking at something</w:t>
      </w:r>
      <w:r>
        <w:br/>
      </w:r>
      <w:r>
        <w:t xml:space="preserve">    (b) summary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abstracted</w:t>
      </w:r>
      <w:r>
        <w:rPr>
          <w:b/>
          <w:bCs/>
        </w:rPr>
        <w:t xml:space="preserve"> </w:t>
      </w:r>
      <w:r>
        <w:rPr>
          <w:b/>
          <w:bCs/>
        </w:rPr>
        <w:t xml:space="preserve">look.</w:t>
      </w:r>
      <w:r>
        <w:br/>
      </w:r>
      <w:r>
        <w:t xml:space="preserve">    (a) questioning</w:t>
      </w:r>
      <w:r>
        <w:br/>
      </w:r>
      <w:r>
        <w:t xml:space="preserve">    (b) distracted</w:t>
      </w:r>
      <w:r>
        <w:br/>
      </w:r>
      <w:r>
        <w:t xml:space="preserve">    (c) beautiful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approval</w:t>
      </w:r>
      <w:r>
        <w:br/>
      </w:r>
      <w:r>
        <w:t xml:space="preserve">    (b) distrust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have a well-behaved dog, it is important that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assert</w:t>
      </w:r>
      <w:r>
        <w:rPr>
          <w:b/>
          <w:bCs/>
        </w:rPr>
        <w:t xml:space="preserve"> </w:t>
      </w:r>
      <w:r>
        <w:rPr>
          <w:b/>
          <w:bCs/>
        </w:rPr>
        <w:t xml:space="preserve">your dominance.</w:t>
      </w:r>
      <w:r>
        <w:br/>
      </w:r>
      <w:r>
        <w:t xml:space="preserve">    (a) use kindly</w:t>
      </w:r>
      <w:r>
        <w:br/>
      </w:r>
      <w:r>
        <w:t xml:space="preserve">    (b) insist on</w:t>
      </w:r>
      <w:r>
        <w:br/>
      </w:r>
      <w:r>
        <w:t xml:space="preserve">    (c) use sparingly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either of you have copies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?</w:t>
      </w:r>
      <w:r>
        <w:br/>
      </w:r>
      <w:r>
        <w:t xml:space="preserve">    (a) instructions</w:t>
      </w:r>
      <w:r>
        <w:br/>
      </w:r>
      <w:r>
        <w:t xml:space="preserve">    (b) pictures or drawings</w:t>
      </w:r>
      <w:r>
        <w:br/>
      </w:r>
      <w:r>
        <w:t xml:space="preserve">    (c) letters or emails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voice</w:t>
      </w:r>
      <w:r>
        <w:br/>
      </w:r>
      <w:r>
        <w:t xml:space="preserve">    (b) facial expression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discourage</w:t>
      </w:r>
      <w:r>
        <w:br/>
      </w:r>
      <w:r>
        <w:t xml:space="preserve">    (b) provide funds for</w:t>
      </w:r>
      <w:r>
        <w:br/>
      </w:r>
      <w:r>
        <w:t xml:space="preserve">    (c) show favor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effaced</w:t>
      </w:r>
      <w:r>
        <w:rPr>
          <w:b/>
          <w:bCs/>
        </w:rPr>
        <w:t xml:space="preserve"> </w:t>
      </w:r>
      <w:r>
        <w:rPr>
          <w:b/>
          <w:bCs/>
        </w:rPr>
        <w:t xml:space="preserve">the memory of the time in the camps.</w:t>
      </w:r>
      <w:r>
        <w:br/>
      </w:r>
      <w:r>
        <w:t xml:space="preserve">    (a) removed completely</w:t>
      </w:r>
      <w:r>
        <w:br/>
      </w:r>
      <w:r>
        <w:t xml:space="preserve">    (b) shared with others</w:t>
      </w:r>
      <w:r>
        <w:br/>
      </w:r>
      <w:r>
        <w:t xml:space="preserve">    (c) relived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singing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evinces</w:t>
      </w:r>
      <w:r>
        <w:rPr>
          <w:b/>
          <w:bCs/>
        </w:rPr>
        <w:t xml:space="preserve"> </w:t>
      </w:r>
      <w:r>
        <w:rPr>
          <w:b/>
          <w:bCs/>
        </w:rPr>
        <w:t xml:space="preserve">a natural gift.</w:t>
      </w:r>
      <w:r>
        <w:br/>
      </w:r>
      <w:r>
        <w:t xml:space="preserve">    (a) lacks</w:t>
      </w:r>
      <w:r>
        <w:br/>
      </w:r>
      <w:r>
        <w:t xml:space="preserve">    (b) shows</w:t>
      </w:r>
      <w:r>
        <w:br/>
      </w:r>
      <w:r>
        <w:t xml:space="preserve">    (c) craves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documentary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piqued</w:t>
      </w:r>
      <w:r>
        <w:rPr>
          <w:b/>
          <w:bCs/>
        </w:rPr>
        <w:t xml:space="preserve"> </w:t>
      </w:r>
      <w:r>
        <w:rPr>
          <w:b/>
          <w:bCs/>
        </w:rPr>
        <w:t xml:space="preserve">her interest in environmental activism.</w:t>
      </w:r>
      <w:r>
        <w:br/>
      </w:r>
      <w:r>
        <w:t xml:space="preserve">    (a) excited</w:t>
      </w:r>
      <w:r>
        <w:br/>
      </w:r>
      <w:r>
        <w:t xml:space="preserve">    (b) made more reasonable</w:t>
      </w:r>
      <w:r>
        <w:br/>
      </w:r>
      <w:r>
        <w:t xml:space="preserve">    (c) squelched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pique</w:t>
      </w:r>
      <w:r>
        <w:rPr>
          <w:b/>
          <w:bCs/>
        </w:rPr>
        <w:t xml:space="preserve">, I foolishly resigned.</w:t>
      </w:r>
      <w:r>
        <w:br/>
      </w:r>
      <w:r>
        <w:t xml:space="preserve">    (a) feeling of resentment</w:t>
      </w:r>
      <w:r>
        <w:br/>
      </w:r>
      <w:r>
        <w:t xml:space="preserve">    (b) thoughtless manner</w:t>
      </w:r>
      <w:r>
        <w:br/>
      </w:r>
      <w:r>
        <w:t xml:space="preserve">    (c) misunderstanding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there was an end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protracted</w:t>
      </w:r>
      <w:r>
        <w:rPr>
          <w:b/>
          <w:bCs/>
        </w:rPr>
        <w:t xml:space="preserve"> </w:t>
      </w:r>
      <w:r>
        <w:rPr>
          <w:b/>
          <w:bCs/>
        </w:rPr>
        <w:t xml:space="preserve">conflict.</w:t>
      </w:r>
      <w:r>
        <w:br/>
      </w:r>
      <w:r>
        <w:t xml:space="preserve">    (a) violent</w:t>
      </w:r>
      <w:r>
        <w:br/>
      </w:r>
      <w:r>
        <w:t xml:space="preserve">    (b) long</w:t>
      </w:r>
      <w:r>
        <w:br/>
      </w:r>
      <w:r>
        <w:t xml:space="preserve">    (c) needless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received an invoice for $100 for services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.</w:t>
      </w:r>
      <w:r>
        <w:br/>
      </w:r>
      <w:r>
        <w:t xml:space="preserve">    (a) described in writing</w:t>
      </w:r>
      <w:r>
        <w:br/>
      </w:r>
      <w:r>
        <w:t xml:space="preserve">    (b) to be performed</w:t>
      </w:r>
      <w:r>
        <w:br/>
      </w:r>
      <w:r>
        <w:t xml:space="preserve">    (c) provided or supplied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disorder will eventually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</w:t>
      </w:r>
      <w:r>
        <w:rPr>
          <w:b/>
          <w:bCs/>
        </w:rPr>
        <w:t xml:space="preserve"> </w:t>
      </w:r>
      <w:r>
        <w:rPr>
          <w:b/>
          <w:bCs/>
        </w:rPr>
        <w:t xml:space="preserve">her paralyzed.</w:t>
      </w:r>
      <w:r>
        <w:br/>
      </w:r>
      <w:r>
        <w:t xml:space="preserve">    (a) compare</w:t>
      </w:r>
      <w:r>
        <w:br/>
      </w:r>
      <w:r>
        <w:t xml:space="preserve">    (b) make</w:t>
      </w:r>
      <w:r>
        <w:br/>
      </w:r>
      <w:r>
        <w:t xml:space="preserve">    (c) unmake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face of the child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 </w:t>
      </w:r>
      <w:r>
        <w:rPr>
          <w:b/>
          <w:bCs/>
        </w:rPr>
        <w:t xml:space="preserve">with much tenderness in this painting.</w:t>
      </w:r>
      <w:r>
        <w:br/>
      </w:r>
      <w:r>
        <w:t xml:space="preserve">    (a) depicted or created with more detail than normal</w:t>
      </w:r>
      <w:r>
        <w:br/>
      </w:r>
      <w:r>
        <w:t xml:space="preserve">    (b) portrayed or created in a particular way</w:t>
      </w:r>
      <w:r>
        <w:br/>
      </w:r>
      <w:r>
        <w:t xml:space="preserve">    (c) created in a manner that will always be remembered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was forced</w:t>
      </w:r>
      <w:r>
        <w:br/>
      </w:r>
      <w:r>
        <w:t xml:space="preserve">    (b) firmly decided</w:t>
      </w:r>
      <w:r>
        <w:br/>
      </w:r>
      <w:r>
        <w:t xml:space="preserve">    (c) was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feud will never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with violence.</w:t>
      </w:r>
      <w:r>
        <w:br/>
      </w:r>
      <w:r>
        <w:t xml:space="preserve">    (a) properly considered</w:t>
      </w:r>
      <w:r>
        <w:br/>
      </w:r>
      <w:r>
        <w:t xml:space="preserve">    (b) settled or solved</w:t>
      </w:r>
      <w:r>
        <w:br/>
      </w:r>
      <w:r>
        <w:t xml:space="preserve">    (c) reduced or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Power in the city is divided amongst the mayor, city council,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sundry</w:t>
      </w:r>
      <w:r>
        <w:rPr>
          <w:b/>
          <w:bCs/>
        </w:rPr>
        <w:t xml:space="preserve"> </w:t>
      </w:r>
      <w:r>
        <w:rPr>
          <w:b/>
          <w:bCs/>
        </w:rPr>
        <w:t xml:space="preserve">city commissions.</w:t>
      </w:r>
      <w:r>
        <w:br/>
      </w:r>
      <w:r>
        <w:t xml:space="preserve">    (a) elected</w:t>
      </w:r>
      <w:r>
        <w:br/>
      </w:r>
      <w:r>
        <w:t xml:space="preserve">    (b) various</w:t>
      </w:r>
      <w:r>
        <w:br/>
      </w:r>
      <w:r>
        <w:t xml:space="preserve">    (c) skillful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loss she felt when her husband died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joy of her new grandchild.</w:t>
      </w:r>
      <w:r>
        <w:br/>
      </w:r>
      <w:r>
        <w:t xml:space="preserve">    (a) forgotten</w:t>
      </w:r>
      <w:r>
        <w:br/>
      </w:r>
      <w:r>
        <w:t xml:space="preserve">    (b) made less extreme</w:t>
      </w:r>
      <w:r>
        <w:br/>
      </w:r>
      <w:r>
        <w:t xml:space="preserve">    (c) contrasted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2026-07-31T14:26:37Z</dcterms:created>
  <dcterms:modified xsi:type="dcterms:W3CDTF">2026-07-31T14:26:37Z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