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d75d7700d42fba2e20d01dcd5560be374659e2"/>
    <w:p>
      <w:pPr>
        <w:pStyle w:val="Heading1"/>
      </w:pPr>
      <w:r>
        <w:rPr>
          <w:b/>
          <w:bCs/>
        </w:rPr>
        <w:t xml:space="preserve">Jacob Have I Loved</w:t>
      </w:r>
      <w:r>
        <w:br/>
      </w:r>
      <w:r>
        <w:rPr>
          <w:i/>
          <w:iCs/>
        </w:rPr>
        <w:t xml:space="preserve">Katherine Paterson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Into it each crab pot will be emptied and from it the legal-sized crabs—hard, peeler, and soft—will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culled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their smaller kin as well as from the blowfish, sea nettles, seaweed, shells, and garbage, all such unwelcome harvest as the Bay seems ever generous to offer up.</w:t>
      </w:r>
      <w:r>
        <w:br/>
      </w:r>
      <w:r>
        <w:t xml:space="preserve">    (a) to select from among many -- sometimes what is desired; sometimes to eliminate that which is not wanted</w:t>
      </w:r>
      <w:r>
        <w:br/>
      </w:r>
      <w:r>
        <w:t xml:space="preserve">    (b) expressed personal artistic ideas or feelings while performing (or performing to) someone else's work</w:t>
      </w:r>
      <w:r>
        <w:br/>
      </w:r>
      <w:r>
        <w:t xml:space="preserve">    (c) added as a design that is based on alphabetic letters; or the act of adding such a design to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stuck with him not only because we could work well together, but because our teamwork was so automatic that I was free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romantic fantasies at the same time.</w:t>
      </w:r>
      <w:r>
        <w:br/>
      </w:r>
      <w:r>
        <w:t xml:space="preserve">    (a) think carefully</w:t>
      </w:r>
      <w:r>
        <w:br/>
      </w:r>
      <w:r>
        <w:t xml:space="preserve">    (b) work or operate</w:t>
      </w:r>
      <w:r>
        <w:br/>
      </w:r>
      <w:r>
        <w:t xml:space="preserve">    (c) enjoy to excess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six, Grandma woke, hungry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petulant</w:t>
      </w:r>
      <w:r>
        <w:rPr>
          <w:b/>
          <w:bCs/>
        </w:rPr>
        <w:t xml:space="preserve">.</w:t>
      </w:r>
      <w:r>
        <w:br/>
      </w:r>
      <w:r>
        <w:t xml:space="preserve">    (a) not trustworthy, or improper, or attracting unwelcome attention</w:t>
      </w:r>
      <w:r>
        <w:br/>
      </w:r>
      <w:r>
        <w:t xml:space="preserve">    (b) unreasonably annoyed or upset</w:t>
      </w:r>
      <w:r>
        <w:br/>
      </w:r>
      <w:r>
        <w:t xml:space="preserve">    (c) the degree to which something is able to change or is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Within a few days we learned that Mr. Rice had volunteered for the army and would be leaving for the war soon after Christmas. In chorus one morning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of celebrating the birth of the Prince of Peace suddenly seemed too much.</w:t>
      </w:r>
      <w:r>
        <w:br/>
      </w:r>
      <w:r>
        <w:t xml:space="preserve">    (a) someone who believe behavior should be guided by high ideals or standards -- often with the implication that the person is unrealistic</w:t>
      </w:r>
      <w:r>
        <w:br/>
      </w:r>
      <w:r>
        <w:t xml:space="preserve">    (b) lymph node -- one of many bean-sized organs that filter bacteria and other toxins from circulating white-blood-cell filled lymph fluid</w:t>
      </w:r>
      <w:r>
        <w:br/>
      </w:r>
      <w:r>
        <w:t xml:space="preserve">    (c) when things are together that seem like they don't belong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knew she was expecting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Momma, but I wasn't going to.</w:t>
      </w:r>
      <w:r>
        <w:br/>
      </w:r>
      <w:r>
        <w:t xml:space="preserve">    (a) subtract</w:t>
      </w:r>
      <w:r>
        <w:br/>
      </w:r>
      <w:r>
        <w:t xml:space="preserve">    (b) continue</w:t>
      </w:r>
      <w:r>
        <w:br/>
      </w:r>
      <w:r>
        <w:t xml:space="preserve">    (c) disagree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pulled in my cheeks in an attempt to appear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.</w:t>
      </w:r>
      <w:r>
        <w:br/>
      </w:r>
      <w:r>
        <w:t xml:space="preserve">    (a) indicating approval or agreement</w:t>
      </w:r>
      <w:r>
        <w:br/>
      </w:r>
      <w:r>
        <w:t xml:space="preserve">    (b) very serious--possibly dignified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hands were shaking with rage or frustration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, who knew which, but I managed to fill the mug to the brim with the thick yellowish milk.</w:t>
      </w:r>
      <w:r>
        <w:br/>
      </w:r>
      <w:r>
        <w:t xml:space="preserve">    (a) greatly annoyance</w:t>
      </w:r>
      <w:r>
        <w:br/>
      </w:r>
      <w:r>
        <w:t xml:space="preserve">    (b) in disagreement</w:t>
      </w:r>
      <w:r>
        <w:br/>
      </w:r>
      <w:r>
        <w:t xml:space="preserve">    (c) relative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as fast as I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, resolving never again to hate, some demon would slip into my soul, tug at the corner, and...</w:t>
      </w:r>
      <w:r>
        <w:br/>
      </w:r>
      <w:r>
        <w:t xml:space="preserve">    (a) mark important text; or the text that is marked</w:t>
      </w:r>
      <w:r>
        <w:br/>
      </w:r>
      <w:r>
        <w:t xml:space="preserve">    (b) feel regret for having done wrong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as fast as I would repent,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resolving</w:t>
      </w:r>
      <w:r>
        <w:rPr>
          <w:b/>
          <w:bCs/>
        </w:rPr>
        <w:t xml:space="preserve"> </w:t>
      </w:r>
      <w:r>
        <w:rPr>
          <w:b/>
          <w:bCs/>
        </w:rPr>
        <w:t xml:space="preserve">never again to hate, some demon would slip into my soul, tug at the corner, and...</w:t>
      </w:r>
      <w:r>
        <w:br/>
      </w:r>
      <w:r>
        <w:t xml:space="preserve">    (a) changing</w:t>
      </w:r>
      <w:r>
        <w:br/>
      </w:r>
      <w:r>
        <w:t xml:space="preserve">    (b) fighting</w:t>
      </w:r>
      <w:r>
        <w:br/>
      </w:r>
      <w:r>
        <w:t xml:space="preserve">    (c) definitely deciding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only 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the problem of the cats," he said, "is to dispose of them humanely."</w:t>
      </w:r>
      <w:r>
        <w:br/>
      </w:r>
      <w:r>
        <w:t xml:space="preserve">    (a) strongly desire</w:t>
      </w:r>
      <w:r>
        <w:br/>
      </w:r>
      <w:r>
        <w:t xml:space="preserve">    (b) work or operate</w:t>
      </w:r>
      <w:r>
        <w:br/>
      </w:r>
      <w:r>
        <w:t xml:space="preserve">    (c) solve or settle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"T'ain't fitting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heathen</w:t>
      </w:r>
      <w:r>
        <w:rPr>
          <w:b/>
          <w:bCs/>
        </w:rPr>
        <w:t xml:space="preserve"> </w:t>
      </w:r>
      <w:r>
        <w:rPr>
          <w:b/>
          <w:bCs/>
        </w:rPr>
        <w:t xml:space="preserve">should read the Word of God," she said.</w:t>
      </w:r>
      <w:r>
        <w:br/>
      </w:r>
      <w:r>
        <w:t xml:space="preserve">    (a) the ability and tendency to determine what should be done and to start doing it without instruction; or to start something</w:t>
      </w:r>
      <w:r>
        <w:br/>
      </w:r>
      <w:r>
        <w:t xml:space="preserve">    (b) someone who is not civilized or not moral  OR  an offensive term for a person who does not believe in a preferred religion</w:t>
      </w:r>
      <w:r>
        <w:br/>
      </w:r>
      <w:r>
        <w:t xml:space="preserve">    (c) the state of not being relevant (not related to the subject being considered, or not important enough to want to consider)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could pole the skiff down to his house, maneuvering around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as we would ice floes.</w:t>
      </w:r>
      <w:r>
        <w:br/>
      </w:r>
      <w:r>
        <w:t xml:space="preserve">    (a) the act of treating or preparing food in a way that keeps it from spoiling</w:t>
      </w:r>
      <w:r>
        <w:br/>
      </w:r>
      <w:r>
        <w:t xml:space="preserve">    (b) pieces of something that has been destroyed; or trash that is lying around</w:t>
      </w:r>
      <w:r>
        <w:br/>
      </w:r>
      <w:r>
        <w:t xml:space="preserve">    (c) passages food and drink follow between the back of mouths and the stomachs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for example, I would be reassuring the Pharaoh that the flood was a gift from the gods, that once it receded, the rich black earth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delta</w:t>
      </w:r>
      <w:r>
        <w:rPr>
          <w:b/>
          <w:bCs/>
        </w:rPr>
        <w:t xml:space="preserve"> </w:t>
      </w:r>
      <w:r>
        <w:rPr>
          <w:b/>
          <w:bCs/>
        </w:rPr>
        <w:t xml:space="preserve">would bring forth abundant grain.</w:t>
      </w:r>
      <w:r>
        <w:br/>
      </w:r>
      <w:r>
        <w:t xml:space="preserve">    (a) geographic area where a river divides before entering a larger body of water</w:t>
      </w:r>
      <w:r>
        <w:br/>
      </w:r>
      <w:r>
        <w:t xml:space="preserve">    (b) extensive plain without trees (associated with eastern Russia and Siberia)</w:t>
      </w:r>
      <w:r>
        <w:br/>
      </w:r>
      <w:r>
        <w:t xml:space="preserve">    (c) a line of elevated terrain from which a continent's rivers flow in two different directions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"Don't worry," Call began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, "you wouldn't have to—" at which point my bare heel slammed down on his bare toes.</w:t>
      </w:r>
      <w:r>
        <w:br/>
      </w:r>
      <w:r>
        <w:t xml:space="preserve">    (a) finally; or in the end</w:t>
      </w:r>
      <w:r>
        <w:br/>
      </w:r>
      <w:r>
        <w:t xml:space="preserve">    (b) sincerely or seriously</w:t>
      </w:r>
      <w:r>
        <w:br/>
      </w:r>
      <w:r>
        <w:t xml:space="preserve">    (c) in a self-aware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suppertime my mother came in to ask if I were ill, and being too slow-witted to invent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ailment</w:t>
      </w:r>
      <w:r>
        <w:rPr>
          <w:b/>
          <w:bCs/>
        </w:rPr>
        <w:t xml:space="preserve">, I got up and went down to the meal.</w:t>
      </w:r>
      <w:r>
        <w:br/>
      </w:r>
      <w:r>
        <w:t xml:space="preserve">    (a) payment</w:t>
      </w:r>
      <w:r>
        <w:br/>
      </w:r>
      <w:r>
        <w:t xml:space="preserve">    (b) illness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waking moment was poisoned by Grandma's hatred, but my mother ... kept her silent course around the house with only a murmured word or two when a reply seemed necessary and could be given without risking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.</w:t>
      </w:r>
      <w:r>
        <w:br/>
      </w:r>
      <w:r>
        <w:t xml:space="preserve">    (a) a firm decision to do something</w:t>
      </w:r>
      <w:r>
        <w:br/>
      </w:r>
      <w:r>
        <w:t xml:space="preserve">    (b) measure of general intelligence</w:t>
      </w:r>
      <w:r>
        <w:br/>
      </w:r>
      <w:r>
        <w:t xml:space="preserve">    (c) feelings of bitter anger or hatred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wanted to get away from what I thought of as a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 </w:t>
      </w:r>
      <w:r>
        <w:rPr>
          <w:b/>
          <w:bCs/>
        </w:rPr>
        <w:t xml:space="preserve">small town and try my wings.</w:t>
      </w:r>
      <w:r>
        <w:br/>
      </w:r>
      <w:r>
        <w:t xml:space="preserve">    (a) able to challenge</w:t>
      </w:r>
      <w:r>
        <w:br/>
      </w:r>
      <w:r>
        <w:t xml:space="preserve">    (b) typical</w:t>
      </w:r>
      <w:r>
        <w:br/>
      </w:r>
      <w:r>
        <w:t xml:space="preserve">    (c) complete or total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mountains where doctors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br/>
      </w:r>
      <w:r>
        <w:t xml:space="preserve">    (a) a state similar to sleep where one is unaware of anything</w:t>
      </w:r>
      <w:r>
        <w:br/>
      </w:r>
      <w:r>
        <w:t xml:space="preserve">    (b) available less than desired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was about ready to graduate, a list of Appalachian communities asking for nurse-</w:t>
      </w:r>
      <w:r>
        <w:rPr>
          <w:b/>
          <w:bCs/>
          <w:u w:val="single"/>
        </w:rPr>
        <w:t xml:space="preserve">midwives</w:t>
      </w:r>
      <w:r>
        <w:rPr>
          <w:b/>
          <w:bCs/>
        </w:rPr>
        <w:t xml:space="preserve"> </w:t>
      </w:r>
      <w:r>
        <w:rPr>
          <w:b/>
          <w:bCs/>
        </w:rPr>
        <w:t xml:space="preserve">was posted on the student bulletin board.</w:t>
      </w:r>
      <w:r>
        <w:br/>
      </w:r>
      <w:r>
        <w:t xml:space="preserve">    (a) dark, suspenseful stories that often include mystery or the supernatural</w:t>
      </w:r>
      <w:r>
        <w:br/>
      </w:r>
      <w:r>
        <w:t xml:space="preserve">    (b) someone skilled in aiding the delivery of babies</w:t>
      </w:r>
      <w:r>
        <w:br/>
      </w:r>
      <w:r>
        <w:t xml:space="preserve">    (c) those involved in challenging, arguing about, or fighting over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But, Nurse, it must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baptized</w:t>
      </w:r>
      <w:r>
        <w:rPr>
          <w:b/>
          <w:bCs/>
        </w:rPr>
        <w:t xml:space="preserve"> </w:t>
      </w:r>
      <w:r>
        <w:rPr>
          <w:b/>
          <w:bCs/>
        </w:rPr>
        <w:t xml:space="preserve">before it dies.</w:t>
      </w:r>
      <w:r>
        <w:br/>
      </w:r>
      <w:r>
        <w:t xml:space="preserve">    (a) "spiritually renewed" in a Christian ceremony  OR  initiated or purified by a challenging experience</w:t>
      </w:r>
      <w:r>
        <w:br/>
      </w:r>
      <w:r>
        <w:t xml:space="preserve">    (b) expressed personal artistic ideas or feelings while performing (or performing to) someone else's work</w:t>
      </w:r>
      <w:r>
        <w:br/>
      </w:r>
      <w:r>
        <w:t xml:space="preserve">    (c) directed energy from a negative (unacceptable) impulse or urge into a positive or acceptable 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2026-07-31T18:09:23Z</dcterms:created>
  <dcterms:modified xsi:type="dcterms:W3CDTF">2026-07-31T18:09:23Z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