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2c718a15438aa31dba148b9d54822fb944b082"/>
    <w:p>
      <w:pPr>
        <w:pStyle w:val="Heading1"/>
      </w:pPr>
      <w:r>
        <w:rPr>
          <w:b/>
          <w:bCs/>
        </w:rPr>
        <w:t xml:space="preserve">Ivanhoe</w:t>
      </w:r>
      <w:r>
        <w:br/>
      </w:r>
      <w:r>
        <w:rPr>
          <w:i/>
          <w:iCs/>
        </w:rPr>
        <w:t xml:space="preserve">Sir Walter Scott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friend</w:t>
      </w:r>
      <w:r>
        <w:br/>
      </w:r>
      <w:r>
        <w:t xml:space="preserve">    (b) partner</w:t>
      </w:r>
      <w:r>
        <w:br/>
      </w:r>
      <w:r>
        <w:t xml:space="preserve">    (c) enemy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every opportunity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policy.</w:t>
      </w:r>
      <w:r>
        <w:br/>
      </w:r>
      <w:r>
        <w:t xml:space="preserve">    (a) attack</w:t>
      </w:r>
      <w:r>
        <w:br/>
      </w:r>
      <w:r>
        <w:t xml:space="preserve">    (b) study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doomed to an empty life motivated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.</w:t>
      </w:r>
      <w:r>
        <w:br/>
      </w:r>
      <w:r>
        <w:t xml:space="preserve">    (a) laziness</w:t>
      </w:r>
      <w:r>
        <w:br/>
      </w:r>
      <w:r>
        <w:t xml:space="preserve">    (b) greed</w:t>
      </w:r>
      <w:r>
        <w:br/>
      </w:r>
      <w:r>
        <w:t xml:space="preserve">    (c) selfishness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covering of all styles</w:t>
      </w:r>
      <w:r>
        <w:br/>
      </w:r>
      <w:r>
        <w:t xml:space="preserve">    (b) notable difference</w:t>
      </w:r>
      <w:r>
        <w:br/>
      </w:r>
      <w:r>
        <w:t xml:space="preserve">    (c) notable similarity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understand</w:t>
      </w:r>
      <w:r>
        <w:br/>
      </w:r>
      <w:r>
        <w:t xml:space="preserve">    (b) express</w:t>
      </w:r>
      <w:r>
        <w:br/>
      </w:r>
      <w:r>
        <w:t xml:space="preserve">    (c) accept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give service of</w:t>
      </w:r>
      <w:r>
        <w:br/>
      </w:r>
      <w:r>
        <w:t xml:space="preserve">    (b) transport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bones in a bat's wing exactly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those in a human forearm.</w:t>
      </w:r>
      <w:r>
        <w:br/>
      </w:r>
      <w:r>
        <w:t xml:space="preserve">    (a) are opposite</w:t>
      </w:r>
      <w:r>
        <w:br/>
      </w:r>
      <w:r>
        <w:t xml:space="preserve">    (b) are unrelated</w:t>
      </w:r>
      <w:r>
        <w:br/>
      </w:r>
      <w:r>
        <w:t xml:space="preserve">    (c) are equivalent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either of you have copies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?</w:t>
      </w:r>
      <w:r>
        <w:br/>
      </w:r>
      <w:r>
        <w:t xml:space="preserve">    (a) pictures or drawings</w:t>
      </w:r>
      <w:r>
        <w:br/>
      </w:r>
      <w:r>
        <w:t xml:space="preserve">    (b) instructions</w:t>
      </w:r>
      <w:r>
        <w:br/>
      </w:r>
      <w:r>
        <w:t xml:space="preserve">    (c) letters or emails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finish by Friday.</w:t>
      </w:r>
      <w:r>
        <w:br/>
      </w:r>
      <w:r>
        <w:t xml:space="preserve">    (a) promise</w:t>
      </w:r>
      <w:r>
        <w:br/>
      </w:r>
      <w:r>
        <w:t xml:space="preserve">    (b) try</w:t>
      </w:r>
      <w:r>
        <w:br/>
      </w:r>
      <w:r>
        <w:t xml:space="preserve">    (c) not be 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, rich and entitled attitude.</w:t>
      </w:r>
      <w:r>
        <w:br/>
      </w:r>
      <w:r>
        <w:t xml:space="preserve">    (a) optimistic</w:t>
      </w:r>
      <w:r>
        <w:br/>
      </w:r>
      <w:r>
        <w:t xml:space="preserve">    (b) wealthy</w:t>
      </w:r>
      <w:r>
        <w:br/>
      </w:r>
      <w:r>
        <w:t xml:space="preserve">    (c) arrogant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 </w:t>
      </w:r>
      <w:r>
        <w:rPr>
          <w:b/>
          <w:bCs/>
        </w:rPr>
        <w:t xml:space="preserve">in the order leads a simple life without luxury.</w:t>
      </w:r>
      <w:r>
        <w:br/>
      </w:r>
      <w:r>
        <w:t xml:space="preserve">    (a) a female member of a religious order</w:t>
      </w:r>
      <w:r>
        <w:br/>
      </w:r>
      <w:r>
        <w:t xml:space="preserve">    (b) a male member of a religious order</w:t>
      </w:r>
      <w:r>
        <w:br/>
      </w:r>
      <w:r>
        <w:t xml:space="preserve">    (c) a member of a religious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budget was approved,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the loud protests from the opposition.</w:t>
      </w:r>
      <w:r>
        <w:br/>
      </w:r>
      <w:r>
        <w:t xml:space="preserve">    (a) in addition to</w:t>
      </w:r>
      <w:r>
        <w:br/>
      </w:r>
      <w:r>
        <w:t xml:space="preserve">    (b) in spite of</w:t>
      </w:r>
      <w:r>
        <w:br/>
      </w:r>
      <w:r>
        <w:t xml:space="preserve">    (c) as a result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work</w:t>
      </w:r>
      <w:r>
        <w:br/>
      </w:r>
      <w:r>
        <w:t xml:space="preserve">    (b) die</w:t>
      </w:r>
      <w:r>
        <w:br/>
      </w:r>
      <w:r>
        <w:t xml:space="preserve">    (c) fail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queen traveled with a large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retinue</w:t>
      </w:r>
      <w:r>
        <w:rPr>
          <w:b/>
          <w:bCs/>
        </w:rPr>
        <w:t xml:space="preserve"> </w:t>
      </w:r>
      <w:r>
        <w:rPr>
          <w:b/>
          <w:bCs/>
        </w:rPr>
        <w:t xml:space="preserve">of servants and guards to ensure her safety and comfort.</w:t>
      </w:r>
      <w:r>
        <w:br/>
      </w:r>
      <w:r>
        <w:t xml:space="preserve">    (a) car</w:t>
      </w:r>
      <w:r>
        <w:br/>
      </w:r>
      <w:r>
        <w:t xml:space="preserve">    (b) group</w:t>
      </w:r>
      <w:r>
        <w:br/>
      </w:r>
      <w:r>
        <w:t xml:space="preserve">    (c) plane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region.</w:t>
      </w:r>
      <w:r>
        <w:br/>
      </w:r>
      <w:r>
        <w:t xml:space="preserve">    (a) easily found</w:t>
      </w:r>
      <w:r>
        <w:br/>
      </w:r>
      <w:r>
        <w:t xml:space="preserve">    (b) in short supply</w:t>
      </w:r>
      <w:r>
        <w:br/>
      </w:r>
      <w:r>
        <w:t xml:space="preserve">    (c) extremely hard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principles that discourage certain kinds of action</w:t>
      </w:r>
      <w:r>
        <w:br/>
      </w:r>
      <w:r>
        <w:t xml:space="preserve">    (b) firmness of purpose</w:t>
      </w:r>
      <w:r>
        <w:br/>
      </w:r>
      <w:r>
        <w:t xml:space="preserve">    (c)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loss (through death)</w:t>
      </w:r>
      <w:r>
        <w:br/>
      </w:r>
      <w:r>
        <w:t xml:space="preserve">    (b) beyond normal limits</w:t>
      </w:r>
      <w:r>
        <w:br/>
      </w:r>
      <w:r>
        <w:t xml:space="preserve">    (c) unreturned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served her country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valor</w:t>
      </w:r>
      <w:r>
        <w:rPr>
          <w:b/>
          <w:bCs/>
        </w:rPr>
        <w:t xml:space="preserve">.</w:t>
      </w:r>
      <w:r>
        <w:br/>
      </w:r>
      <w:r>
        <w:t xml:space="preserve">    (a) courage</w:t>
      </w:r>
      <w:r>
        <w:br/>
      </w:r>
      <w:r>
        <w:t xml:space="preserve">    (b) wisdom</w:t>
      </w:r>
      <w:r>
        <w:br/>
      </w:r>
      <w:r>
        <w:t xml:space="preserve">    (c) enthusiasm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2026-07-31T15:34:12Z</dcterms:created>
  <dcterms:modified xsi:type="dcterms:W3CDTF">2026-07-31T15:34:12Z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