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148a655abc8c3312466aa96fae8b40fe7433fa"/>
    <w:p>
      <w:pPr>
        <w:pStyle w:val="Heading1"/>
      </w:pPr>
      <w:r>
        <w:rPr>
          <w:b/>
          <w:bCs/>
        </w:rPr>
        <w:t xml:space="preserve">Ivanhoe</w:t>
      </w:r>
      <w:r>
        <w:br/>
      </w:r>
      <w:r>
        <w:rPr>
          <w:i/>
          <w:iCs/>
        </w:rPr>
        <w:t xml:space="preserve">Sir Walter Scott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to our friends at the train station.</w:t>
      </w:r>
      <w:r>
        <w:br/>
      </w:r>
      <w:r>
        <w:t xml:space="preserve">    (a) hello</w:t>
      </w:r>
      <w:r>
        <w:br/>
      </w:r>
      <w:r>
        <w:t xml:space="preserve">    (b) greetings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FDA discovered the problem while reviewing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events reported in the database.</w:t>
      </w:r>
      <w:r>
        <w:br/>
      </w:r>
      <w:r>
        <w:t xml:space="preserve">    (a) minor</w:t>
      </w:r>
      <w:r>
        <w:br/>
      </w:r>
      <w:r>
        <w:t xml:space="preserve">    (b) harmful</w:t>
      </w:r>
      <w:r>
        <w:br/>
      </w:r>
      <w:r>
        <w:t xml:space="preserve">    (c) routine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religions have or have had traces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asceticism</w:t>
      </w:r>
      <w:r>
        <w:rPr>
          <w:b/>
          <w:bCs/>
        </w:rPr>
        <w:t xml:space="preserve"> </w:t>
      </w:r>
      <w:r>
        <w:rPr>
          <w:b/>
          <w:bCs/>
        </w:rPr>
        <w:t xml:space="preserve">in order to achieve a spiritual goal.</w:t>
      </w:r>
      <w:r>
        <w:br/>
      </w:r>
      <w:r>
        <w:t xml:space="preserve">    (a) self-denial</w:t>
      </w:r>
      <w:r>
        <w:br/>
      </w:r>
      <w:r>
        <w:t xml:space="preserve">    (b) sensual experience</w:t>
      </w:r>
      <w:r>
        <w:br/>
      </w:r>
      <w:r>
        <w:t xml:space="preserve">    (c) spiritual mysticism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Juries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construe</w:t>
      </w:r>
      <w:r>
        <w:rPr>
          <w:b/>
          <w:bCs/>
        </w:rPr>
        <w:t xml:space="preserve"> </w:t>
      </w:r>
      <w:r>
        <w:rPr>
          <w:b/>
          <w:bCs/>
        </w:rPr>
        <w:t xml:space="preserve">evidence to mean something it does not.</w:t>
      </w:r>
      <w:r>
        <w:br/>
      </w:r>
      <w:r>
        <w:t xml:space="preserve">    (a) destroy</w:t>
      </w:r>
      <w:r>
        <w:br/>
      </w:r>
      <w:r>
        <w:t xml:space="preserve">    (b) interpret</w:t>
      </w:r>
      <w:r>
        <w:br/>
      </w:r>
      <w:r>
        <w:t xml:space="preserve">    (c) record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Ecclesiastical</w:t>
      </w:r>
      <w:r>
        <w:rPr>
          <w:b/>
          <w:bCs/>
        </w:rPr>
        <w:t xml:space="preserve"> </w:t>
      </w:r>
      <w:r>
        <w:rPr>
          <w:b/>
          <w:bCs/>
        </w:rPr>
        <w:t xml:space="preserve">law governs many church traditions.</w:t>
      </w:r>
      <w:r>
        <w:br/>
      </w:r>
      <w:r>
        <w:t xml:space="preserve">    (a) church-related</w:t>
      </w:r>
      <w:r>
        <w:br/>
      </w:r>
      <w:r>
        <w:t xml:space="preserve">    (b) kitchen-related</w:t>
      </w:r>
      <w:r>
        <w:br/>
      </w:r>
      <w:r>
        <w:t xml:space="preserve">    (c) sports-related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singing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evinces</w:t>
      </w:r>
      <w:r>
        <w:rPr>
          <w:b/>
          <w:bCs/>
        </w:rPr>
        <w:t xml:space="preserve"> </w:t>
      </w:r>
      <w:r>
        <w:rPr>
          <w:b/>
          <w:bCs/>
        </w:rPr>
        <w:t xml:space="preserve">a natural gift.</w:t>
      </w:r>
      <w:r>
        <w:br/>
      </w:r>
      <w:r>
        <w:t xml:space="preserve">    (a) lacks</w:t>
      </w:r>
      <w:r>
        <w:br/>
      </w:r>
      <w:r>
        <w:t xml:space="preserve">    (b) craves</w:t>
      </w:r>
      <w:r>
        <w:br/>
      </w:r>
      <w:r>
        <w:t xml:space="preserve">    (c) shows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Federal Reserve Chairman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</w:t>
      </w:r>
      <w:r>
        <w:rPr>
          <w:b/>
          <w:bCs/>
        </w:rPr>
        <w:t xml:space="preserve"> </w:t>
      </w:r>
      <w:r>
        <w:rPr>
          <w:b/>
          <w:bCs/>
        </w:rPr>
        <w:t xml:space="preserve">on the inflation outlook.</w:t>
      </w:r>
      <w:r>
        <w:br/>
      </w:r>
      <w:r>
        <w:t xml:space="preserve">    (a) discuss in detail</w:t>
      </w:r>
      <w:r>
        <w:br/>
      </w:r>
      <w:r>
        <w:t xml:space="preserve">    (b) make more excuses</w:t>
      </w:r>
      <w:r>
        <w:br/>
      </w:r>
      <w:r>
        <w:t xml:space="preserve">    (c) ask questions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date which will live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infamy</w:t>
      </w:r>
      <w:r>
        <w:br/>
      </w:r>
      <w:r>
        <w:t xml:space="preserve">    (a) fame for something good</w:t>
      </w:r>
      <w:r>
        <w:br/>
      </w:r>
      <w:r>
        <w:t xml:space="preserve">    (b) fame for something exciting</w:t>
      </w:r>
      <w:r>
        <w:br/>
      </w:r>
      <w:r>
        <w:t xml:space="preserve">    (c) fame for something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irresolute</w:t>
      </w:r>
      <w:r>
        <w:rPr>
          <w:b/>
          <w:bCs/>
        </w:rPr>
        <w:t xml:space="preserve">; not sure if she should go left or right.</w:t>
      </w:r>
      <w:r>
        <w:br/>
      </w:r>
      <w:r>
        <w:t xml:space="preserve">    (a) quivering</w:t>
      </w:r>
      <w:r>
        <w:br/>
      </w:r>
      <w:r>
        <w:t xml:space="preserve">    (b) completely still</w:t>
      </w:r>
      <w:r>
        <w:br/>
      </w:r>
      <w:r>
        <w:t xml:space="preserve">    (c) uncertain of how to proceed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company’s CEO was forced to resign after allegations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licentious</w:t>
      </w:r>
      <w:r>
        <w:rPr>
          <w:b/>
          <w:bCs/>
        </w:rPr>
        <w:t xml:space="preserve"> </w:t>
      </w:r>
      <w:r>
        <w:rPr>
          <w:b/>
          <w:bCs/>
        </w:rPr>
        <w:t xml:space="preserve">behavior, including affairs with employees in the office.</w:t>
      </w:r>
      <w:r>
        <w:br/>
      </w:r>
      <w:r>
        <w:t xml:space="preserve">    (a) sexual harassment</w:t>
      </w:r>
      <w:r>
        <w:br/>
      </w:r>
      <w:r>
        <w:t xml:space="preserve">    (b) socially unacceptable sexual behavior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breaking the window,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penitent</w:t>
      </w:r>
      <w:r>
        <w:rPr>
          <w:b/>
          <w:bCs/>
        </w:rPr>
        <w:t xml:space="preserve"> </w:t>
      </w:r>
      <w:r>
        <w:rPr>
          <w:b/>
          <w:bCs/>
        </w:rPr>
        <w:t xml:space="preserve">boy apologized to his neighbor.</w:t>
      </w:r>
      <w:r>
        <w:br/>
      </w:r>
      <w:r>
        <w:t xml:space="preserve">    (a) confused about the rules</w:t>
      </w:r>
      <w:r>
        <w:br/>
      </w:r>
      <w:r>
        <w:t xml:space="preserve">    (b) feeling regret for wrongdoing</w:t>
      </w:r>
      <w:r>
        <w:br/>
      </w:r>
      <w:r>
        <w:t xml:space="preserve">    (c) proud of one's actions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Critics called the event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profligate</w:t>
      </w:r>
      <w:r>
        <w:rPr>
          <w:b/>
          <w:bCs/>
        </w:rPr>
        <w:t xml:space="preserve"> </w:t>
      </w:r>
      <w:r>
        <w:rPr>
          <w:b/>
          <w:bCs/>
        </w:rPr>
        <w:t xml:space="preserve">display of wealth during a time of economic hardship.</w:t>
      </w:r>
      <w:r>
        <w:br/>
      </w:r>
      <w:r>
        <w:t xml:space="preserve">    (a) (adjective) designed to stop something  OR  (noun) something that stops something else</w:t>
      </w:r>
      <w:r>
        <w:br/>
      </w:r>
      <w:r>
        <w:t xml:space="preserve">    (b) wastefully extravagant</w:t>
      </w:r>
      <w:r>
        <w:br/>
      </w:r>
      <w:r>
        <w:t xml:space="preserve">    (c) related to intelligence -- such as requiring, appealing to, or possessing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criminal was ordered to pay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to his victims as part of his sentence.</w:t>
      </w:r>
      <w:r>
        <w:br/>
      </w:r>
      <w:r>
        <w:t xml:space="preserve">    (a) a penalty fine</w:t>
      </w:r>
      <w:r>
        <w:br/>
      </w:r>
      <w:r>
        <w:t xml:space="preserve">    (b) compensation for loss</w:t>
      </w:r>
      <w:r>
        <w:br/>
      </w:r>
      <w:r>
        <w:t xml:space="preserve">    (c) an apology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lawyers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remonstrate</w:t>
      </w:r>
      <w:r>
        <w:rPr>
          <w:b/>
          <w:bCs/>
        </w:rPr>
        <w:t xml:space="preserve"> </w:t>
      </w:r>
      <w:r>
        <w:rPr>
          <w:b/>
          <w:bCs/>
        </w:rPr>
        <w:t xml:space="preserve">that we're starting without a written agreement, but we trust each other.</w:t>
      </w:r>
      <w:r>
        <w:br/>
      </w:r>
      <w:r>
        <w:t xml:space="preserve">    (a) promise</w:t>
      </w:r>
      <w:r>
        <w:br/>
      </w:r>
      <w:r>
        <w:t xml:space="preserve">    (b) explain</w:t>
      </w:r>
      <w:r>
        <w:br/>
      </w:r>
      <w:r>
        <w:t xml:space="preserve">    (c) protest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wise</w:t>
      </w:r>
      <w:r>
        <w:br/>
      </w:r>
      <w:r>
        <w:t xml:space="preserve">    (b) impatient</w:t>
      </w:r>
      <w:r>
        <w:br/>
      </w:r>
      <w:r>
        <w:t xml:space="preserve">    (c) careless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warm smile and friendly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set the tone for the entire meeting.</w:t>
      </w:r>
      <w:r>
        <w:br/>
      </w:r>
      <w:r>
        <w:t xml:space="preserve">    (a) introduction</w:t>
      </w:r>
      <w:r>
        <w:br/>
      </w:r>
      <w:r>
        <w:t xml:space="preserve">    (b) greeting</w:t>
      </w:r>
      <w:r>
        <w:br/>
      </w:r>
      <w:r>
        <w:t xml:space="preserve">    (c) smile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visited every art museum in New York City, and she still wasn't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satiated</w:t>
      </w:r>
      <w:r>
        <w:rPr>
          <w:b/>
          <w:bCs/>
        </w:rPr>
        <w:t xml:space="preserve">.</w:t>
      </w:r>
      <w:r>
        <w:br/>
      </w:r>
      <w:r>
        <w:t xml:space="preserve">    (a) tired</w:t>
      </w:r>
      <w:r>
        <w:br/>
      </w:r>
      <w:r>
        <w:t xml:space="preserve">    (b) knowledgeable</w:t>
      </w:r>
      <w:r>
        <w:br/>
      </w:r>
      <w:r>
        <w:t xml:space="preserve">    (c) satisfied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</w:t>
      </w:r>
      <w:r>
        <w:rPr>
          <w:b/>
          <w:bCs/>
        </w:rPr>
        <w:t xml:space="preserve"> </w:t>
      </w:r>
      <w:r>
        <w:rPr>
          <w:b/>
          <w:bCs/>
        </w:rPr>
        <w:t xml:space="preserve">worked the lord's fields from dawn until dusk for little reward.</w:t>
      </w:r>
      <w:r>
        <w:br/>
      </w:r>
      <w:r>
        <w:t xml:space="preserve">    (a) wandering hermit</w:t>
      </w:r>
      <w:r>
        <w:br/>
      </w:r>
      <w:r>
        <w:t xml:space="preserve">    (b) bound peasant</w:t>
      </w:r>
      <w:r>
        <w:br/>
      </w:r>
      <w:r>
        <w:t xml:space="preserve">    (c) trained knight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Unlike most involved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 Reformation</w:t>
      </w:r>
      <w:r>
        <w:rPr>
          <w:b/>
          <w:bCs/>
        </w:rPr>
        <w:t xml:space="preserve">, Luther argued that free will was the central issue.</w:t>
      </w:r>
      <w:r>
        <w:br/>
      </w:r>
      <w:r>
        <w:t xml:space="preserve">    (a) 16th century efforts to reform the Catholic Church which led to major protestant denominations</w:t>
      </w:r>
      <w:r>
        <w:br/>
      </w:r>
      <w:r>
        <w:t xml:space="preserve">    (b) obsessive-compulsive disorder -- an anxiety disorder characterized by recurrent and persistent thoughts and feelings and repetitive, ritualized behaviors</w:t>
      </w:r>
      <w:r>
        <w:br/>
      </w:r>
      <w:r>
        <w:t xml:space="preserve">    (c) a therapist who tries to have a quick impact on patient behavior without necessarily understanding the underlying reasons for the undesirable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chef's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vaunted</w:t>
      </w:r>
      <w:r>
        <w:rPr>
          <w:b/>
          <w:bCs/>
        </w:rPr>
        <w:t xml:space="preserve"> </w:t>
      </w:r>
      <w:r>
        <w:rPr>
          <w:b/>
          <w:bCs/>
        </w:rPr>
        <w:t xml:space="preserve">signature dish is a must-try for any foodie.</w:t>
      </w:r>
      <w:r>
        <w:br/>
      </w:r>
      <w:r>
        <w:t xml:space="preserve">    (a) extravagantly praised</w:t>
      </w:r>
      <w:r>
        <w:br/>
      </w:r>
      <w:r>
        <w:t xml:space="preserve">    (b) difficult to make</w:t>
      </w:r>
      <w:r>
        <w:br/>
      </w:r>
      <w:r>
        <w:t xml:space="preserve">    (c) rare or expensive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2026-07-31T15:34:13Z</dcterms:created>
  <dcterms:modified xsi:type="dcterms:W3CDTF">2026-07-31T15:34:13Z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