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484ec639e3e58f435676f3a53ac3e052d9d82c"/>
    <w:p>
      <w:pPr>
        <w:pStyle w:val="Heading1"/>
      </w:pPr>
      <w:r>
        <w:rPr>
          <w:b/>
          <w:bCs/>
        </w:rPr>
        <w:t xml:space="preserve">Ivanhoe</w:t>
      </w:r>
      <w:r>
        <w:br/>
      </w:r>
      <w:r>
        <w:rPr>
          <w:i/>
          <w:iCs/>
        </w:rPr>
        <w:t xml:space="preserve">Sir Walter Scott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King rides home, and rejoins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retinue</w:t>
      </w:r>
      <w:r>
        <w:rPr>
          <w:b/>
          <w:bCs/>
        </w:rPr>
        <w:t xml:space="preserve">.</w:t>
      </w:r>
      <w:r>
        <w:br/>
      </w:r>
      <w:r>
        <w:t xml:space="preserve">    (a) to constrain in some way -- such as tie up, require, or obligate</w:t>
      </w:r>
      <w:r>
        <w:br/>
      </w:r>
      <w:r>
        <w:t xml:space="preserve">    (b) a group formed to discuss or offer insight on a particular topic</w:t>
      </w:r>
      <w:r>
        <w:br/>
      </w:r>
      <w:r>
        <w:t xml:space="preserve">    (c) a group of people following and attending to an important person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word suited the author's purpose in two material respects,—for, first, it had an ancient English sound; and secondly, 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conveyed</w:t>
      </w:r>
      <w:r>
        <w:rPr>
          <w:b/>
          <w:bCs/>
        </w:rPr>
        <w:t xml:space="preserve"> </w:t>
      </w:r>
      <w:r>
        <w:rPr>
          <w:b/>
          <w:bCs/>
        </w:rPr>
        <w:t xml:space="preserve">no indication whatever of the nature of the story.</w:t>
      </w:r>
      <w:r>
        <w:br/>
      </w:r>
      <w:r>
        <w:t xml:space="preserve">    (a) was abundant or plentiful</w:t>
      </w:r>
      <w:r>
        <w:br/>
      </w:r>
      <w:r>
        <w:t xml:space="preserve">    (b) thought -- possibly aloud</w:t>
      </w:r>
      <w:r>
        <w:br/>
      </w:r>
      <w:r>
        <w:t xml:space="preserve">    (c) communicated or expressed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Indeed, it seemed that so humble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conveyance</w:t>
      </w:r>
      <w:r>
        <w:rPr>
          <w:b/>
          <w:bCs/>
        </w:rPr>
        <w:t xml:space="preserve"> </w:t>
      </w:r>
      <w:r>
        <w:rPr>
          <w:b/>
          <w:bCs/>
        </w:rPr>
        <w:t xml:space="preserve">as a mule, in however good case, and however well broken to a pleasant and accommodating amble, was only used by the gallant monk for travelling on the road.</w:t>
      </w:r>
      <w:r>
        <w:br/>
      </w:r>
      <w:r>
        <w:t xml:space="preserve">    (a) collision</w:t>
      </w:r>
      <w:r>
        <w:br/>
      </w:r>
      <w:r>
        <w:t xml:space="preserve">    (b) translate</w:t>
      </w:r>
      <w:r>
        <w:br/>
      </w:r>
      <w:r>
        <w:t xml:space="preserve">    (c) means of transport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expressed, besides, your apprehension, that the unpatriotic prejudices of my countrymen would not allow fair play to such a work as that of which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endeavoured</w:t>
      </w:r>
      <w:r>
        <w:rPr>
          <w:b/>
          <w:bCs/>
        </w:rPr>
        <w:t xml:space="preserve"> </w:t>
      </w:r>
      <w:r>
        <w:rPr>
          <w:b/>
          <w:bCs/>
        </w:rPr>
        <w:t xml:space="preserve">to demonstrate the probable success.</w:t>
      </w:r>
      <w:r>
        <w:br/>
      </w:r>
      <w:r>
        <w:t xml:space="preserve">    (a) tried or attempted</w:t>
      </w:r>
      <w:r>
        <w:br/>
      </w:r>
      <w:r>
        <w:t xml:space="preserve">    (b) not disagreed with</w:t>
      </w:r>
      <w:r>
        <w:br/>
      </w:r>
      <w:r>
        <w:t xml:space="preserve">    (c) decided in advance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outward appearance of these two men formed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a stronger contrast than their look and demeanour.</w:t>
      </w:r>
      <w:r>
        <w:br/>
      </w:r>
      <w:r>
        <w:t xml:space="preserve">    (a) a state similar to sleep where one is unaware of anything</w:t>
      </w:r>
      <w:r>
        <w:br/>
      </w:r>
      <w:r>
        <w:t xml:space="preserve">    (b) in short supply  OR  barely or hardly (by a small margin)</w:t>
      </w:r>
      <w:r>
        <w:br/>
      </w:r>
      <w:r>
        <w:t xml:space="preserve">    (c) the state of not being aware or concerned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for summer rain, I never saw such broad downright flat drops fall out of the clouds; the oaks, too,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notwithstanding</w:t>
      </w:r>
      <w:r>
        <w:rPr>
          <w:b/>
          <w:bCs/>
        </w:rPr>
        <w:t xml:space="preserve"> </w:t>
      </w:r>
      <w:r>
        <w:rPr>
          <w:b/>
          <w:bCs/>
        </w:rPr>
        <w:t xml:space="preserve">the calm weather, sob and creak with their great boughs as if announcing a tempest.</w:t>
      </w:r>
      <w:r>
        <w:br/>
      </w:r>
      <w:r>
        <w:t xml:space="preserve">    (a) therefore (for that reason)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used to show that something remains true even though something else seems to go against 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 of Saracen origin, and consequently of Arabian descent; and their fine slender limbs, small fetlocks, thin manes, and easy springy motion, formed a marked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large-jointed, heavy horses, of which the race was cultivated in Flanders and in Normandy, for mounting the men-at-arms of the period in all the panoply of plate and mail; and which, placed by the side of those Eastern coursers, might have passed for a personification of substance and of shadow.</w:t>
      </w:r>
      <w:r>
        <w:br/>
      </w:r>
      <w:r>
        <w:t xml:space="preserve">    (a) block or interfere</w:t>
      </w:r>
      <w:r>
        <w:br/>
      </w:r>
      <w:r>
        <w:t xml:space="preserve">    (b) come to terms with</w:t>
      </w:r>
      <w:r>
        <w:br/>
      </w:r>
      <w:r>
        <w:t xml:space="preserve">    (c)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Report speaks you a bonny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monk</w:t>
      </w:r>
      <w:r>
        <w:rPr>
          <w:b/>
          <w:bCs/>
        </w:rPr>
        <w:t xml:space="preserve">, that would hear the matin chime ere he quitted his bowl; and, old as I am, I feared to have shame in encountering you.</w:t>
      </w:r>
      <w:r>
        <w:br/>
      </w:r>
      <w:r>
        <w:t xml:space="preserve">    (a) a system of government with a ruler who has absolute power -- especially one who abuses that power</w:t>
      </w:r>
      <w:r>
        <w:br/>
      </w:r>
      <w:r>
        <w:t xml:space="preserve">    (b) a male member of a religious order typically living under vows of poverty, chastity, and obedience</w:t>
      </w:r>
      <w:r>
        <w:br/>
      </w:r>
      <w:r>
        <w:t xml:space="preserve">    (c) gradual destruction (of something previously established) -- such as a government, rule, or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do so propose," replied Isaac, bowing in all humility, "if it please your reverend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valour</w:t>
      </w:r>
      <w:r>
        <w:rPr>
          <w:b/>
          <w:bCs/>
        </w:rPr>
        <w:t xml:space="preserve">."</w:t>
      </w:r>
      <w:r>
        <w:br/>
      </w:r>
      <w:r>
        <w:t xml:space="preserve">    (a) exceedingly powerful bomb whose energy comes from the splitting of atoms</w:t>
      </w:r>
      <w:r>
        <w:br/>
      </w:r>
      <w:r>
        <w:t xml:space="preserve">    (b) a long race that is shorter than the typical long race of about 26 miles</w:t>
      </w:r>
      <w:r>
        <w:br/>
      </w:r>
      <w:r>
        <w:t xml:space="preserve">    (c) exceptional or heroic courage when facing danger -- especially in battle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not in places of general resort, or where their equals were assembled, that 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avaricious</w:t>
      </w:r>
      <w:r>
        <w:rPr>
          <w:b/>
          <w:bCs/>
        </w:rPr>
        <w:t xml:space="preserve"> </w:t>
      </w:r>
      <w:r>
        <w:rPr>
          <w:b/>
          <w:bCs/>
        </w:rPr>
        <w:t xml:space="preserve">or malevolent noble durst offer him injury.</w:t>
      </w:r>
      <w:r>
        <w:br/>
      </w:r>
      <w:r>
        <w:t xml:space="preserve">    (a) having or showing excessive desire for wealth</w:t>
      </w:r>
      <w:r>
        <w:br/>
      </w:r>
      <w:r>
        <w:t xml:space="preserve">    (b) the quality of not being sensible and careful</w:t>
      </w:r>
      <w:r>
        <w:br/>
      </w:r>
      <w:r>
        <w:t xml:space="preserve">    (c) the characteristic of demonstrating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entertained you, sir," said John, reining up his palfrey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haughtily</w:t>
      </w:r>
      <w:r>
        <w:rPr>
          <w:b/>
          <w:bCs/>
        </w:rPr>
        <w:t xml:space="preserve">, "for my follower, but not for my counsellor."</w:t>
      </w:r>
      <w:r>
        <w:br/>
      </w:r>
      <w:r>
        <w:t xml:space="preserve">    (a) in a manner that is able to be promised or guaranteed</w:t>
      </w:r>
      <w:r>
        <w:br/>
      </w:r>
      <w:r>
        <w:t xml:space="preserve">    (b) condescendingly (in a superior or self-important way)</w:t>
      </w:r>
      <w:r>
        <w:br/>
      </w:r>
      <w:r>
        <w:t xml:space="preserve">    (c) in a manner that is clear, so it is easily understood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"Assuredly," said Rebecca, "you shall not repent you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requiting</w:t>
      </w:r>
      <w:r>
        <w:rPr>
          <w:b/>
          <w:bCs/>
        </w:rPr>
        <w:t xml:space="preserve"> </w:t>
      </w:r>
      <w:r>
        <w:rPr>
          <w:b/>
          <w:bCs/>
        </w:rPr>
        <w:t xml:space="preserve">the good deed received of the stranger knight."</w:t>
      </w:r>
      <w:r>
        <w:br/>
      </w:r>
      <w:r>
        <w:t xml:space="preserve">    (a) suggesting indirectly</w:t>
      </w:r>
      <w:r>
        <w:br/>
      </w:r>
      <w:r>
        <w:t xml:space="preserve">    (b) repaying or returning</w:t>
      </w:r>
      <w:r>
        <w:br/>
      </w:r>
      <w:r>
        <w:t xml:space="preserve">    (c) taking on or adopting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knight unhorsed might renew the fight on foot with any other on the opposite side in the same predicament; but mounted horsemen were in that case forbidden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assail</w:t>
      </w:r>
      <w:r>
        <w:rPr>
          <w:b/>
          <w:bCs/>
        </w:rPr>
        <w:t xml:space="preserve"> </w:t>
      </w:r>
      <w:r>
        <w:rPr>
          <w:b/>
          <w:bCs/>
        </w:rPr>
        <w:t xml:space="preserve">him.</w:t>
      </w:r>
      <w:r>
        <w:br/>
      </w:r>
      <w:r>
        <w:t xml:space="preserve">    (a) learn, discover, or decide</w:t>
      </w:r>
      <w:r>
        <w:br/>
      </w:r>
      <w:r>
        <w:t xml:space="preserve">    (b) hire again or occupy again</w:t>
      </w:r>
      <w:r>
        <w:br/>
      </w:r>
      <w:r>
        <w:t xml:space="preserve">    (c) to attack or cause trouble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Prince John, in the meanwhile, occupied his castle, and disposed of his domains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</w:t>
      </w:r>
      <w:r>
        <w:rPr>
          <w:b/>
          <w:bCs/>
        </w:rPr>
        <w:t xml:space="preserve">; and seeking at present to dazzle men's eyes by his hospitality and magnificence, had given orders for great preparations, in order to render the banquet as splendid as possible.</w:t>
      </w:r>
      <w:r>
        <w:br/>
      </w:r>
      <w:r>
        <w:t xml:space="preserve">    (a) an ethical or moral principle that discourages certain kinds of action</w:t>
      </w:r>
      <w:r>
        <w:br/>
      </w:r>
      <w:r>
        <w:t xml:space="preserve">    (b) to stick out, attract more attention than desired, or impose on others</w:t>
      </w:r>
      <w:r>
        <w:br/>
      </w:r>
      <w:r>
        <w:t xml:space="preserve">    (c) speak in a manner that does not clearly express an opinion or decision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—what if the youth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!</w:t>
      </w:r>
      <w:r>
        <w:br/>
      </w:r>
      <w:r>
        <w:t xml:space="preserve">    (a) to spread to other parts of the body</w:t>
      </w:r>
      <w:r>
        <w:br/>
      </w:r>
      <w:r>
        <w:t xml:space="preserve">    (b) move into position to work; or start</w:t>
      </w:r>
      <w:r>
        <w:br/>
      </w:r>
      <w:r>
        <w:t xml:space="preserve">    (c) die, be destroyed, or cease to exist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outwork was a sallyport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corresponding</w:t>
      </w:r>
      <w:r>
        <w:rPr>
          <w:b/>
          <w:bCs/>
        </w:rPr>
        <w:t xml:space="preserve"> </w:t>
      </w:r>
      <w:r>
        <w:rPr>
          <w:b/>
          <w:bCs/>
        </w:rPr>
        <w:t xml:space="preserve">to the postern of the castle, and the whole was surrounded by a strong palisade.</w:t>
      </w:r>
      <w:r>
        <w:br/>
      </w:r>
      <w:r>
        <w:t xml:space="preserve">    (a) sticking out, attracting more attention than desired, or imposing on others</w:t>
      </w:r>
      <w:r>
        <w:br/>
      </w:r>
      <w:r>
        <w:t xml:space="preserve">    (b) connected or fitting together by being equivalent, proportionate, or matched</w:t>
      </w:r>
      <w:r>
        <w:br/>
      </w:r>
      <w:r>
        <w:t xml:space="preserve">    (c) drying out by heat or excessive exposure to sunlight; or making very thirsty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these circumstances, so natural and so trivial, were gravely listened to as proofs, or, at least, as affording strong suspicions that Rebecca had unlawful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correspondence</w:t>
      </w:r>
      <w:r>
        <w:rPr>
          <w:b/>
          <w:bCs/>
        </w:rPr>
        <w:t xml:space="preserve"> </w:t>
      </w:r>
      <w:r>
        <w:rPr>
          <w:b/>
          <w:bCs/>
        </w:rPr>
        <w:t xml:space="preserve">with mystical powers.</w:t>
      </w:r>
      <w:r>
        <w:br/>
      </w:r>
      <w:r>
        <w:t xml:space="preserve">    (a) Nazi organization for children aged 10 to 18</w:t>
      </w:r>
      <w:r>
        <w:br/>
      </w:r>
      <w:r>
        <w:t xml:space="preserve">    (b) communication by written letters or messages</w:t>
      </w:r>
      <w:r>
        <w:br/>
      </w:r>
      <w:r>
        <w:t xml:space="preserve">    (c) found a condition or substance to be 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"He is the devil!" said a veteran man-at-arms, bearing back from the blows of their sable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</w:t>
      </w:r>
      <w:r>
        <w:rPr>
          <w:b/>
          <w:bCs/>
        </w:rPr>
        <w:t xml:space="preserve">.</w:t>
      </w:r>
      <w:r>
        <w:br/>
      </w:r>
      <w:r>
        <w:t xml:space="preserve">    (a) someone who offers opposition or is hostile</w:t>
      </w:r>
      <w:r>
        <w:br/>
      </w:r>
      <w:r>
        <w:t xml:space="preserve">    (b) someone who changes something (upon review)</w:t>
      </w:r>
      <w:r>
        <w:br/>
      </w:r>
      <w:r>
        <w:t xml:space="preserve">    (c) someone who takes something on as their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"Say to the Grand Master," replied Rebecca, "that I maintain my innocence, and do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me as justly condemned, lest I become guilty of mine own blood."</w:t>
      </w:r>
      <w:r>
        <w:br/>
      </w:r>
      <w:r>
        <w:t xml:space="preserve">    (a) give</w:t>
      </w:r>
      <w:r>
        <w:br/>
      </w:r>
      <w:r>
        <w:t xml:space="preserve">    (b) stop (something from happening)</w:t>
      </w:r>
      <w:r>
        <w:br/>
      </w:r>
      <w:r>
        <w:t xml:space="preserve">    (c) think deeply or carefully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Wilfred, placing his foot on his breast, and the sword's point to his throat, commanded him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him, or die on the spot.</w:t>
      </w:r>
      <w:r>
        <w:br/>
      </w:r>
      <w:r>
        <w:t xml:space="preserve">    (a) an involuntary vomiting spasm</w:t>
      </w:r>
      <w:r>
        <w:br/>
      </w:r>
      <w:r>
        <w:t xml:space="preserve">    (b) give in, give way, or give up</w:t>
      </w:r>
      <w:r>
        <w:br/>
      </w:r>
      <w:r>
        <w:t xml:space="preserve">    (c) select (on a computer screen)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2026-07-31T15:34:13Z</dcterms:created>
  <dcterms:modified xsi:type="dcterms:W3CDTF">2026-07-31T15:34:13Z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