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061e0f5412ad289c64f9a20bd58f5031ff7ffe"/>
    <w:p>
      <w:pPr>
        <w:pStyle w:val="Heading1"/>
      </w:pPr>
      <w:r>
        <w:rPr>
          <w:b/>
          <w:bCs/>
        </w:rPr>
        <w:t xml:space="preserve">It Happened to Nancy</w:t>
      </w:r>
      <w:r>
        <w:br/>
      </w:r>
      <w:r>
        <w:rPr>
          <w:i/>
          <w:iCs/>
        </w:rPr>
        <w:t xml:space="preserve">Beatrice Sparks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Ordinarily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latency</w:t>
      </w:r>
      <w:r>
        <w:rPr>
          <w:b/>
          <w:bCs/>
        </w:rPr>
        <w:t xml:space="preserve"> </w:t>
      </w:r>
      <w:r>
        <w:rPr>
          <w:b/>
          <w:bCs/>
        </w:rPr>
        <w:t xml:space="preserve">period from infection to symptoms for AIDS is considered to be from five to ten years.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the amount of time before something that exists is evident or active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leaned against a post, trying to become invisible, because I had started to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asthma</w:t>
      </w:r>
      <w:r>
        <w:rPr>
          <w:b/>
          <w:bCs/>
        </w:rPr>
        <w:t xml:space="preserve"> </w:t>
      </w:r>
      <w:r>
        <w:rPr>
          <w:b/>
          <w:bCs/>
        </w:rPr>
        <w:t xml:space="preserve">attack.</w:t>
      </w:r>
      <w:r>
        <w:br/>
      </w:r>
      <w:r>
        <w:t xml:space="preserve">    (a) a common lung disorder characterized by wheezing, shortness of breath, chest tightness, and sometimes coughing</w:t>
      </w:r>
      <w:r>
        <w:br/>
      </w:r>
      <w:r>
        <w:t xml:space="preserve">    (b) the green substance in plants that absorbs light energy and converts it to chemical energy through photosynthesis</w:t>
      </w:r>
      <w:r>
        <w:br/>
      </w:r>
      <w:r>
        <w:t xml:space="preserve">    (c) windpipe (the air tube that conveys inhaled air to the lungs from just under the larynx or</w:t>
      </w:r>
      <w:r>
        <w:t xml:space="preserve"> </w:t>
      </w:r>
      <w:r>
        <w:rPr>
          <w:i/>
          <w:iCs/>
        </w:rPr>
        <w:t xml:space="preserve">voice box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Collin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me that he had a sister, Betsy Mae, who had asthma also; that's how he'd known what to do.</w:t>
      </w:r>
      <w:r>
        <w:br/>
      </w:r>
      <w:r>
        <w:t xml:space="preserve">    (a) viewed in a certain way so as to form a belief or opinion</w:t>
      </w:r>
      <w:r>
        <w:br/>
      </w:r>
      <w:r>
        <w:t xml:space="preserve">    (b) placed trust (in someone) by talking about private things</w:t>
      </w:r>
      <w:r>
        <w:br/>
      </w:r>
      <w:r>
        <w:t xml:space="preserve">    (c) made a decision or voiced an opinion by formal group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Oh, what a dumb, dumb idiot I've been and unappreciative and irresponsible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conceited</w:t>
      </w:r>
      <w:r>
        <w:rPr>
          <w:b/>
          <w:bCs/>
        </w:rPr>
        <w:t xml:space="preserve">!</w:t>
      </w:r>
      <w:r>
        <w:br/>
      </w:r>
      <w:r>
        <w:t xml:space="preserve">    (a) calculated or judged too low</w:t>
      </w:r>
      <w:r>
        <w:br/>
      </w:r>
      <w:r>
        <w:t xml:space="preserve">    (b) excessively proud of oneself</w:t>
      </w:r>
      <w:r>
        <w:br/>
      </w:r>
      <w:r>
        <w:t xml:space="preserve">    (c) not judged in a negative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and pray dear little thirteen-year-old Margie won't be as dumb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gullible</w:t>
      </w:r>
      <w:r>
        <w:rPr>
          <w:b/>
          <w:bCs/>
        </w:rPr>
        <w:t xml:space="preserve"> </w:t>
      </w:r>
      <w:r>
        <w:rPr>
          <w:b/>
          <w:bCs/>
        </w:rPr>
        <w:t xml:space="preserve">as I was ...or is it already too late?</w:t>
      </w:r>
      <w:r>
        <w:br/>
      </w:r>
      <w:r>
        <w:t xml:space="preserve">    (a) easily tricked because of being too trusting</w:t>
      </w:r>
      <w:r>
        <w:br/>
      </w:r>
      <w:r>
        <w:t xml:space="preserve">    (b) the state of doing something unintentionally</w:t>
      </w:r>
      <w:r>
        <w:br/>
      </w:r>
      <w:r>
        <w:t xml:space="preserve">    (c) designed to be useful; or capable of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maybe becoming a doctor would take too long, because I really want to be a mother, but wouldn't being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pediatrician</w:t>
      </w:r>
      <w:r>
        <w:rPr>
          <w:b/>
          <w:bCs/>
        </w:rPr>
        <w:t xml:space="preserve"> </w:t>
      </w:r>
      <w:r>
        <w:rPr>
          <w:b/>
          <w:bCs/>
        </w:rPr>
        <w:t xml:space="preserve">and then a mother be the greatest?</w:t>
      </w:r>
      <w:r>
        <w:br/>
      </w:r>
      <w:r>
        <w:t xml:space="preserve">    (a) someone who explains or understands something in a particular way</w:t>
      </w:r>
      <w:r>
        <w:br/>
      </w:r>
      <w:r>
        <w:t xml:space="preserve">    (b) someone or something that protects something or keeps it as it is</w:t>
      </w:r>
      <w:r>
        <w:br/>
      </w:r>
      <w:r>
        <w:t xml:space="preserve">    (c) a doctor who specializes in the treatment of infants and children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brought out a vial of bleach and said putting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repentance</w:t>
      </w:r>
      <w:r>
        <w:rPr>
          <w:b/>
          <w:bCs/>
        </w:rPr>
        <w:t xml:space="preserve"> </w:t>
      </w:r>
      <w:r>
        <w:rPr>
          <w:b/>
          <w:bCs/>
        </w:rPr>
        <w:t xml:space="preserve">into our lives was much like the bleach.</w:t>
      </w:r>
      <w:r>
        <w:br/>
      </w:r>
      <w:r>
        <w:t xml:space="preserve">    (a) to feel or express regret for having done wrong</w:t>
      </w:r>
      <w:r>
        <w:br/>
      </w:r>
      <w:r>
        <w:t xml:space="preserve">    (b) opinion of what is good and bad about something</w:t>
      </w:r>
      <w:r>
        <w:br/>
      </w:r>
      <w:r>
        <w:t xml:space="preserve">    (c) the majority denomination of Islam (almost 90%)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love him and admire him and respect him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</w:t>
      </w:r>
      <w:r>
        <w:rPr>
          <w:b/>
          <w:bCs/>
        </w:rPr>
        <w:t xml:space="preserve"> </w:t>
      </w:r>
      <w:r>
        <w:rPr>
          <w:b/>
          <w:bCs/>
        </w:rPr>
        <w:t xml:space="preserve">him, and want to enjoy his forever company forever, and I WILL BE WORTHY OF HIM!</w:t>
      </w:r>
      <w:r>
        <w:br/>
      </w:r>
      <w:r>
        <w:t xml:space="preserve">    (a) eagerly join in</w:t>
      </w:r>
      <w:r>
        <w:br/>
      </w:r>
      <w:r>
        <w:t xml:space="preserve">    (b) dislike and avoid</w:t>
      </w:r>
      <w:r>
        <w:br/>
      </w:r>
      <w:r>
        <w:t xml:space="preserve">    (c) respect or admire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laughed about my almost having been born in the car before he and Mom could get to the hospital, and about how he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hysterical</w:t>
      </w:r>
      <w:r>
        <w:rPr>
          <w:b/>
          <w:bCs/>
        </w:rPr>
        <w:t xml:space="preserve">, almostout-of-control person that Mom had to soothe and comfort.</w:t>
      </w:r>
      <w:r>
        <w:br/>
      </w:r>
      <w:r>
        <w:t xml:space="preserve">    (a) when what happens is very different than what might be expected; or when things seem incongruous together</w:t>
      </w:r>
      <w:r>
        <w:br/>
      </w:r>
      <w:r>
        <w:t xml:space="preserve">    (b) exceedingly funny (resulting in uncontrollable laughter); or exhibiting excessive, uncontrollable emotion</w:t>
      </w:r>
      <w:r>
        <w:br/>
      </w:r>
      <w:r>
        <w:t xml:space="preserve">    (c) marked by a colonnade (series of regularly spaced columns) surrounding a building or enclosing a courtyard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Kids can be so mean, so heartless,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unempathetic</w:t>
      </w:r>
      <w:r>
        <w:rPr>
          <w:b/>
          <w:bCs/>
        </w:rPr>
        <w:t xml:space="preserve">.</w:t>
      </w:r>
      <w:r>
        <w:br/>
      </w:r>
      <w:r>
        <w:t xml:space="preserve">    (a) without understanding or entering into another's feelings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Okay, "</w:t>
      </w:r>
      <w:r>
        <w:rPr>
          <w:b/>
          <w:bCs/>
          <w:u w:val="single"/>
        </w:rPr>
        <w:t xml:space="preserve">Acquired</w:t>
      </w:r>
      <w:r>
        <w:rPr>
          <w:b/>
          <w:bCs/>
        </w:rPr>
        <w:t xml:space="preserve">" means it's a disease that you can be infected with—that you get!</w:t>
      </w:r>
      <w:r>
        <w:br/>
      </w:r>
      <w:r>
        <w:t xml:space="preserve">    (a) obtained (came into possession of)</w:t>
      </w:r>
      <w:r>
        <w:br/>
      </w:r>
      <w:r>
        <w:t xml:space="preserve">    (b) not interacting; or not interested</w:t>
      </w:r>
      <w:r>
        <w:br/>
      </w:r>
      <w:r>
        <w:t xml:space="preserve">    (c) not provided with investment funds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works like this: When the HIV virus enters your body, it invades a cell that is part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immune</w:t>
      </w:r>
      <w:r>
        <w:rPr>
          <w:b/>
          <w:bCs/>
        </w:rPr>
        <w:t xml:space="preserve"> </w:t>
      </w:r>
      <w:r>
        <w:rPr>
          <w:b/>
          <w:bCs/>
        </w:rPr>
        <w:t xml:space="preserve">system.</w:t>
      </w:r>
      <w:r>
        <w:br/>
      </w:r>
      <w:r>
        <w:t xml:space="preserve">    (a) a health indicator measured by the force of circulating blood on the arteries</w:t>
      </w:r>
      <w:r>
        <w:br/>
      </w:r>
      <w:r>
        <w:t xml:space="preserve">    (b) not in danger of suffering from something  OR  relating to disease resistance</w:t>
      </w:r>
      <w:r>
        <w:br/>
      </w:r>
      <w:r>
        <w:t xml:space="preserve">    (c) the state or character of having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says she decides one thing one day and then changes her mind the next....It's a horrible decision either way, and she's only got weeks to decide if she's going to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abortion</w:t>
      </w:r>
      <w:r>
        <w:rPr>
          <w:b/>
          <w:bCs/>
        </w:rPr>
        <w:t xml:space="preserve">.</w:t>
      </w:r>
      <w:r>
        <w:br/>
      </w:r>
      <w:r>
        <w:t xml:space="preserve">    (a) another battle with the same foe</w:t>
      </w:r>
      <w:r>
        <w:br/>
      </w:r>
      <w:r>
        <w:t xml:space="preserve">    (b) intentionally ending a pregnancy</w:t>
      </w:r>
      <w:r>
        <w:br/>
      </w:r>
      <w:r>
        <w:t xml:space="preserve">    (c) describing someone as antisocial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while Mom got me calmed down a little, and Dr. Mutant was able to tell us that researchers had developed a new way of delivering the eye medicine so it won't cause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anemia</w:t>
      </w:r>
      <w:r>
        <w:rPr>
          <w:b/>
          <w:bCs/>
        </w:rPr>
        <w:t xml:space="preserve">.</w:t>
      </w:r>
      <w:r>
        <w:br/>
      </w:r>
      <w:r>
        <w:t xml:space="preserve">    (a) a large area of protected parks or rural land that form a belt surrounding (or in an area of) a town or city</w:t>
      </w:r>
      <w:r>
        <w:br/>
      </w:r>
      <w:r>
        <w:t xml:space="preserve">    (b) a deficiency of red blood cells or where red blood cells are deficient in hemoglobin -- resulting in fatigue</w:t>
      </w:r>
      <w:r>
        <w:br/>
      </w:r>
      <w:r>
        <w:t xml:space="preserve">    (c) starting or spreading (a fire); or twigs, sticks, or other easily combustible material used to start a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conforming</w:t>
      </w:r>
      <w:r>
        <w:rPr>
          <w:b/>
          <w:bCs/>
        </w:rPr>
        <w:t xml:space="preserve">, then not conforming; and up, then down; me, then YOU!</w:t>
      </w:r>
      <w:r>
        <w:br/>
      </w:r>
      <w:r>
        <w:t xml:space="preserve">    (a) understanding or explaining something in a particular way</w:t>
      </w:r>
      <w:r>
        <w:br/>
      </w:r>
      <w:r>
        <w:t xml:space="preserve">    (b) making something lighter -- such as an area of a painting</w:t>
      </w:r>
      <w:r>
        <w:br/>
      </w:r>
      <w:r>
        <w:t xml:space="preserve">    (c) complying, fitting in, or being similar to what is normal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molecule</w:t>
      </w:r>
      <w:r>
        <w:rPr>
          <w:b/>
          <w:bCs/>
        </w:rPr>
        <w:t xml:space="preserve"> </w:t>
      </w:r>
      <w:r>
        <w:rPr>
          <w:b/>
          <w:bCs/>
        </w:rPr>
        <w:t xml:space="preserve">in my body stood up at attention with their hands across their hearts—that is, they would have if they had hands and hearts.</w:t>
      </w:r>
      <w:r>
        <w:br/>
      </w:r>
      <w:r>
        <w:t xml:space="preserve">    (a) the smallest amount of a chemical substance that can exist by itself</w:t>
      </w:r>
      <w:r>
        <w:br/>
      </w:r>
      <w:r>
        <w:t xml:space="preserve">    (b) relating to logical examination of something to better understand it</w:t>
      </w:r>
      <w:r>
        <w:br/>
      </w:r>
      <w:r>
        <w:t xml:space="preserve">    (c) lack of interest; or the process of stopping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like she was someone else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whole thing and so was I. It seems Delta suspected what had happened when I jostled out of the row and up the aisle.</w:t>
      </w:r>
      <w:r>
        <w:br/>
      </w:r>
      <w:r>
        <w:t xml:space="preserve">    (a) separated  OR  emotionally uninvolved (separated from emotions)</w:t>
      </w:r>
      <w:r>
        <w:br/>
      </w:r>
      <w:r>
        <w:t xml:space="preserve">    (b) legally ordered to provide documents, or to appear as a witness</w:t>
      </w:r>
      <w:r>
        <w:br/>
      </w:r>
      <w:r>
        <w:t xml:space="preserve">    (c) pointed to differences between; or compared to show differences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been well enough to go back to Mom's for ages, but Dr. Marx won't release me until he's "absolutely,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positively</w:t>
      </w:r>
      <w:r>
        <w:rPr>
          <w:b/>
          <w:bCs/>
        </w:rPr>
        <w:t xml:space="preserve">, for sure certain" that my good bugs are in charge of my bad bugs.</w:t>
      </w:r>
      <w:r>
        <w:br/>
      </w:r>
      <w:r>
        <w:t xml:space="preserve">    (a) with certainty</w:t>
      </w:r>
      <w:r>
        <w:br/>
      </w:r>
      <w:r>
        <w:t xml:space="preserve">    (b) without regret</w:t>
      </w:r>
      <w:r>
        <w:br/>
      </w:r>
      <w:r>
        <w:t xml:space="preserve">    (c) with hard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I've got to think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things, like what we're going to do tomorrow.</w:t>
      </w:r>
      <w:r>
        <w:br/>
      </w:r>
      <w:r>
        <w:t xml:space="preserve">    (a) not representative</w:t>
      </w:r>
      <w:r>
        <w:br/>
      </w:r>
      <w:r>
        <w:t xml:space="preserve">    (b) impossible to find</w:t>
      </w:r>
      <w:r>
        <w:br/>
      </w:r>
      <w:r>
        <w:t xml:space="preserve">    (c)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guess that's important because they don't know which victims have the HIV virus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hepatitis</w:t>
      </w:r>
      <w:r>
        <w:rPr>
          <w:b/>
          <w:bCs/>
        </w:rPr>
        <w:t xml:space="preserve">, and there are lots of bloody situations.</w:t>
      </w:r>
      <w:r>
        <w:br/>
      </w:r>
      <w:r>
        <w:t xml:space="preserve">    (a) expectation that things will turn out badly</w:t>
      </w:r>
      <w:r>
        <w:br/>
      </w:r>
      <w:r>
        <w:t xml:space="preserve">    (b) disease that causes inflammation of the liver</w:t>
      </w:r>
      <w:r>
        <w:br/>
      </w:r>
      <w:r>
        <w:t xml:space="preserve">    (c) obtaining pleasure from receiving punishment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2026-07-31T20:11:45Z</dcterms:created>
  <dcterms:modified xsi:type="dcterms:W3CDTF">2026-07-31T20:11:45Z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