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b8cdc5994c0525e9fd56b042f607108917e87c"/>
    <w:p>
      <w:pPr>
        <w:pStyle w:val="Heading1"/>
      </w:pPr>
      <w:r>
        <w:rPr>
          <w:b/>
          <w:bCs/>
        </w:rPr>
        <w:t xml:space="preserve">Island of the Blue Dolphins</w:t>
      </w:r>
      <w:r>
        <w:br/>
      </w:r>
      <w:r>
        <w:rPr>
          <w:i/>
          <w:iCs/>
        </w:rPr>
        <w:t xml:space="preserve">Scott O'Dell</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"We hunted," said my father, "but the one you call a fool wished us to hunt from one moon to the next, never</w:t>
      </w:r>
      <w:r>
        <w:rPr>
          <w:b/>
          <w:bCs/>
        </w:rPr>
        <w:t xml:space="preserve"> </w:t>
      </w:r>
      <w:r>
        <w:rPr>
          <w:b/>
          <w:bCs/>
          <w:u w:val="single"/>
        </w:rPr>
        <w:t xml:space="preserve">ceasing</w:t>
      </w:r>
      <w:r>
        <w:rPr>
          <w:b/>
          <w:bCs/>
        </w:rPr>
        <w:t xml:space="preserve">."</w:t>
      </w:r>
      <w:r>
        <w:br/>
      </w:r>
      <w:r>
        <w:t xml:space="preserve">    (a) mirroring back (an image)</w:t>
      </w:r>
      <w:r>
        <w:br/>
      </w:r>
      <w:r>
        <w:t xml:space="preserve">    (b) requesting or challenging</w:t>
      </w:r>
      <w:r>
        <w:br/>
      </w:r>
      <w:r>
        <w:t xml:space="preserve">    (c) stopping or discontinuing</w:t>
      </w:r>
    </w:p>
    <w:p>
      <w:pPr>
        <w:pStyle w:val="Compact"/>
        <w:numPr>
          <w:ilvl w:val="0"/>
          <w:numId w:val="1001"/>
        </w:numPr>
      </w:pPr>
      <w:r>
        <w:rPr>
          <w:b/>
          <w:bCs/>
        </w:rPr>
        <w:t xml:space="preserve">The women, who were never asked to do more than stay at home, cook food, and make clothing, now must take the place of the men and face the dangers which</w:t>
      </w:r>
      <w:r>
        <w:rPr>
          <w:b/>
          <w:bCs/>
        </w:rPr>
        <w:t xml:space="preserve"> </w:t>
      </w:r>
      <w:r>
        <w:rPr>
          <w:b/>
          <w:bCs/>
          <w:u w:val="single"/>
        </w:rPr>
        <w:t xml:space="preserve">abound</w:t>
      </w:r>
      <w:r>
        <w:rPr>
          <w:b/>
          <w:bCs/>
        </w:rPr>
        <w:t xml:space="preserve"> </w:t>
      </w:r>
      <w:r>
        <w:rPr>
          <w:b/>
          <w:bCs/>
        </w:rPr>
        <w:t xml:space="preserve">beyond the village.</w:t>
      </w:r>
      <w:r>
        <w:br/>
      </w:r>
      <w:r>
        <w:t xml:space="preserve">    (a) gradually disappear</w:t>
      </w:r>
      <w:r>
        <w:br/>
      </w:r>
      <w:r>
        <w:t xml:space="preserve">    (b) are extremely rare</w:t>
      </w:r>
      <w:r>
        <w:br/>
      </w:r>
      <w:r>
        <w:t xml:space="preserve">    (c) abundant or plentiful</w:t>
      </w:r>
    </w:p>
    <w:p>
      <w:pPr>
        <w:pStyle w:val="Compact"/>
        <w:numPr>
          <w:ilvl w:val="0"/>
          <w:numId w:val="1001"/>
        </w:numPr>
      </w:pPr>
      <w:r>
        <w:rPr>
          <w:b/>
          <w:bCs/>
        </w:rPr>
        <w:t xml:space="preserve">These will be punished, for without the help of all, all must</w:t>
      </w:r>
      <w:r>
        <w:rPr>
          <w:b/>
          <w:bCs/>
        </w:rPr>
        <w:t xml:space="preserve"> </w:t>
      </w:r>
      <w:r>
        <w:rPr>
          <w:b/>
          <w:bCs/>
          <w:u w:val="single"/>
        </w:rPr>
        <w:t xml:space="preserve">perish</w:t>
      </w:r>
      <w:r>
        <w:rPr>
          <w:b/>
          <w:bCs/>
        </w:rPr>
        <w:t xml:space="preserve">.</w:t>
      </w:r>
      <w:r>
        <w:br/>
      </w:r>
      <w:r>
        <w:t xml:space="preserve">    (a) to spread to other parts of the body</w:t>
      </w:r>
      <w:r>
        <w:br/>
      </w:r>
      <w:r>
        <w:t xml:space="preserve">    (b) die, be destroyed, or cease to exist</w:t>
      </w:r>
      <w:r>
        <w:br/>
      </w:r>
      <w:r>
        <w:t xml:space="preserve">    (c) move into position to work; or start</w:t>
      </w:r>
    </w:p>
    <w:p>
      <w:pPr>
        <w:pStyle w:val="Compact"/>
        <w:numPr>
          <w:ilvl w:val="0"/>
          <w:numId w:val="1001"/>
        </w:numPr>
      </w:pPr>
      <w:r>
        <w:rPr>
          <w:b/>
          <w:bCs/>
        </w:rPr>
        <w:t xml:space="preserve">Plans were</w:t>
      </w:r>
      <w:r>
        <w:rPr>
          <w:b/>
          <w:bCs/>
        </w:rPr>
        <w:t xml:space="preserve"> </w:t>
      </w:r>
      <w:r>
        <w:rPr>
          <w:b/>
          <w:bCs/>
          <w:u w:val="single"/>
        </w:rPr>
        <w:t xml:space="preserve">therefore</w:t>
      </w:r>
      <w:r>
        <w:rPr>
          <w:b/>
          <w:bCs/>
        </w:rPr>
        <w:t xml:space="preserve"> </w:t>
      </w:r>
      <w:r>
        <w:rPr>
          <w:b/>
          <w:bCs/>
        </w:rPr>
        <w:t xml:space="preserve">made to flee as soon as their ship was sighted.</w:t>
      </w:r>
      <w:r>
        <w:br/>
      </w:r>
      <w:r>
        <w:t xml:space="preserve">    (a) despite that (used to connect contrasting ideas)</w:t>
      </w:r>
      <w:r>
        <w:br/>
      </w:r>
      <w:r>
        <w:t xml:space="preserve">    (b) for that reason</w:t>
      </w:r>
      <w:r>
        <w:br/>
      </w:r>
      <w:r>
        <w:t xml:space="preserve">    (c) even though -- used to connect contrasting ideas</w:t>
      </w:r>
    </w:p>
    <w:p>
      <w:pPr>
        <w:pStyle w:val="Compact"/>
        <w:numPr>
          <w:ilvl w:val="0"/>
          <w:numId w:val="1001"/>
        </w:numPr>
      </w:pPr>
      <w:r>
        <w:rPr>
          <w:b/>
          <w:bCs/>
        </w:rPr>
        <w:t xml:space="preserve">Matasaip was silent,</w:t>
      </w:r>
      <w:r>
        <w:rPr>
          <w:b/>
          <w:bCs/>
        </w:rPr>
        <w:t xml:space="preserve"> </w:t>
      </w:r>
      <w:r>
        <w:rPr>
          <w:b/>
          <w:bCs/>
          <w:u w:val="single"/>
        </w:rPr>
        <w:t xml:space="preserve">pondering</w:t>
      </w:r>
      <w:r>
        <w:rPr>
          <w:b/>
          <w:bCs/>
        </w:rPr>
        <w:t xml:space="preserve"> </w:t>
      </w:r>
      <w:r>
        <w:rPr>
          <w:b/>
          <w:bCs/>
        </w:rPr>
        <w:t xml:space="preserve">the news.</w:t>
      </w:r>
      <w:r>
        <w:br/>
      </w:r>
      <w:r>
        <w:t xml:space="preserve">    (a) finding, searching, or researching</w:t>
      </w:r>
      <w:r>
        <w:br/>
      </w:r>
      <w:r>
        <w:t xml:space="preserve">    (b) learning, discovering, or deciding</w:t>
      </w:r>
      <w:r>
        <w:br/>
      </w:r>
      <w:r>
        <w:t xml:space="preserve">    (c) thinking deeply or carefully about</w:t>
      </w:r>
    </w:p>
    <w:p>
      <w:pPr>
        <w:pStyle w:val="Compact"/>
        <w:numPr>
          <w:ilvl w:val="0"/>
          <w:numId w:val="1001"/>
        </w:numPr>
      </w:pPr>
      <w:r>
        <w:rPr>
          <w:b/>
          <w:bCs/>
        </w:rPr>
        <w:t xml:space="preserve">Beside them stood four white men and as we came down the trail, one of the men</w:t>
      </w:r>
      <w:r>
        <w:rPr>
          <w:b/>
          <w:bCs/>
        </w:rPr>
        <w:t xml:space="preserve"> </w:t>
      </w:r>
      <w:r>
        <w:rPr>
          <w:b/>
          <w:bCs/>
          <w:u w:val="single"/>
        </w:rPr>
        <w:t xml:space="preserve">beckoned</w:t>
      </w:r>
      <w:r>
        <w:rPr>
          <w:b/>
          <w:bCs/>
        </w:rPr>
        <w:t xml:space="preserve"> </w:t>
      </w:r>
      <w:r>
        <w:rPr>
          <w:b/>
          <w:bCs/>
        </w:rPr>
        <w:t xml:space="preserve">us to walk faster.</w:t>
      </w:r>
      <w:r>
        <w:br/>
      </w:r>
      <w:r>
        <w:t xml:space="preserve">    (a) signaled (by using a hand gesture or a nod)</w:t>
      </w:r>
      <w:r>
        <w:br/>
      </w:r>
      <w:r>
        <w:t xml:space="preserve">    (b) showed something -- such as demonstrated, expressed, or represented</w:t>
      </w:r>
      <w:r>
        <w:br/>
      </w:r>
      <w:r>
        <w:t xml:space="preserve">    (c) provided evidence of something -- especially oral evidence in court</w:t>
      </w:r>
    </w:p>
    <w:p>
      <w:pPr>
        <w:pStyle w:val="Compact"/>
        <w:numPr>
          <w:ilvl w:val="0"/>
          <w:numId w:val="1001"/>
        </w:numPr>
      </w:pPr>
      <w:r>
        <w:rPr>
          <w:b/>
          <w:bCs/>
        </w:rPr>
        <w:t xml:space="preserve">I kept thinking over and over as I swam how I would punish Ramo when I reached the shore, yet when I felt the sand under my feet and saw him standing at the edge of the waves, holding his fishing spear and looking so</w:t>
      </w:r>
      <w:r>
        <w:rPr>
          <w:b/>
          <w:bCs/>
        </w:rPr>
        <w:t xml:space="preserve"> </w:t>
      </w:r>
      <w:r>
        <w:rPr>
          <w:b/>
          <w:bCs/>
          <w:u w:val="single"/>
        </w:rPr>
        <w:t xml:space="preserve">forlorn</w:t>
      </w:r>
      <w:r>
        <w:rPr>
          <w:b/>
          <w:bCs/>
        </w:rPr>
        <w:t xml:space="preserve">, I forgot all those things I planned to do.</w:t>
      </w:r>
      <w:r>
        <w:br/>
      </w:r>
      <w:r>
        <w:t xml:space="preserve">    (a) sad, hopeless, pitiful and/or abandoned</w:t>
      </w:r>
      <w:r>
        <w:br/>
      </w:r>
      <w:r>
        <w:t xml:space="preserve">    (b) the state or degree of being very large</w:t>
      </w:r>
      <w:r>
        <w:br/>
      </w:r>
      <w:r>
        <w:t xml:space="preserve">    (c) the quality of relating to intelligence</w:t>
      </w:r>
    </w:p>
    <w:p>
      <w:pPr>
        <w:pStyle w:val="Compact"/>
        <w:numPr>
          <w:ilvl w:val="0"/>
          <w:numId w:val="1001"/>
        </w:numPr>
      </w:pPr>
      <w:r>
        <w:rPr>
          <w:b/>
          <w:bCs/>
        </w:rPr>
        <w:t xml:space="preserve">I asked</w:t>
      </w:r>
      <w:r>
        <w:rPr>
          <w:b/>
          <w:bCs/>
        </w:rPr>
        <w:t xml:space="preserve"> </w:t>
      </w:r>
      <w:r>
        <w:rPr>
          <w:b/>
          <w:bCs/>
          <w:u w:val="single"/>
        </w:rPr>
        <w:t xml:space="preserve">solemnly</w:t>
      </w:r>
      <w:r>
        <w:rPr>
          <w:b/>
          <w:bCs/>
        </w:rPr>
        <w:t xml:space="preserve">.</w:t>
      </w:r>
      <w:r>
        <w:br/>
      </w:r>
      <w:r>
        <w:t xml:space="preserve">    (a) in a manner that finds fault</w:t>
      </w:r>
      <w:r>
        <w:br/>
      </w:r>
      <w:r>
        <w:t xml:space="preserve">    (b) in a manner that is not good</w:t>
      </w:r>
      <w:r>
        <w:br/>
      </w:r>
      <w:r>
        <w:t xml:space="preserve">    (c) with seriousness and dignity</w:t>
      </w:r>
    </w:p>
    <w:p>
      <w:pPr>
        <w:pStyle w:val="Compact"/>
        <w:numPr>
          <w:ilvl w:val="0"/>
          <w:numId w:val="1001"/>
        </w:numPr>
      </w:pPr>
      <w:r>
        <w:rPr>
          <w:b/>
          <w:bCs/>
        </w:rPr>
        <w:t xml:space="preserve">I searched the</w:t>
      </w:r>
      <w:r>
        <w:rPr>
          <w:b/>
          <w:bCs/>
        </w:rPr>
        <w:t xml:space="preserve"> </w:t>
      </w:r>
      <w:r>
        <w:rPr>
          <w:b/>
          <w:bCs/>
          <w:u w:val="single"/>
        </w:rPr>
        <w:t xml:space="preserve">ravines</w:t>
      </w:r>
      <w:r>
        <w:rPr>
          <w:b/>
          <w:bCs/>
        </w:rPr>
        <w:t xml:space="preserve"> </w:t>
      </w:r>
      <w:r>
        <w:rPr>
          <w:b/>
          <w:bCs/>
        </w:rPr>
        <w:t xml:space="preserve">for several days before I found it, trees being very scarce on the Island of the Blue Dolphins.</w:t>
      </w:r>
      <w:r>
        <w:br/>
      </w:r>
      <w:r>
        <w:t xml:space="preserve">    (a) tries to obtain a result through gentle and careful effort -- often gently persuades</w:t>
      </w:r>
      <w:r>
        <w:br/>
      </w:r>
      <w:r>
        <w:t xml:space="preserve">    (b) private, non-profit organizations working for member goals at the international level</w:t>
      </w:r>
      <w:r>
        <w:br/>
      </w:r>
      <w:r>
        <w:t xml:space="preserve">    (c) a deep, narrow, steep-sided gorge or valley -- especially one formed by running water</w:t>
      </w:r>
    </w:p>
    <w:p>
      <w:pPr>
        <w:pStyle w:val="Compact"/>
        <w:numPr>
          <w:ilvl w:val="0"/>
          <w:numId w:val="1001"/>
        </w:numPr>
      </w:pPr>
      <w:r>
        <w:rPr>
          <w:b/>
          <w:bCs/>
        </w:rPr>
        <w:t xml:space="preserve">I searched the ravines for several days before I found it, trees being very</w:t>
      </w:r>
      <w:r>
        <w:rPr>
          <w:b/>
          <w:bCs/>
        </w:rPr>
        <w:t xml:space="preserve"> </w:t>
      </w:r>
      <w:r>
        <w:rPr>
          <w:b/>
          <w:bCs/>
          <w:u w:val="single"/>
        </w:rPr>
        <w:t xml:space="preserve">scarce</w:t>
      </w:r>
      <w:r>
        <w:rPr>
          <w:b/>
          <w:bCs/>
        </w:rPr>
        <w:t xml:space="preserve"> </w:t>
      </w:r>
      <w:r>
        <w:rPr>
          <w:b/>
          <w:bCs/>
        </w:rPr>
        <w:t xml:space="preserve">on the Island of the Blue Dolphins.</w:t>
      </w:r>
      <w:r>
        <w:br/>
      </w:r>
      <w:r>
        <w:t xml:space="preserve">    (a) a state similar to sleep where one is unaware of anything</w:t>
      </w:r>
      <w:r>
        <w:br/>
      </w:r>
      <w:r>
        <w:t xml:space="preserve">    (b) in short supply  OR  barely or hardly (by a small margin)</w:t>
      </w:r>
      <w:r>
        <w:br/>
      </w:r>
      <w:r>
        <w:t xml:space="preserve">    (c) the state of not being aware or concerned about something</w:t>
      </w:r>
    </w:p>
    <w:p>
      <w:pPr>
        <w:pStyle w:val="Compact"/>
        <w:numPr>
          <w:ilvl w:val="0"/>
          <w:numId w:val="1001"/>
        </w:numPr>
      </w:pPr>
      <w:r>
        <w:rPr>
          <w:b/>
          <w:bCs/>
        </w:rPr>
        <w:t xml:space="preserve">It was in the figure that we call a</w:t>
      </w:r>
      <w:r>
        <w:rPr>
          <w:b/>
          <w:bCs/>
        </w:rPr>
        <w:t xml:space="preserve"> </w:t>
      </w:r>
      <w:r>
        <w:rPr>
          <w:b/>
          <w:bCs/>
          <w:u w:val="single"/>
        </w:rPr>
        <w:t xml:space="preserve">serpent</w:t>
      </w:r>
      <w:r>
        <w:rPr>
          <w:b/>
          <w:bCs/>
        </w:rPr>
        <w:t xml:space="preserve">, a star which shone green and which I knew.</w:t>
      </w:r>
      <w:r>
        <w:br/>
      </w:r>
      <w:r>
        <w:t xml:space="preserve">    (a) story</w:t>
      </w:r>
      <w:r>
        <w:br/>
      </w:r>
      <w:r>
        <w:t xml:space="preserve">    (b) skill</w:t>
      </w:r>
      <w:r>
        <w:br/>
      </w:r>
      <w:r>
        <w:t xml:space="preserve">    (c) snake</w:t>
      </w:r>
    </w:p>
    <w:p>
      <w:pPr>
        <w:pStyle w:val="Compact"/>
        <w:numPr>
          <w:ilvl w:val="0"/>
          <w:numId w:val="1001"/>
        </w:numPr>
      </w:pPr>
      <w:r>
        <w:rPr>
          <w:b/>
          <w:bCs/>
        </w:rPr>
        <w:t xml:space="preserve">Dolphins are animals of good</w:t>
      </w:r>
      <w:r>
        <w:rPr>
          <w:b/>
          <w:bCs/>
        </w:rPr>
        <w:t xml:space="preserve"> </w:t>
      </w:r>
      <w:r>
        <w:rPr>
          <w:b/>
          <w:bCs/>
          <w:u w:val="single"/>
        </w:rPr>
        <w:t xml:space="preserve">omen</w:t>
      </w:r>
      <w:r>
        <w:rPr>
          <w:b/>
          <w:bCs/>
        </w:rPr>
        <w:t xml:space="preserve">.</w:t>
      </w:r>
      <w:r>
        <w:br/>
      </w:r>
      <w:r>
        <w:t xml:space="preserve">    (a) walk in an awkward, shuffling way</w:t>
      </w:r>
      <w:r>
        <w:br/>
      </w:r>
      <w:r>
        <w:t xml:space="preserve">    (b) sign of something about to happen</w:t>
      </w:r>
      <w:r>
        <w:br/>
      </w:r>
      <w:r>
        <w:t xml:space="preserve">    (c) make someone want to do something</w:t>
      </w:r>
    </w:p>
    <w:p>
      <w:pPr>
        <w:pStyle w:val="Compact"/>
        <w:numPr>
          <w:ilvl w:val="0"/>
          <w:numId w:val="1001"/>
        </w:numPr>
      </w:pPr>
      <w:r>
        <w:rPr>
          <w:b/>
          <w:bCs/>
        </w:rPr>
        <w:t xml:space="preserve">At dawn when the</w:t>
      </w:r>
      <w:r>
        <w:rPr>
          <w:b/>
          <w:bCs/>
        </w:rPr>
        <w:t xml:space="preserve"> </w:t>
      </w:r>
      <w:r>
        <w:rPr>
          <w:b/>
          <w:bCs/>
          <w:u w:val="single"/>
        </w:rPr>
        <w:t xml:space="preserve">clamor</w:t>
      </w:r>
      <w:r>
        <w:rPr>
          <w:b/>
          <w:bCs/>
        </w:rPr>
        <w:t xml:space="preserve"> </w:t>
      </w:r>
      <w:r>
        <w:rPr>
          <w:b/>
          <w:bCs/>
        </w:rPr>
        <w:t xml:space="preserve">started again I left and went back to the headland.</w:t>
      </w:r>
      <w:r>
        <w:br/>
      </w:r>
      <w:r>
        <w:t xml:space="preserve">    (a) to spread to other parts of the body</w:t>
      </w:r>
      <w:r>
        <w:br/>
      </w:r>
      <w:r>
        <w:t xml:space="preserve">    (b) move into position to work; or start</w:t>
      </w:r>
      <w:r>
        <w:br/>
      </w:r>
      <w:r>
        <w:t xml:space="preserve">    (c) loud noise and/or persistent demands</w:t>
      </w:r>
    </w:p>
    <w:p>
      <w:pPr>
        <w:pStyle w:val="Compact"/>
        <w:numPr>
          <w:ilvl w:val="0"/>
          <w:numId w:val="1001"/>
        </w:numPr>
      </w:pPr>
      <w:r>
        <w:rPr>
          <w:b/>
          <w:bCs/>
        </w:rPr>
        <w:t xml:space="preserve">Some distance separated the bulls from each other, for they are</w:t>
      </w:r>
      <w:r>
        <w:rPr>
          <w:b/>
          <w:bCs/>
        </w:rPr>
        <w:t xml:space="preserve"> </w:t>
      </w:r>
      <w:r>
        <w:rPr>
          <w:b/>
          <w:bCs/>
          <w:u w:val="single"/>
        </w:rPr>
        <w:t xml:space="preserve">bad-tempered</w:t>
      </w:r>
      <w:r>
        <w:rPr>
          <w:b/>
          <w:bCs/>
        </w:rPr>
        <w:t xml:space="preserve">, very jealous by nature and quick to fight over anything that displeases them.</w:t>
      </w:r>
      <w:r>
        <w:br/>
      </w:r>
      <w:r>
        <w:t xml:space="preserve">    (a) moves into position to work; or starts</w:t>
      </w:r>
      <w:r>
        <w:br/>
      </w:r>
      <w:r>
        <w:t xml:space="preserve">    (b) tending to get angry or annoyed easily</w:t>
      </w:r>
      <w:r>
        <w:br/>
      </w:r>
      <w:r>
        <w:t xml:space="preserve">    (c) beyond the permitted boundary or limit</w:t>
      </w:r>
    </w:p>
    <w:p>
      <w:pPr>
        <w:pStyle w:val="Compact"/>
        <w:numPr>
          <w:ilvl w:val="0"/>
          <w:numId w:val="1001"/>
        </w:numPr>
      </w:pPr>
      <w:r>
        <w:rPr>
          <w:b/>
          <w:bCs/>
        </w:rPr>
        <w:t xml:space="preserve">Since no cows were playing among the waves in front of him, I knew that he did not have a herd of his own, and for that reason would not be so</w:t>
      </w:r>
      <w:r>
        <w:rPr>
          <w:b/>
          <w:bCs/>
        </w:rPr>
        <w:t xml:space="preserve"> </w:t>
      </w:r>
      <w:r>
        <w:rPr>
          <w:b/>
          <w:bCs/>
          <w:u w:val="single"/>
        </w:rPr>
        <w:t xml:space="preserve">wary</w:t>
      </w:r>
      <w:r>
        <w:rPr>
          <w:b/>
          <w:bCs/>
        </w:rPr>
        <w:t xml:space="preserve"> </w:t>
      </w:r>
      <w:r>
        <w:rPr>
          <w:b/>
          <w:bCs/>
        </w:rPr>
        <w:t xml:space="preserve">or quickly angered.</w:t>
      </w:r>
      <w:r>
        <w:br/>
      </w:r>
      <w:r>
        <w:t xml:space="preserve">    (a) careful, nervous, or distrustful</w:t>
      </w:r>
      <w:r>
        <w:br/>
      </w:r>
      <w:r>
        <w:t xml:space="preserve">    (b) indicating approval or agreement</w:t>
      </w:r>
      <w:r>
        <w:br/>
      </w:r>
      <w:r>
        <w:t xml:space="preserve">    (c) able to be taken on as one's own</w:t>
      </w:r>
    </w:p>
    <w:p>
      <w:pPr>
        <w:pStyle w:val="Compact"/>
        <w:numPr>
          <w:ilvl w:val="0"/>
          <w:numId w:val="1001"/>
        </w:numPr>
      </w:pPr>
      <w:r>
        <w:rPr>
          <w:b/>
          <w:bCs/>
        </w:rPr>
        <w:t xml:space="preserve">I was so close to him that I could see his nose</w:t>
      </w:r>
      <w:r>
        <w:rPr>
          <w:b/>
          <w:bCs/>
        </w:rPr>
        <w:t xml:space="preserve"> </w:t>
      </w:r>
      <w:r>
        <w:rPr>
          <w:b/>
          <w:bCs/>
          <w:u w:val="single"/>
        </w:rPr>
        <w:t xml:space="preserve">quivering</w:t>
      </w:r>
      <w:r>
        <w:rPr>
          <w:b/>
          <w:bCs/>
        </w:rPr>
        <w:t xml:space="preserve">, but he did not see me until I raised my bow.</w:t>
      </w:r>
      <w:r>
        <w:br/>
      </w:r>
      <w:r>
        <w:t xml:space="preserve">    (a) to shake or tremble slightly</w:t>
      </w:r>
      <w:r>
        <w:br/>
      </w:r>
      <w:r>
        <w:t xml:space="preserve">    (b) calculates or judges too low</w:t>
      </w:r>
      <w:r>
        <w:br/>
      </w:r>
      <w:r>
        <w:t xml:space="preserve">    (c) not working or not operating</w:t>
      </w:r>
    </w:p>
    <w:p>
      <w:pPr>
        <w:pStyle w:val="Compact"/>
        <w:numPr>
          <w:ilvl w:val="0"/>
          <w:numId w:val="1001"/>
        </w:numPr>
      </w:pPr>
      <w:r>
        <w:rPr>
          <w:b/>
          <w:bCs/>
        </w:rPr>
        <w:t xml:space="preserve">The wild dogs had been to the house many times that winter and he had paid no</w:t>
      </w:r>
      <w:r>
        <w:rPr>
          <w:b/>
          <w:bCs/>
        </w:rPr>
        <w:t xml:space="preserve"> </w:t>
      </w:r>
      <w:r>
        <w:rPr>
          <w:b/>
          <w:bCs/>
          <w:u w:val="single"/>
        </w:rPr>
        <w:t xml:space="preserve">heed</w:t>
      </w:r>
      <w:r>
        <w:rPr>
          <w:b/>
          <w:bCs/>
        </w:rPr>
        <w:t xml:space="preserve"> </w:t>
      </w:r>
      <w:r>
        <w:rPr>
          <w:b/>
          <w:bCs/>
        </w:rPr>
        <w:t xml:space="preserve">to them, but the night before, after they had come and gone, he had stood at the fence.</w:t>
      </w:r>
      <w:r>
        <w:br/>
      </w:r>
      <w:r>
        <w:t xml:space="preserve">    (a) a non-doctor who assisted a women in childbirth</w:t>
      </w:r>
      <w:r>
        <w:br/>
      </w:r>
      <w:r>
        <w:t xml:space="preserve">    (b) pay close attention to; or do what is suggested</w:t>
      </w:r>
      <w:r>
        <w:br/>
      </w:r>
      <w:r>
        <w:t xml:space="preserve">    (c) adjusted excessively or made up for excessively</w:t>
      </w:r>
    </w:p>
    <w:p>
      <w:pPr>
        <w:pStyle w:val="Compact"/>
        <w:numPr>
          <w:ilvl w:val="0"/>
          <w:numId w:val="1001"/>
        </w:numPr>
      </w:pPr>
      <w:r>
        <w:rPr>
          <w:b/>
          <w:bCs/>
        </w:rPr>
        <w:t xml:space="preserve">Each one had eyes fashioned of round or</w:t>
      </w:r>
      <w:r>
        <w:rPr>
          <w:b/>
          <w:bCs/>
        </w:rPr>
        <w:t xml:space="preserve"> </w:t>
      </w:r>
      <w:r>
        <w:rPr>
          <w:b/>
          <w:bCs/>
          <w:u w:val="single"/>
        </w:rPr>
        <w:t xml:space="preserve">oblong</w:t>
      </w:r>
      <w:r>
        <w:rPr>
          <w:b/>
          <w:bCs/>
        </w:rPr>
        <w:t xml:space="preserve"> </w:t>
      </w:r>
      <w:r>
        <w:rPr>
          <w:b/>
          <w:bCs/>
        </w:rPr>
        <w:t xml:space="preserve">disks of abalone shell, but the rest of their faces were blank.</w:t>
      </w:r>
      <w:r>
        <w:br/>
      </w:r>
      <w:r>
        <w:t xml:space="preserve">    (a) a workplace where people do scientific or medical research, or produce drugs or chemicals (also used figuratively)  OR  (as an adjective) related to such a place</w:t>
      </w:r>
      <w:r>
        <w:br/>
      </w:r>
      <w:r>
        <w:t xml:space="preserve">    (b) an elongated shape (having more length than width) -- typically of a stretched circle that is longer than an oval, but occasionally used to describe a rectangle</w:t>
      </w:r>
      <w:r>
        <w:br/>
      </w:r>
      <w:r>
        <w:t xml:space="preserve">    (c) soccer:  a foul kick taken from 12 yards in front of the goal and defended only by the goalkeeper who cannot advance beyond the goal line until the shot is taken</w:t>
      </w:r>
    </w:p>
    <w:p>
      <w:pPr>
        <w:pStyle w:val="Compact"/>
        <w:numPr>
          <w:ilvl w:val="0"/>
          <w:numId w:val="1001"/>
        </w:numPr>
      </w:pPr>
      <w:r>
        <w:rPr>
          <w:b/>
          <w:bCs/>
        </w:rPr>
        <w:t xml:space="preserve">When he found that was all I had he swam around in circles, looking at me</w:t>
      </w:r>
      <w:r>
        <w:rPr>
          <w:b/>
          <w:bCs/>
        </w:rPr>
        <w:t xml:space="preserve"> </w:t>
      </w:r>
      <w:r>
        <w:rPr>
          <w:b/>
          <w:bCs/>
          <w:u w:val="single"/>
        </w:rPr>
        <w:t xml:space="preserve">reproachfully</w:t>
      </w:r>
      <w:r>
        <w:rPr>
          <w:b/>
          <w:bCs/>
        </w:rPr>
        <w:t xml:space="preserve">.</w:t>
      </w:r>
      <w:r>
        <w:br/>
      </w:r>
      <w:r>
        <w:t xml:space="preserve">    (a) in a strongly biased manner</w:t>
      </w:r>
      <w:r>
        <w:br/>
      </w:r>
      <w:r>
        <w:t xml:space="preserve">    (b) in a manner that criticizes</w:t>
      </w:r>
      <w:r>
        <w:br/>
      </w:r>
      <w:r>
        <w:t xml:space="preserve">    (c) in a manner that challenges</w:t>
      </w:r>
    </w:p>
    <w:p>
      <w:pPr>
        <w:pStyle w:val="Compact"/>
        <w:numPr>
          <w:ilvl w:val="0"/>
          <w:numId w:val="1001"/>
        </w:numPr>
      </w:pPr>
      <w:r>
        <w:rPr>
          <w:b/>
          <w:bCs/>
        </w:rPr>
        <w:t xml:space="preserve">He was running with one of the packs of wild dogs, and though I caught only a</w:t>
      </w:r>
      <w:r>
        <w:rPr>
          <w:b/>
          <w:bCs/>
        </w:rPr>
        <w:t xml:space="preserve"> </w:t>
      </w:r>
      <w:r>
        <w:rPr>
          <w:b/>
          <w:bCs/>
          <w:u w:val="single"/>
        </w:rPr>
        <w:t xml:space="preserve">glimpse</w:t>
      </w:r>
      <w:r>
        <w:rPr>
          <w:b/>
          <w:bCs/>
        </w:rPr>
        <w:t xml:space="preserve"> </w:t>
      </w:r>
      <w:r>
        <w:rPr>
          <w:b/>
          <w:bCs/>
        </w:rPr>
        <w:t xml:space="preserve">of him, I was sure he was Rontu's son.</w:t>
      </w:r>
      <w:r>
        <w:br/>
      </w:r>
      <w:r>
        <w:t xml:space="preserve">    (a) a quick look or partial understanding</w:t>
      </w:r>
      <w:r>
        <w:br/>
      </w:r>
      <w:r>
        <w:t xml:space="preserve">    (b) protect something or keep it as it is</w:t>
      </w:r>
      <w:r>
        <w:br/>
      </w:r>
      <w:r>
        <w:t xml:space="preserve">    (c) control (how something will turn out)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2026-07-31T19:59:35Z</dcterms:created>
  <dcterms:modified xsi:type="dcterms:W3CDTF">2026-07-31T19:59:35Z</dcterms:modified>
</cp:coreProperties>
</file>

<file path=docProps/custom.xml><?xml version="1.0" encoding="utf-8"?>
<Properties xmlns="http://schemas.openxmlformats.org/officeDocument/2006/custom-properties" xmlns:vt="http://schemas.openxmlformats.org/officeDocument/2006/docPropsVTypes"/>
</file>