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49b2b90047e5d2b05802ad203f992186b73c16"/>
    <w:p>
      <w:pPr>
        <w:pStyle w:val="Heading1"/>
      </w:pPr>
      <w:r>
        <w:rPr>
          <w:b/>
          <w:bCs/>
        </w:rPr>
        <w:t xml:space="preserve">Invisible Man</w:t>
      </w:r>
      <w:r>
        <w:br/>
      </w:r>
      <w:r>
        <w:rPr>
          <w:i/>
          <w:iCs/>
        </w:rPr>
        <w:t xml:space="preserve">Ralph Ellison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guilt led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anguish</w:t>
      </w:r>
      <w:r>
        <w:rPr>
          <w:b/>
          <w:bCs/>
        </w:rPr>
        <w:t xml:space="preserve"> </w:t>
      </w:r>
      <w:r>
        <w:rPr>
          <w:b/>
          <w:bCs/>
        </w:rPr>
        <w:t xml:space="preserve">until she committed her life to good.</w:t>
      </w:r>
      <w:r>
        <w:br/>
      </w:r>
      <w:r>
        <w:t xml:space="preserve">    (a) extreme depression</w:t>
      </w:r>
      <w:r>
        <w:br/>
      </w:r>
      <w:r>
        <w:t xml:space="preserve">    (b) extreme distress</w:t>
      </w:r>
      <w:r>
        <w:br/>
      </w:r>
      <w:r>
        <w:t xml:space="preserve">    (c) extreme solitude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Does the sentence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</w:t>
      </w:r>
      <w:r>
        <w:rPr>
          <w:b/>
          <w:bCs/>
        </w:rPr>
        <w:t xml:space="preserve"> </w:t>
      </w:r>
      <w:r>
        <w:rPr>
          <w:b/>
          <w:bCs/>
        </w:rPr>
        <w:t xml:space="preserve">what is said in the previous paragraph?</w:t>
      </w:r>
      <w:r>
        <w:br/>
      </w:r>
      <w:r>
        <w:t xml:space="preserve">    (a) expand upon</w:t>
      </w:r>
      <w:r>
        <w:br/>
      </w:r>
      <w:r>
        <w:t xml:space="preserve">    (b) disagree with</w:t>
      </w:r>
      <w:r>
        <w:br/>
      </w:r>
      <w:r>
        <w:t xml:space="preserve">    (c) reinforce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bravely stepped forward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denounce</w:t>
      </w:r>
      <w:r>
        <w:rPr>
          <w:b/>
          <w:bCs/>
        </w:rPr>
        <w:t xml:space="preserve"> </w:t>
      </w:r>
      <w:r>
        <w:rPr>
          <w:b/>
          <w:bCs/>
        </w:rPr>
        <w:t xml:space="preserve">the corruption within her company.</w:t>
      </w:r>
      <w:r>
        <w:br/>
      </w:r>
      <w:r>
        <w:t xml:space="preserve">    (a) quietly ignore</w:t>
      </w:r>
      <w:r>
        <w:br/>
      </w:r>
      <w:r>
        <w:t xml:space="preserve">    (b) warmly praise</w:t>
      </w:r>
      <w:r>
        <w:br/>
      </w:r>
      <w:r>
        <w:t xml:space="preserve">    (c) openly condemn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funhouse mirror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distorted</w:t>
      </w:r>
      <w:r>
        <w:rPr>
          <w:b/>
          <w:bCs/>
        </w:rPr>
        <w:t xml:space="preserve"> </w:t>
      </w:r>
      <w:r>
        <w:rPr>
          <w:b/>
          <w:bCs/>
        </w:rPr>
        <w:t xml:space="preserve">her reflection, making her head look huge.</w:t>
      </w:r>
      <w:r>
        <w:br/>
      </w:r>
      <w:r>
        <w:t xml:space="preserve">    (a) altered</w:t>
      </w:r>
      <w:r>
        <w:br/>
      </w:r>
      <w:r>
        <w:t xml:space="preserve">    (b) improved</w:t>
      </w:r>
      <w:r>
        <w:br/>
      </w:r>
      <w:r>
        <w:t xml:space="preserve">    (c) reflected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eloquent</w:t>
      </w:r>
      <w:r>
        <w:rPr>
          <w:b/>
          <w:bCs/>
        </w:rPr>
        <w:t xml:space="preserve"> </w:t>
      </w:r>
      <w:r>
        <w:rPr>
          <w:b/>
          <w:bCs/>
        </w:rPr>
        <w:t xml:space="preserve">speaker at the school.</w:t>
      </w:r>
      <w:r>
        <w:br/>
      </w:r>
      <w:r>
        <w:t xml:space="preserve">    (a) well-spoken</w:t>
      </w:r>
      <w:r>
        <w:br/>
      </w:r>
      <w:r>
        <w:t xml:space="preserve">    (b) popular</w:t>
      </w:r>
      <w:r>
        <w:br/>
      </w:r>
      <w:r>
        <w:t xml:space="preserve">    (c) experienced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served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eviction</w:t>
      </w:r>
      <w:r>
        <w:rPr>
          <w:b/>
          <w:bCs/>
        </w:rPr>
        <w:t xml:space="preserve"> </w:t>
      </w:r>
      <w:r>
        <w:rPr>
          <w:b/>
          <w:bCs/>
        </w:rPr>
        <w:t xml:space="preserve">notice.</w:t>
      </w:r>
      <w:r>
        <w:br/>
      </w:r>
      <w:r>
        <w:t xml:space="preserve">    (a) legal demand to move</w:t>
      </w:r>
      <w:r>
        <w:br/>
      </w:r>
      <w:r>
        <w:t xml:space="preserve">    (b) legal demand to appear</w:t>
      </w:r>
      <w:r>
        <w:br/>
      </w:r>
      <w:r>
        <w:t xml:space="preserve">    (c) legal demand to pay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her behavior does not improve, she could face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expulsion</w:t>
      </w:r>
      <w:r>
        <w:rPr>
          <w:b/>
          <w:bCs/>
        </w:rPr>
        <w:t xml:space="preserve"> </w:t>
      </w:r>
      <w:r>
        <w:rPr>
          <w:b/>
          <w:bCs/>
        </w:rPr>
        <w:t xml:space="preserve">from school.</w:t>
      </w:r>
      <w:r>
        <w:br/>
      </w:r>
      <w:r>
        <w:t xml:space="preserve">    (a) having to repeat a grade</w:t>
      </w:r>
      <w:r>
        <w:br/>
      </w:r>
      <w:r>
        <w:t xml:space="preserve">    (b) serious punishment</w:t>
      </w:r>
      <w:r>
        <w:br/>
      </w:r>
      <w:r>
        <w:t xml:space="preserve">    (c) being forcing to leave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Cold weather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inhibit</w:t>
      </w:r>
      <w:r>
        <w:rPr>
          <w:b/>
          <w:bCs/>
        </w:rPr>
        <w:t xml:space="preserve"> </w:t>
      </w:r>
      <w:r>
        <w:rPr>
          <w:b/>
          <w:bCs/>
        </w:rPr>
        <w:t xml:space="preserve">the growth of many tropical plants.</w:t>
      </w:r>
      <w:r>
        <w:br/>
      </w:r>
      <w:r>
        <w:t xml:space="preserve">    (a) describe</w:t>
      </w:r>
      <w:r>
        <w:br/>
      </w:r>
      <w:r>
        <w:t xml:space="preserve">    (b) slow down</w:t>
      </w:r>
      <w:r>
        <w:br/>
      </w:r>
      <w:r>
        <w:t xml:space="preserve">    (c) monitor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integrity</w:t>
      </w:r>
      <w:r>
        <w:rPr>
          <w:b/>
          <w:bCs/>
        </w:rPr>
        <w:t xml:space="preserve"> </w:t>
      </w:r>
      <w:r>
        <w:rPr>
          <w:b/>
          <w:bCs/>
        </w:rPr>
        <w:t xml:space="preserve">is doing the right thing when nobody's going to know whether you did it or not.</w:t>
      </w:r>
      <w:r>
        <w:br/>
      </w:r>
      <w:r>
        <w:t xml:space="preserve">    (a) morality</w:t>
      </w:r>
      <w:r>
        <w:br/>
      </w:r>
      <w:r>
        <w:t xml:space="preserve">    (b) sacrifice</w:t>
      </w:r>
      <w:r>
        <w:br/>
      </w:r>
      <w:r>
        <w:t xml:space="preserve">    (c) foolishness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Words can be like baseball bats when used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maliciously</w:t>
      </w:r>
      <w:r>
        <w:rPr>
          <w:b/>
          <w:bCs/>
        </w:rPr>
        <w:t xml:space="preserve"> </w:t>
      </w:r>
      <w:r>
        <w:rPr>
          <w:b/>
          <w:bCs/>
        </w:rPr>
        <w:t xml:space="preserve">against someone who is sensitive.</w:t>
      </w:r>
      <w:r>
        <w:br/>
      </w:r>
      <w:r>
        <w:t xml:space="preserve">    (a) mockingly</w:t>
      </w:r>
      <w:r>
        <w:br/>
      </w:r>
      <w:r>
        <w:t xml:space="preserve">    (b) carelessly</w:t>
      </w:r>
      <w:r>
        <w:br/>
      </w:r>
      <w:r>
        <w:t xml:space="preserve">    (c) evilly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loves him.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, she is determined to stop seeing him unless he stops drinking.</w:t>
      </w:r>
      <w:r>
        <w:br/>
      </w:r>
      <w:r>
        <w:t xml:space="preserve">    (a) also</w:t>
      </w:r>
      <w:r>
        <w:br/>
      </w:r>
      <w:r>
        <w:t xml:space="preserve">    (b) despite that</w:t>
      </w:r>
      <w:r>
        <w:br/>
      </w:r>
      <w:r>
        <w:t xml:space="preserve">    (c) in addition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pawn shop</w:t>
      </w:r>
      <w:r>
        <w:rPr>
          <w:b/>
          <w:bCs/>
        </w:rPr>
        <w:t xml:space="preserve"> </w:t>
      </w:r>
      <w:r>
        <w:rPr>
          <w:b/>
          <w:bCs/>
        </w:rPr>
        <w:t xml:space="preserve">wanted to charge too much interest.</w:t>
      </w:r>
      <w:r>
        <w:br/>
      </w:r>
      <w:r>
        <w:t xml:space="preserve">    (a) a lender that holds personal property as collateral</w:t>
      </w:r>
      <w:r>
        <w:br/>
      </w:r>
      <w:r>
        <w:t xml:space="preserve">    (b) a shop that sells household goods via monthly payments</w:t>
      </w:r>
      <w:r>
        <w:br/>
      </w:r>
      <w:r>
        <w:t xml:space="preserve">    (c) a lender that does all business over the internet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thinker.</w:t>
      </w:r>
      <w:r>
        <w:br/>
      </w:r>
      <w:r>
        <w:t xml:space="preserve">    (a) deep</w:t>
      </w:r>
      <w:r>
        <w:br/>
      </w:r>
      <w:r>
        <w:t xml:space="preserve">    (b) shallow</w:t>
      </w:r>
      <w:r>
        <w:br/>
      </w:r>
      <w:r>
        <w:t xml:space="preserve">    (c) quick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spiritual experience that changed her life.</w:t>
      </w:r>
      <w:r>
        <w:br/>
      </w:r>
      <w:r>
        <w:t xml:space="preserve">    (a) traditional</w:t>
      </w:r>
      <w:r>
        <w:br/>
      </w:r>
      <w:r>
        <w:t xml:space="preserve">    (b) common</w:t>
      </w:r>
      <w:r>
        <w:br/>
      </w:r>
      <w:r>
        <w:t xml:space="preserve">    (c) intense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made the bed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sensuous</w:t>
      </w:r>
      <w:r>
        <w:rPr>
          <w:b/>
          <w:bCs/>
        </w:rPr>
        <w:t xml:space="preserve"> </w:t>
      </w:r>
      <w:r>
        <w:rPr>
          <w:b/>
          <w:bCs/>
        </w:rPr>
        <w:t xml:space="preserve">silk sheets.</w:t>
      </w:r>
      <w:r>
        <w:br/>
      </w:r>
      <w:r>
        <w:t xml:space="preserve">    (a) cool to the touch</w:t>
      </w:r>
      <w:r>
        <w:br/>
      </w:r>
      <w:r>
        <w:t xml:space="preserve">    (b) pleasing to touch</w:t>
      </w:r>
      <w:r>
        <w:br/>
      </w:r>
      <w:r>
        <w:t xml:space="preserve">    (c) smooth to the touch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face showed nothing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stolid</w:t>
      </w:r>
      <w:r>
        <w:rPr>
          <w:b/>
          <w:bCs/>
        </w:rPr>
        <w:t xml:space="preserve"> </w:t>
      </w:r>
      <w:r>
        <w:rPr>
          <w:b/>
          <w:bCs/>
        </w:rPr>
        <w:t xml:space="preserve">indifference.</w:t>
      </w:r>
      <w:r>
        <w:br/>
      </w:r>
      <w:r>
        <w:t xml:space="preserve">    (a) confused</w:t>
      </w:r>
      <w:r>
        <w:br/>
      </w:r>
      <w:r>
        <w:t xml:space="preserve">    (b) bitter</w:t>
      </w:r>
      <w:r>
        <w:br/>
      </w:r>
      <w:r>
        <w:t xml:space="preserve">    (c) emotionless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found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sublime</w:t>
      </w:r>
      <w:r>
        <w:rPr>
          <w:b/>
          <w:bCs/>
        </w:rPr>
        <w:t xml:space="preserve"> </w:t>
      </w:r>
      <w:r>
        <w:rPr>
          <w:b/>
          <w:bCs/>
        </w:rPr>
        <w:t xml:space="preserve">seaside bed and breakfast.</w:t>
      </w:r>
      <w:r>
        <w:br/>
      </w:r>
      <w:r>
        <w:t xml:space="preserve">    (a) wonderful</w:t>
      </w:r>
      <w:r>
        <w:br/>
      </w:r>
      <w:r>
        <w:t xml:space="preserve">    (b) old</w:t>
      </w:r>
      <w:r>
        <w:br/>
      </w:r>
      <w:r>
        <w:t xml:space="preserve">    (c) shabby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sublime</w:t>
      </w:r>
      <w:r>
        <w:rPr>
          <w:b/>
          <w:bCs/>
        </w:rPr>
        <w:t xml:space="preserve"> </w:t>
      </w:r>
      <w:r>
        <w:rPr>
          <w:b/>
          <w:bCs/>
        </w:rPr>
        <w:t xml:space="preserve">stubbornness, she refused to see that the project could not succeed.</w:t>
      </w:r>
      <w:r>
        <w:br/>
      </w:r>
      <w:r>
        <w:t xml:space="preserve">    (a) newly developed</w:t>
      </w:r>
      <w:r>
        <w:br/>
      </w:r>
      <w:r>
        <w:t xml:space="preserve">    (b) pure or extreme</w:t>
      </w:r>
      <w:r>
        <w:br/>
      </w:r>
      <w:r>
        <w:t xml:space="preserve">    (c) optimistic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a good eye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subtle</w:t>
      </w:r>
      <w:r>
        <w:rPr>
          <w:b/>
          <w:bCs/>
        </w:rPr>
        <w:t xml:space="preserve"> </w:t>
      </w:r>
      <w:r>
        <w:rPr>
          <w:b/>
          <w:bCs/>
        </w:rPr>
        <w:t xml:space="preserve">differences in color.</w:t>
      </w:r>
      <w:r>
        <w:br/>
      </w:r>
      <w:r>
        <w:t xml:space="preserve">    (a) complementary</w:t>
      </w:r>
      <w:r>
        <w:br/>
      </w:r>
      <w:r>
        <w:t xml:space="preserve">    (b) contrasting</w:t>
      </w:r>
      <w:r>
        <w:br/>
      </w:r>
      <w:r>
        <w:t xml:space="preserve">    (c) minor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clothesline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two trees in the yard.</w:t>
      </w:r>
      <w:r>
        <w:br/>
      </w:r>
      <w:r>
        <w:t xml:space="preserve">    (a) shiny</w:t>
      </w:r>
      <w:r>
        <w:br/>
      </w:r>
      <w:r>
        <w:t xml:space="preserve">    (b) tight</w:t>
      </w:r>
      <w:r>
        <w:br/>
      </w:r>
      <w:r>
        <w:t xml:space="preserve">    (c) noisy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2026-07-31T15:33:38Z</dcterms:created>
  <dcterms:modified xsi:type="dcterms:W3CDTF">2026-07-31T15:33:38Z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