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693d12456f2a8f2a75fb190dc8a7682d0f1f25"/>
    <w:p>
      <w:pPr>
        <w:pStyle w:val="Heading1"/>
      </w:pPr>
      <w:r>
        <w:rPr>
          <w:b/>
          <w:bCs/>
        </w:rPr>
        <w:t xml:space="preserve">Invisible Man</w:t>
      </w:r>
      <w:r>
        <w:br/>
      </w:r>
      <w:r>
        <w:rPr>
          <w:i/>
          <w:iCs/>
        </w:rPr>
        <w:t xml:space="preserve">Ralph Ellison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Like the bodiless heads you see sometimes in circus sideshows, it is as though I have been surrounded by mirrors of hard,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distorting</w:t>
      </w:r>
      <w:r>
        <w:rPr>
          <w:b/>
          <w:bCs/>
        </w:rPr>
        <w:t xml:space="preserve"> </w:t>
      </w:r>
      <w:r>
        <w:rPr>
          <w:b/>
          <w:bCs/>
        </w:rPr>
        <w:t xml:space="preserve">glass.</w:t>
      </w:r>
      <w:r>
        <w:br/>
      </w:r>
      <w:r>
        <w:t xml:space="preserve">    (a) rising and falling pitch; or cheerful and lively</w:t>
      </w:r>
      <w:r>
        <w:br/>
      </w:r>
      <w:r>
        <w:t xml:space="preserve">    (b) is present with at the same time and/or location</w:t>
      </w:r>
      <w:r>
        <w:br/>
      </w:r>
      <w:r>
        <w:t xml:space="preserve">    (c) to alter something in an unnatural or untrue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I know now that few really listen to this music.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accepted their answers too, though they were often in contradiction and even self-</w:t>
      </w:r>
      <w:r>
        <w:rPr>
          <w:b/>
          <w:bCs/>
          <w:u w:val="single"/>
        </w:rPr>
        <w:t xml:space="preserve">contradictory</w:t>
      </w:r>
      <w:r>
        <w:rPr>
          <w:b/>
          <w:bCs/>
        </w:rPr>
        <w:t xml:space="preserve">.</w:t>
      </w:r>
      <w:r>
        <w:br/>
      </w:r>
      <w:r>
        <w:t xml:space="preserve">    (a) relative amount</w:t>
      </w:r>
      <w:r>
        <w:br/>
      </w:r>
      <w:r>
        <w:t xml:space="preserve">    (b) dramatic change</w:t>
      </w:r>
      <w:r>
        <w:br/>
      </w:r>
      <w:r>
        <w:t xml:space="preserve">    (c) in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clarinet was vibrating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sensuously</w:t>
      </w:r>
      <w:r>
        <w:rPr>
          <w:b/>
          <w:bCs/>
        </w:rPr>
        <w:t xml:space="preserve"> </w:t>
      </w:r>
      <w:r>
        <w:rPr>
          <w:b/>
          <w:bCs/>
        </w:rPr>
        <w:t xml:space="preserve">and the men were standing up and moving eagerly forward.</w:t>
      </w:r>
      <w:r>
        <w:br/>
      </w:r>
      <w:r>
        <w:t xml:space="preserve">    (a) in a manner that is loving, but not sexual</w:t>
      </w:r>
      <w:r>
        <w:br/>
      </w:r>
      <w:r>
        <w:t xml:space="preserve">    (b) in a manner that is not aware of something</w:t>
      </w:r>
      <w:r>
        <w:br/>
      </w:r>
      <w:r>
        <w:t xml:space="preserve">    (c) in a way that relates to physical pleasure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stood beneath his photograph with my brief case in hand and smiled triumphantly into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</w:t>
      </w:r>
      <w:r>
        <w:rPr>
          <w:b/>
          <w:bCs/>
        </w:rPr>
        <w:t xml:space="preserve"> </w:t>
      </w:r>
      <w:r>
        <w:rPr>
          <w:b/>
          <w:bCs/>
        </w:rPr>
        <w:t xml:space="preserve">black peasant's face.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having or revealing little emotion -- sometimes indicating qualities of not changing or being dependable</w:t>
      </w:r>
      <w:r>
        <w:br/>
      </w:r>
      <w:r>
        <w:br/>
      </w:r>
      <w:r>
        <w:t xml:space="preserve">or (much more rarely):</w:t>
      </w:r>
      <w:r>
        <w:br/>
      </w:r>
      <w:r>
        <w:br/>
      </w:r>
      <w:r>
        <w:t xml:space="preserve">of an object:  not interesting -- often large and unmoving</w:t>
      </w:r>
      <w:r>
        <w:br/>
      </w:r>
      <w:r>
        <w:t xml:space="preserve">    (c) the quality or degree of being straightforward or clear (sometimes indicating that truth is not worded carefully to spare feelings or gain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it appeared as though they played some vast and complicated game with me and the rest of the school folk, a game whose goal was laughter and whose rules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subtleties</w:t>
      </w:r>
      <w:r>
        <w:rPr>
          <w:b/>
          <w:bCs/>
        </w:rPr>
        <w:t xml:space="preserve"> </w:t>
      </w:r>
      <w:r>
        <w:rPr>
          <w:b/>
          <w:bCs/>
        </w:rPr>
        <w:t xml:space="preserve">I could never grasp.</w:t>
      </w:r>
      <w:r>
        <w:br/>
      </w:r>
      <w:r>
        <w:t xml:space="preserve">    (a) a noticeable red (or brown) discolorations of sea water caused by excessive growth of microscopic algae</w:t>
      </w:r>
      <w:r>
        <w:br/>
      </w:r>
      <w:r>
        <w:t xml:space="preserve">    (b) things said or done that are disrespectful of something considered sacred -- especially God or religion</w:t>
      </w:r>
      <w:r>
        <w:br/>
      </w:r>
      <w:r>
        <w:t xml:space="preserve">    (c) distinctions that are hard to notice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of the glee certain folks at home would feel if I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expelled</w:t>
      </w:r>
      <w:r>
        <w:rPr>
          <w:b/>
          <w:bCs/>
        </w:rPr>
        <w:t xml:space="preserve">.</w:t>
      </w:r>
      <w:r>
        <w:br/>
      </w:r>
      <w:r>
        <w:t xml:space="preserve">    (a) translated</w:t>
      </w:r>
      <w:r>
        <w:br/>
      </w:r>
      <w:r>
        <w:t xml:space="preserve">    (b) forced out</w:t>
      </w:r>
      <w:r>
        <w:br/>
      </w:r>
      <w:r>
        <w:t xml:space="preserve">    (c) subtracted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dozen white-gloved hands waiting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 </w:t>
      </w:r>
      <w:r>
        <w:rPr>
          <w:b/>
          <w:bCs/>
        </w:rPr>
        <w:t xml:space="preserve">upon the silken ropes.</w:t>
      </w:r>
      <w:r>
        <w:br/>
      </w:r>
      <w:r>
        <w:t xml:space="preserve">    (a) pulled or drawn tight;</w:t>
      </w:r>
      <w:r>
        <w:br/>
      </w:r>
      <w:r>
        <w:t xml:space="preserve">or: subjected to great tension</w:t>
      </w:r>
      <w:r>
        <w:br/>
      </w:r>
      <w:r>
        <w:t xml:space="preserve">    (b) relating to logical examination to improve understanding</w:t>
      </w:r>
      <w:r>
        <w:br/>
      </w:r>
      <w:r>
        <w:t xml:space="preserve">    (c) the state or degree of being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For, despite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anguish</w:t>
      </w:r>
      <w:r>
        <w:rPr>
          <w:b/>
          <w:bCs/>
        </w:rPr>
        <w:t xml:space="preserve"> </w:t>
      </w:r>
      <w:r>
        <w:rPr>
          <w:b/>
          <w:bCs/>
        </w:rPr>
        <w:t xml:space="preserve">and anger, I knew of no other way of living,</w:t>
      </w:r>
      <w:r>
        <w:br/>
      </w:r>
      <w:r>
        <w:t xml:space="preserve">    (a) extreme pain, suffering, or distress</w:t>
      </w:r>
      <w:r>
        <w:br/>
      </w:r>
      <w:r>
        <w:t xml:space="preserve">    (b) extreme introversion</w:t>
      </w:r>
      <w:r>
        <w:br/>
      </w:r>
      <w:r>
        <w:t xml:space="preserve">    (c) extreme depression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Somehow I felt that Bledsoe and Norton were behind it, and all day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inhibited</w:t>
      </w:r>
      <w:r>
        <w:rPr>
          <w:b/>
          <w:bCs/>
        </w:rPr>
        <w:t xml:space="preserve"> </w:t>
      </w:r>
      <w:r>
        <w:rPr>
          <w:b/>
          <w:bCs/>
        </w:rPr>
        <w:t xml:space="preserve">in both speech and conduct, for fear that I might say or do something scandalous.</w:t>
      </w:r>
      <w:r>
        <w:br/>
      </w:r>
      <w:r>
        <w:t xml:space="preserve">    (a) limited</w:t>
      </w:r>
      <w:r>
        <w:br/>
      </w:r>
      <w:r>
        <w:t xml:space="preserve">    (b) governed</w:t>
      </w:r>
      <w:r>
        <w:br/>
      </w:r>
      <w:r>
        <w:t xml:space="preserve">    (c) encouraged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Heretofore all the campus gossip had seemed merely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malicious</w:t>
      </w:r>
      <w:r>
        <w:rPr>
          <w:b/>
          <w:bCs/>
        </w:rPr>
        <w:t xml:space="preserve"> </w:t>
      </w:r>
      <w:r>
        <w:rPr>
          <w:b/>
          <w:bCs/>
        </w:rPr>
        <w:t xml:space="preserve">and disrespectful; now I could see the advantage for Dr. Bledsoe.</w:t>
      </w:r>
      <w:r>
        <w:br/>
      </w:r>
      <w:r>
        <w:t xml:space="preserve">    (a) exceedingly important, serious, or dangerous</w:t>
      </w:r>
      <w:r>
        <w:br/>
      </w:r>
      <w:r>
        <w:t xml:space="preserve">    (b) designed to be useful; or capable of working</w:t>
      </w:r>
      <w:r>
        <w:br/>
      </w:r>
      <w:r>
        <w:t xml:space="preserve">    (c) the intention or desire to see others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were legally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evicted</w:t>
      </w:r>
      <w:r>
        <w:rPr>
          <w:b/>
          <w:bCs/>
        </w:rPr>
        <w:t xml:space="preserve">.</w:t>
      </w:r>
      <w:r>
        <w:br/>
      </w:r>
      <w:r>
        <w:t xml:space="preserve">    (a) did in a particular way</w:t>
      </w:r>
      <w:r>
        <w:br/>
      </w:r>
      <w:r>
        <w:t xml:space="preserve">    (b) forced to move from your home</w:t>
      </w:r>
      <w:r>
        <w:br/>
      </w:r>
      <w:r>
        <w:t xml:space="preserve">    (c) requested or challenged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district offices were located in a converted church structure, the main floor of which was occupied by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pawn shop</w:t>
      </w:r>
      <w:r>
        <w:rPr>
          <w:b/>
          <w:bCs/>
        </w:rPr>
        <w:t xml:space="preserve">, its window crammed with loot that gleamed dully in the darkened street.</w:t>
      </w:r>
      <w:r>
        <w:br/>
      </w:r>
      <w:r>
        <w:t xml:space="preserve">    (a) the amount of money paid as earnings for each share of stock (usually paid quarterly)</w:t>
      </w:r>
      <w:r>
        <w:br/>
      </w:r>
      <w:r>
        <w:t xml:space="preserve">    (b) a shop that offers loans to individuals who use their personal property as collateral</w:t>
      </w:r>
      <w:r>
        <w:br/>
      </w:r>
      <w:r>
        <w:t xml:space="preserve">    (c) a substance that stimulates the production of antibodies to protect against a disease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respect</w:t>
      </w:r>
      <w:r>
        <w:br/>
      </w:r>
      <w:r>
        <w:t xml:space="preserve">    (a) of great intensity</w:t>
      </w:r>
      <w:r>
        <w:br/>
      </w:r>
      <w:r>
        <w:t xml:space="preserve">    (b) lacking a tendency to be full of thought</w:t>
      </w:r>
      <w:r>
        <w:br/>
      </w:r>
      <w:r>
        <w:t xml:space="preserve">    (c) without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conclusions were they drawing?</w:t>
      </w:r>
      <w:r>
        <w:br/>
      </w:r>
      <w:r>
        <w:t xml:space="preserve">    (a) foolish or showing ignorance of important circumstances</w:t>
      </w:r>
      <w:r>
        <w:br/>
      </w:r>
      <w:r>
        <w:t xml:space="preserve">    (b) quick or efficient</w:t>
      </w:r>
      <w:r>
        <w:br/>
      </w:r>
      <w:r>
        <w:t xml:space="preserve">    (c) deep or far-reaching in intellect or insight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ambition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integrity</w:t>
      </w:r>
      <w:r>
        <w:rPr>
          <w:b/>
          <w:bCs/>
        </w:rPr>
        <w:t xml:space="preserve"> </w:t>
      </w:r>
      <w:r>
        <w:rPr>
          <w:b/>
          <w:bCs/>
        </w:rPr>
        <w:t xml:space="preserve">were nothing to them</w:t>
      </w:r>
      <w:r>
        <w:br/>
      </w:r>
      <w:r>
        <w:t xml:space="preserve">    (a) having strong moral principles</w:t>
      </w:r>
      <w:r>
        <w:br/>
      </w:r>
      <w:r>
        <w:t xml:space="preserve">    (b) support</w:t>
      </w:r>
      <w:r>
        <w:br/>
      </w:r>
      <w:r>
        <w:t xml:space="preserve">    (c) evidence collection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denounced</w:t>
      </w:r>
      <w:r>
        <w:rPr>
          <w:b/>
          <w:bCs/>
        </w:rPr>
        <w:t xml:space="preserve"> </w:t>
      </w:r>
      <w:r>
        <w:rPr>
          <w:b/>
          <w:bCs/>
        </w:rPr>
        <w:t xml:space="preserve">the American scene as corrupt and degenerate,</w:t>
      </w:r>
      <w:r>
        <w:br/>
      </w:r>
      <w:r>
        <w:t xml:space="preserve">    (a) thought of something as true or likely, even though it was not known with certainty</w:t>
      </w:r>
      <w:r>
        <w:br/>
      </w:r>
      <w:r>
        <w:t xml:space="preserve">    (b) strongly and publicly criticized</w:t>
      </w:r>
      <w:r>
        <w:br/>
      </w:r>
      <w:r>
        <w:t xml:space="preserve">    (c) paused to change how something is done -- often while reducing the use of resources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 she calling me beautiful or boogieful, beautiful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….</w:t>
      </w:r>
      <w:r>
        <w:br/>
      </w:r>
      <w:r>
        <w:t xml:space="preserve">    (a) impressively wonderful</w:t>
      </w:r>
      <w:r>
        <w:br/>
      </w:r>
      <w:r>
        <w:t xml:space="preserve">    (b) create dramatic change</w:t>
      </w:r>
      <w:r>
        <w:br/>
      </w:r>
      <w:r>
        <w:t xml:space="preserve">    (c) mirror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indeed, the world is just as concrete, ornery, vile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sublimely</w:t>
      </w:r>
      <w:r>
        <w:rPr>
          <w:b/>
          <w:bCs/>
        </w:rPr>
        <w:t xml:space="preserve"> </w:t>
      </w:r>
      <w:r>
        <w:rPr>
          <w:b/>
          <w:bCs/>
        </w:rPr>
        <w:t xml:space="preserve">wonderful as before, only now I better understand my relation to it and it to me.</w:t>
      </w:r>
      <w:r>
        <w:br/>
      </w:r>
      <w:r>
        <w:t xml:space="preserve">    (a) with steadiness</w:t>
      </w:r>
      <w:r>
        <w:br/>
      </w:r>
      <w:r>
        <w:t xml:space="preserve">    (b) done on purpose</w:t>
      </w:r>
      <w:r>
        <w:br/>
      </w:r>
      <w:r>
        <w:t xml:space="preserve">    (c) extremely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no words and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eloquence</w:t>
      </w:r>
      <w:r>
        <w:rPr>
          <w:b/>
          <w:bCs/>
        </w:rPr>
        <w:t xml:space="preserve">, and when Ras thundered, "Hang him!" I stood there facing them, and it seemed unreal.</w:t>
      </w:r>
      <w:r>
        <w:br/>
      </w:r>
      <w:r>
        <w:t xml:space="preserve">    (a) lowering moral standards</w:t>
      </w:r>
      <w:r>
        <w:br/>
      </w:r>
      <w:r>
        <w:t xml:space="preserve">    (b) changing or not reliable</w:t>
      </w:r>
      <w:r>
        <w:br/>
      </w:r>
      <w:r>
        <w:t xml:space="preserve">    (c) powerful use of language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2026-05-20T02:07:05Z</dcterms:created>
  <dcterms:modified xsi:type="dcterms:W3CDTF">2026-05-20T02:07:05Z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