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62308022810e613e66bae78f85f942f5f1ae3b"/>
    <w:p>
      <w:pPr>
        <w:pStyle w:val="Heading1"/>
      </w:pPr>
      <w:r>
        <w:rPr>
          <w:b/>
          <w:bCs/>
        </w:rPr>
        <w:t xml:space="preserve">Invisible Man</w:t>
      </w:r>
      <w:r>
        <w:br/>
      </w:r>
      <w:r>
        <w:rPr>
          <w:i/>
          <w:iCs/>
        </w:rPr>
        <w:t xml:space="preserve">Ralph Ellison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under the spell of the reefer I discovered a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analytical</w:t>
      </w:r>
      <w:r>
        <w:rPr>
          <w:b/>
          <w:bCs/>
        </w:rPr>
        <w:t xml:space="preserve"> </w:t>
      </w:r>
      <w:r>
        <w:rPr>
          <w:b/>
          <w:bCs/>
        </w:rPr>
        <w:t xml:space="preserve">way of listening to music.</w:t>
      </w:r>
      <w:r>
        <w:br/>
      </w:r>
      <w:r>
        <w:t xml:space="preserve">    (a) the state or degree of being pessimistic or disagreeable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related to the natural world (life, air, water, land...)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led out of the elevator through a rococo hall into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anteroom</w:t>
      </w:r>
      <w:r>
        <w:rPr>
          <w:b/>
          <w:bCs/>
        </w:rPr>
        <w:t xml:space="preserve"> </w:t>
      </w:r>
      <w:r>
        <w:rPr>
          <w:b/>
          <w:bCs/>
        </w:rPr>
        <w:t xml:space="preserve">and told to get into our fighting togs.</w:t>
      </w:r>
      <w:r>
        <w:br/>
      </w:r>
      <w:r>
        <w:t xml:space="preserve">    (a) dense, rainy forest with many species</w:t>
      </w:r>
      <w:r>
        <w:br/>
      </w:r>
      <w:r>
        <w:t xml:space="preserve">    (b) island (that is made of a coral reef)</w:t>
      </w:r>
      <w:r>
        <w:br/>
      </w:r>
      <w:r>
        <w:t xml:space="preserve">    (c) a room leading to a larger or more important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would be canceled,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perforated</w:t>
      </w:r>
      <w:r>
        <w:rPr>
          <w:b/>
          <w:bCs/>
        </w:rPr>
        <w:t xml:space="preserve">, voided, become the recognized magnet attracting loose screws.</w:t>
      </w:r>
      <w:r>
        <w:br/>
      </w:r>
      <w:r>
        <w:t xml:space="preserve">    (a) made different; or showed difference</w:t>
      </w:r>
      <w:r>
        <w:br/>
      </w:r>
      <w:r>
        <w:t xml:space="preserve">    (b) interacted again or interested again</w:t>
      </w:r>
      <w:r>
        <w:br/>
      </w:r>
      <w:r>
        <w:t xml:space="preserve">    (c) to make a hole or holes in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you he is a mark on the score-card of your achievement, a thing and not a man; a child, or even less-a black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amorphous</w:t>
      </w:r>
      <w:r>
        <w:rPr>
          <w:b/>
          <w:bCs/>
        </w:rPr>
        <w:t xml:space="preserve"> </w:t>
      </w:r>
      <w:r>
        <w:rPr>
          <w:b/>
          <w:bCs/>
        </w:rPr>
        <w:t xml:space="preserve">thing.</w:t>
      </w:r>
      <w:r>
        <w:br/>
      </w:r>
      <w:r>
        <w:t xml:space="preserve">    (a) degree to which things are related</w:t>
      </w:r>
      <w:r>
        <w:br/>
      </w:r>
      <w:r>
        <w:t xml:space="preserve">    (b) without clearly defined boundaries</w:t>
      </w:r>
      <w:r>
        <w:br/>
      </w:r>
      <w:r>
        <w:t xml:space="preserve">    (c) not connected by blood or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Above a spacious fireplace an oil portrait of the Founder looked down at me remotely, benign, sad, and in that hot instant, profoundly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disillusioned</w:t>
      </w:r>
      <w:r>
        <w:rPr>
          <w:b/>
          <w:bCs/>
        </w:rPr>
        <w:t xml:space="preserve">.</w:t>
      </w:r>
      <w:r>
        <w:br/>
      </w:r>
      <w:r>
        <w:t xml:space="preserve">    (a) treated something in an educated, intellectual way -- often excluding emotional or practical considerations</w:t>
      </w:r>
      <w:r>
        <w:br/>
      </w:r>
      <w:r>
        <w:t xml:space="preserve">    (b) roughly calculated or guessed (based on incomplete information) a value, quantity, or extent of something</w:t>
      </w:r>
      <w:r>
        <w:br/>
      </w:r>
      <w:r>
        <w:t xml:space="preserve">    (c) disappointed from losing false belief that something is better than it is; or the removal of such a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you recall how you plunged with the Founder, the Leader, deep into the black art of escape, guided at first, indeed,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initiated</w:t>
      </w:r>
      <w:r>
        <w:rPr>
          <w:b/>
          <w:bCs/>
        </w:rPr>
        <w:t xml:space="preserve">, by the seemingly demented one who had learned his craft in slavery.</w:t>
      </w:r>
      <w:r>
        <w:br/>
      </w:r>
      <w:r>
        <w:t xml:space="preserve">    (a) translated</w:t>
      </w:r>
      <w:r>
        <w:br/>
      </w:r>
      <w:r>
        <w:t xml:space="preserve">    (b) introduced (to an area of knowledge)</w:t>
      </w:r>
      <w:r>
        <w:br/>
      </w:r>
      <w:r>
        <w:t xml:space="preserve">    (c) subtracted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stood in the blackness and when they came with their baying hounds they thought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demented</w:t>
      </w:r>
      <w:r>
        <w:rPr>
          <w:b/>
          <w:bCs/>
        </w:rPr>
        <w:t xml:space="preserve">.</w:t>
      </w:r>
      <w:r>
        <w:br/>
      </w:r>
      <w:r>
        <w:t xml:space="preserve">    (a)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(b) the quality of holding something back or holding others down through oppression</w:t>
      </w:r>
      <w:r>
        <w:br/>
      </w:r>
      <w:r>
        <w:t xml:space="preserve">    (c) acting crazy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suffering from cognitive dementia (mental deterioration)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lonesome hole banked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flowers.</w:t>
      </w:r>
      <w:r>
        <w:br/>
      </w:r>
      <w:r>
        <w:t xml:space="preserve">    (a) sharp or intense</w:t>
      </w:r>
      <w:r>
        <w:br/>
      </w:r>
      <w:r>
        <w:t xml:space="preserve">    (b) likely to change</w:t>
      </w:r>
      <w:r>
        <w:br/>
      </w:r>
      <w:r>
        <w:t xml:space="preserve">    (c) able to be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alone and I thought, Well, at least I'm not too early ...."Good morning," she said, betraying none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I had expected.</w:t>
      </w:r>
      <w:r>
        <w:br/>
      </w:r>
      <w:r>
        <w:t xml:space="preserve">    (a) kindness</w:t>
      </w:r>
      <w:r>
        <w:br/>
      </w:r>
      <w:r>
        <w:t xml:space="preserve">    (b) positive attitude</w:t>
      </w:r>
      <w:r>
        <w:br/>
      </w:r>
      <w:r>
        <w:t xml:space="preserve">    (c) hostility or opposition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thoroughly mysterious coming and going, like the surging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torpid</w:t>
      </w:r>
      <w:r>
        <w:rPr>
          <w:b/>
          <w:bCs/>
        </w:rPr>
        <w:t xml:space="preserve"> </w:t>
      </w:r>
      <w:r>
        <w:rPr>
          <w:b/>
          <w:bCs/>
        </w:rPr>
        <w:t xml:space="preserve">tides.</w:t>
      </w:r>
      <w:r>
        <w:br/>
      </w:r>
      <w:r>
        <w:t xml:space="preserve">    (a) having two or more sounds (phonetic values) such as the letter "a" in</w:t>
      </w:r>
      <w:r>
        <w:t xml:space="preserve"> </w:t>
      </w:r>
      <w:r>
        <w:rPr>
          <w:i/>
          <w:iCs/>
        </w:rPr>
        <w:t xml:space="preserve">cat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date</w:t>
      </w:r>
      <w:r>
        <w:br/>
      </w:r>
      <w:r>
        <w:t xml:space="preserve">    (b) the state or degree of being clear, easily noticed, and/or identifiable as different or separate</w:t>
      </w:r>
      <w:r>
        <w:br/>
      </w:r>
      <w:r>
        <w:t xml:space="preserve">    (c) inactive or sluggish -- either from low energy or in a natural resting state such as hibernation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"And now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palaver</w:t>
      </w:r>
      <w:r>
        <w:rPr>
          <w:b/>
          <w:bCs/>
        </w:rPr>
        <w:t xml:space="preserve"> </w:t>
      </w:r>
      <w:r>
        <w:rPr>
          <w:b/>
          <w:bCs/>
        </w:rPr>
        <w:t xml:space="preserve">is finished," I said.</w:t>
      </w:r>
      <w:r>
        <w:br/>
      </w:r>
      <w:r>
        <w:t xml:space="preserve">    (a) quit</w:t>
      </w:r>
      <w:r>
        <w:br/>
      </w:r>
      <w:r>
        <w:t xml:space="preserve">    (b) talk</w:t>
      </w:r>
      <w:r>
        <w:br/>
      </w:r>
      <w:r>
        <w:t xml:space="preserve">    (c) draw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most painful position, for at the same time, Mary reminded me constantly that something was expected of me, some act of leadership, some newsworthy achievement; and I was torn between resenting her for it and loving her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nebulous</w:t>
      </w:r>
      <w:r>
        <w:rPr>
          <w:b/>
          <w:bCs/>
        </w:rPr>
        <w:t xml:space="preserve"> </w:t>
      </w:r>
      <w:r>
        <w:rPr>
          <w:b/>
          <w:bCs/>
        </w:rPr>
        <w:t xml:space="preserve">hope she kept alive.</w:t>
      </w:r>
      <w:r>
        <w:br/>
      </w:r>
      <w:r>
        <w:t xml:space="preserve">    (a) the condition of being different</w:t>
      </w:r>
      <w:r>
        <w:br/>
      </w:r>
      <w:r>
        <w:t xml:space="preserve">    (b) indicating approval or agreement</w:t>
      </w:r>
      <w:r>
        <w:br/>
      </w:r>
      <w:r>
        <w:t xml:space="preserve">    (c) unclear or lacking definite form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with this sense of dispossession came a pang of vague recognition: this junk, these shabby chairs, these heavy, old-fashioned pressing irons, zinc wash tubs with dented bottoms-all throbbed within me with more meaning than there should have been: And why did I, standing in the crowd, see like a vision my mother hanging wash on a cold windy day, so cold that the warm clothes froze even before the vapor thinned and hung stiff on the line, and her hands white and raw in the skirt-swirling wind and her gray head bare to the darkened sky-why were they causing me discomfort so far beyond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intrinsic</w:t>
      </w:r>
      <w:r>
        <w:rPr>
          <w:b/>
          <w:bCs/>
        </w:rPr>
        <w:t xml:space="preserve"> </w:t>
      </w:r>
      <w:r>
        <w:rPr>
          <w:b/>
          <w:bCs/>
        </w:rPr>
        <w:t xml:space="preserve">meaning as objects?</w:t>
      </w:r>
      <w:r>
        <w:br/>
      </w:r>
      <w:r>
        <w:t xml:space="preserve">    (a) the state or degree of being very large</w:t>
      </w:r>
      <w:r>
        <w:br/>
      </w:r>
      <w:r>
        <w:t xml:space="preserve">    (b) meticulousness (care for small details)</w:t>
      </w:r>
      <w:r>
        <w:br/>
      </w:r>
      <w:r>
        <w:t xml:space="preserve">    (c) belonging to a thing by its very nature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always threatened internal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br/>
      </w:r>
      <w:r>
        <w:t xml:space="preserve">    (a) conflict</w:t>
      </w:r>
      <w:r>
        <w:br/>
      </w:r>
      <w:r>
        <w:t xml:space="preserve">    (b) design based on alphabetic letters; or adding such a design to something</w:t>
      </w:r>
      <w:r>
        <w:br/>
      </w:r>
      <w:r>
        <w:t xml:space="preserve">    (c) characterized by narrower parallel folds when closed and wider when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white brothers looked uncomfortable and some of the Harlem brothers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belligerent</w:t>
      </w:r>
      <w:r>
        <w:rPr>
          <w:b/>
          <w:bCs/>
        </w:rPr>
        <w:t xml:space="preserve">.</w:t>
      </w:r>
      <w:r>
        <w:br/>
      </w:r>
      <w:r>
        <w:t xml:space="preserve">    (a) (adjective) designed to stop something  OR  (noun) something that stops something else</w:t>
      </w:r>
      <w:r>
        <w:br/>
      </w:r>
      <w:r>
        <w:t xml:space="preserve">    (b) hostile (eager to fight)</w:t>
      </w:r>
      <w:r>
        <w:br/>
      </w:r>
      <w:r>
        <w:t xml:space="preserve">    (c) related to intelligence -- such as requiring, appealing to, or possessing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Brothers, this man is a-a-</w:t>
      </w:r>
      <w:r>
        <w:rPr>
          <w:b/>
          <w:bCs/>
          <w:u w:val="single"/>
        </w:rPr>
        <w:t xml:space="preserve">opportunist</w:t>
      </w:r>
      <w:r>
        <w:rPr>
          <w:b/>
          <w:bCs/>
        </w:rPr>
        <w:t xml:space="preserve">!</w:t>
      </w:r>
      <w:r>
        <w:br/>
      </w:r>
      <w:r>
        <w:t xml:space="preserve">    (a) a lender who makes loans to a borrower who has pledged property as collateral</w:t>
      </w:r>
      <w:r>
        <w:br/>
      </w:r>
      <w:r>
        <w:t xml:space="preserve">    (b) someone who provides evidence of something -- especially oral evidence in court</w:t>
      </w:r>
      <w:r>
        <w:br/>
      </w:r>
      <w:r>
        <w:t xml:space="preserve">    (c) someone who takes advantage of unplanned circumstances -- possibly unethically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don't waste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 </w:t>
      </w:r>
      <w:r>
        <w:rPr>
          <w:b/>
          <w:bCs/>
        </w:rPr>
        <w:t xml:space="preserve">questions.</w:t>
      </w:r>
      <w:r>
        <w:br/>
      </w:r>
      <w:r>
        <w:t xml:space="preserve">    (a) without purpose, job, or natural activity</w:t>
      </w:r>
      <w:r>
        <w:br/>
      </w:r>
      <w:r>
        <w:t xml:space="preserve">    (b) more than is needed, desired, or required</w:t>
      </w:r>
      <w:r>
        <w:br/>
      </w:r>
      <w:r>
        <w:t xml:space="preserve">    (c) the quality of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 this the only true history of the times, a mood blared by trumpets, trombones, saxophones and drums, a song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turgid</w:t>
      </w:r>
      <w:r>
        <w:rPr>
          <w:b/>
          <w:bCs/>
        </w:rPr>
        <w:t xml:space="preserve">, inadequate words?</w:t>
      </w:r>
      <w:r>
        <w:br/>
      </w:r>
      <w:r>
        <w:t xml:space="preserve">    (a) swollen or bloated -- either physically or in a figurative sense, such as overly complicated or pompous language</w:t>
      </w:r>
      <w:r>
        <w:br/>
      </w:r>
      <w:r>
        <w:t xml:space="preserve">    (b) working against psychosis (any severe mental disorder in which contact with reality is lost or highly distorted)</w:t>
      </w:r>
      <w:r>
        <w:br/>
      </w:r>
      <w:r>
        <w:t xml:space="preserve">    (c) relating to an economic system that abolishes private ownership of property with the goal of a classless society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voice rose and fell in a rhythmical, dreamlike recital-part enumeration of earthly trials undergone by the congregation, part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rapt</w:t>
      </w:r>
      <w:r>
        <w:rPr>
          <w:b/>
          <w:bCs/>
        </w:rPr>
        <w:t xml:space="preserve"> </w:t>
      </w:r>
      <w:r>
        <w:rPr>
          <w:b/>
          <w:bCs/>
        </w:rPr>
        <w:t xml:space="preserve">display of vocal virtuosity, part appeal to God.</w:t>
      </w:r>
      <w:r>
        <w:br/>
      </w:r>
      <w:r>
        <w:t xml:space="preserve">    (a) noisy and unrestrained</w:t>
      </w:r>
      <w:r>
        <w:br/>
      </w:r>
      <w:r>
        <w:t xml:space="preserve">    (b) accidental or unintentional</w:t>
      </w:r>
      <w:r>
        <w:br/>
      </w:r>
      <w:r>
        <w:t xml:space="preserve">    (c) filled with pleasure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"Shhh, be quiet," I said, "that's no way to act when you're being —" and she raised her lips for more and I kissed her again and calmed her and she dozed off and I decided again to end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farce</w:t>
      </w:r>
      <w:r>
        <w:rPr>
          <w:b/>
          <w:bCs/>
        </w:rPr>
        <w:t xml:space="preserve">.</w:t>
      </w:r>
      <w:r>
        <w:br/>
      </w:r>
      <w:r>
        <w:t xml:space="preserve">    (a) a ridiculous, exaggerated situation too absurd to be taken seriously; or a type of comedy that relies on absurd humor, using physical slapstick, unlikely situations, and deliberate misunderstandings</w:t>
      </w:r>
      <w:r>
        <w:br/>
      </w:r>
      <w:r>
        <w:t xml:space="preserve">    (b) (verb) to intentionally anger, challenge, or upset someone -- especially by mocking them or hurling insults  OR  (noun) an insult or other action intended to anger, challenge, or upset someone</w:t>
      </w:r>
      <w:r>
        <w:br/>
      </w:r>
      <w:r>
        <w:t xml:space="preserve">    (c) treat in a manner that demonstrates a sense of superiority, but is supposed to seem kind  OR  the actions of a patron (to support someone or something; or to be a customer)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2026-07-31T15:33:39Z</dcterms:created>
  <dcterms:modified xsi:type="dcterms:W3CDTF">2026-07-31T15:33:39Z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