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c03372aba3e58bf318e425bbc27e0d388bc1cb9"/>
    <w:p>
      <w:pPr>
        <w:pStyle w:val="Heading1"/>
      </w:pPr>
      <w:r>
        <w:rPr>
          <w:b/>
          <w:bCs/>
        </w:rPr>
        <w:t xml:space="preserve">Into the Wild</w:t>
      </w:r>
      <w:r>
        <w:br/>
      </w:r>
      <w:r>
        <w:rPr>
          <w:i/>
          <w:iCs/>
        </w:rPr>
        <w:t xml:space="preserve">Jon Krakauer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Will you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accompany</w:t>
      </w:r>
      <w:r>
        <w:rPr>
          <w:b/>
          <w:bCs/>
        </w:rPr>
        <w:t xml:space="preserve"> </w:t>
      </w:r>
      <w:r>
        <w:rPr>
          <w:b/>
          <w:bCs/>
        </w:rPr>
        <w:t xml:space="preserve">her to the party?</w:t>
      </w:r>
      <w:r>
        <w:br/>
      </w:r>
      <w:r>
        <w:t xml:space="preserve">    (a) precede</w:t>
      </w:r>
      <w:r>
        <w:br/>
      </w:r>
      <w:r>
        <w:t xml:space="preserve">    (b) go with</w:t>
      </w:r>
      <w:r>
        <w:br/>
      </w:r>
      <w:r>
        <w:t xml:space="preserve">    (c) follow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exact numbers are shown in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accompanying</w:t>
      </w:r>
      <w:r>
        <w:rPr>
          <w:b/>
          <w:bCs/>
        </w:rPr>
        <w:t xml:space="preserve"> </w:t>
      </w:r>
      <w:r>
        <w:rPr>
          <w:b/>
          <w:bCs/>
        </w:rPr>
        <w:t xml:space="preserve">table.</w:t>
      </w:r>
      <w:r>
        <w:br/>
      </w:r>
      <w:r>
        <w:t xml:space="preserve">    (a) provided together</w:t>
      </w:r>
      <w:r>
        <w:br/>
      </w:r>
      <w:r>
        <w:t xml:space="preserve">    (b) previously published</w:t>
      </w:r>
      <w:r>
        <w:br/>
      </w:r>
      <w:r>
        <w:t xml:space="preserve">    (c) informative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Anyone who plays a musical instrument is encouraged to come to tryouts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accompany</w:t>
      </w:r>
      <w:r>
        <w:rPr>
          <w:b/>
          <w:bCs/>
        </w:rPr>
        <w:t xml:space="preserve"> </w:t>
      </w:r>
      <w:r>
        <w:rPr>
          <w:b/>
          <w:bCs/>
        </w:rPr>
        <w:t xml:space="preserve">the choir.</w:t>
      </w:r>
      <w:r>
        <w:br/>
      </w:r>
      <w:r>
        <w:t xml:space="preserve">    (a) perform with</w:t>
      </w:r>
      <w:r>
        <w:br/>
      </w:r>
      <w:r>
        <w:t xml:space="preserve">    (b) help evaluate</w:t>
      </w:r>
      <w:r>
        <w:br/>
      </w:r>
      <w:r>
        <w:t xml:space="preserve">    (c) enjoy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need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approach</w:t>
      </w:r>
      <w:r>
        <w:rPr>
          <w:b/>
          <w:bCs/>
        </w:rPr>
        <w:t xml:space="preserve"> </w:t>
      </w:r>
      <w:r>
        <w:rPr>
          <w:b/>
          <w:bCs/>
        </w:rPr>
        <w:t xml:space="preserve">this problem in a new way.</w:t>
      </w:r>
      <w:r>
        <w:br/>
      </w:r>
      <w:r>
        <w:t xml:space="preserve">    (a) avoid</w:t>
      </w:r>
      <w:r>
        <w:br/>
      </w:r>
      <w:r>
        <w:t xml:space="preserve">    (b) assign</w:t>
      </w:r>
      <w:r>
        <w:br/>
      </w:r>
      <w:r>
        <w:t xml:space="preserve">    (c) think about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approached</w:t>
      </w:r>
      <w:r>
        <w:rPr>
          <w:b/>
          <w:bCs/>
        </w:rPr>
        <w:t xml:space="preserve"> </w:t>
      </w:r>
      <w:r>
        <w:rPr>
          <w:b/>
          <w:bCs/>
        </w:rPr>
        <w:t xml:space="preserve">three bankers about a loan.</w:t>
      </w:r>
      <w:r>
        <w:br/>
      </w:r>
      <w:r>
        <w:t xml:space="preserve">    (a) avoided</w:t>
      </w:r>
      <w:r>
        <w:br/>
      </w:r>
      <w:r>
        <w:t xml:space="preserve">    (b) asked</w:t>
      </w:r>
      <w:r>
        <w:br/>
      </w:r>
      <w:r>
        <w:t xml:space="preserve">    (c) complained to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job prospects are hindered 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consequence</w:t>
      </w:r>
      <w:r>
        <w:rPr>
          <w:b/>
          <w:bCs/>
        </w:rPr>
        <w:t xml:space="preserve"> </w:t>
      </w:r>
      <w:r>
        <w:rPr>
          <w:b/>
          <w:bCs/>
        </w:rPr>
        <w:t xml:space="preserve">of the conviction.</w:t>
      </w:r>
      <w:r>
        <w:br/>
      </w:r>
      <w:r>
        <w:t xml:space="preserve">    (a) unimportant part</w:t>
      </w:r>
      <w:r>
        <w:br/>
      </w:r>
      <w:r>
        <w:t xml:space="preserve">    (b) result</w:t>
      </w:r>
      <w:r>
        <w:br/>
      </w:r>
      <w:r>
        <w:t xml:space="preserve">    (c) important part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the 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consequential</w:t>
      </w:r>
      <w:r>
        <w:rPr>
          <w:b/>
          <w:bCs/>
        </w:rPr>
        <w:t xml:space="preserve"> </w:t>
      </w:r>
      <w:r>
        <w:rPr>
          <w:b/>
          <w:bCs/>
        </w:rPr>
        <w:t xml:space="preserve">tax legislation in decades.</w:t>
      </w:r>
      <w:r>
        <w:br/>
      </w:r>
      <w:r>
        <w:t xml:space="preserve">    (a) unethical</w:t>
      </w:r>
      <w:r>
        <w:br/>
      </w:r>
      <w:r>
        <w:t xml:space="preserve">    (b) important</w:t>
      </w:r>
      <w:r>
        <w:br/>
      </w:r>
      <w:r>
        <w:t xml:space="preserve">    (c) harmful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 either of you have copies of your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correspondence</w:t>
      </w:r>
      <w:r>
        <w:rPr>
          <w:b/>
          <w:bCs/>
        </w:rPr>
        <w:t xml:space="preserve">?</w:t>
      </w:r>
      <w:r>
        <w:br/>
      </w:r>
      <w:r>
        <w:t xml:space="preserve">    (a) letters or emails</w:t>
      </w:r>
      <w:r>
        <w:br/>
      </w:r>
      <w:r>
        <w:t xml:space="preserve">    (b) instructions</w:t>
      </w:r>
      <w:r>
        <w:br/>
      </w:r>
      <w:r>
        <w:t xml:space="preserve">    (c) pictures or drawings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correspondent</w:t>
      </w:r>
      <w:r>
        <w:rPr>
          <w:b/>
          <w:bCs/>
        </w:rPr>
        <w:t xml:space="preserve"> </w:t>
      </w:r>
      <w:r>
        <w:rPr>
          <w:b/>
          <w:bCs/>
        </w:rPr>
        <w:t xml:space="preserve">in Iran was kidnapped.</w:t>
      </w:r>
      <w:r>
        <w:br/>
      </w:r>
      <w:r>
        <w:t xml:space="preserve">    (a) reporter</w:t>
      </w:r>
      <w:r>
        <w:br/>
      </w:r>
      <w:r>
        <w:t xml:space="preserve">    (b) witness</w:t>
      </w:r>
      <w:r>
        <w:br/>
      </w:r>
      <w:r>
        <w:t xml:space="preserve">    (c) worker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Which word choice would help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establish</w:t>
      </w:r>
      <w:r>
        <w:rPr>
          <w:b/>
          <w:bCs/>
        </w:rPr>
        <w:t xml:space="preserve"> </w:t>
      </w:r>
      <w:r>
        <w:rPr>
          <w:b/>
          <w:bCs/>
        </w:rPr>
        <w:t xml:space="preserve">a serious tone.</w:t>
      </w:r>
      <w:r>
        <w:br/>
      </w:r>
      <w:r>
        <w:t xml:space="preserve">    (a) avoid</w:t>
      </w:r>
      <w:r>
        <w:br/>
      </w:r>
      <w:r>
        <w:t xml:space="preserve">    (b) increase</w:t>
      </w:r>
      <w:r>
        <w:br/>
      </w:r>
      <w:r>
        <w:t xml:space="preserve">    (c) create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sixth paragraph (lines 67-68) is primarily concerned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establishing</w:t>
      </w:r>
      <w:r>
        <w:rPr>
          <w:b/>
          <w:bCs/>
        </w:rPr>
        <w:t xml:space="preserve"> </w:t>
      </w:r>
      <w:r>
        <w:rPr>
          <w:b/>
          <w:bCs/>
        </w:rPr>
        <w:t xml:space="preserve">the contrast between men and masculine traits.</w:t>
      </w:r>
      <w:r>
        <w:br/>
      </w:r>
      <w:r>
        <w:t xml:space="preserve">    (a) exaggerating</w:t>
      </w:r>
      <w:r>
        <w:br/>
      </w:r>
      <w:r>
        <w:t xml:space="preserve">    (b) minimizing</w:t>
      </w:r>
      <w:r>
        <w:br/>
      </w:r>
      <w:r>
        <w:t xml:space="preserve">    (c) showing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highlighted</w:t>
      </w:r>
      <w:r>
        <w:rPr>
          <w:b/>
          <w:bCs/>
        </w:rPr>
        <w:t xml:space="preserve"> </w:t>
      </w:r>
      <w:r>
        <w:rPr>
          <w:b/>
          <w:bCs/>
        </w:rPr>
        <w:t xml:space="preserve">this quote: "He who hurries through life hurries to his grave."</w:t>
      </w:r>
      <w:r>
        <w:br/>
      </w:r>
      <w:r>
        <w:t xml:space="preserve">    (a) copied</w:t>
      </w:r>
      <w:r>
        <w:br/>
      </w:r>
      <w:r>
        <w:t xml:space="preserve">    (b) marked</w:t>
      </w:r>
      <w:r>
        <w:br/>
      </w:r>
      <w:r>
        <w:t xml:space="preserve">    (c) read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reading each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passage</w:t>
      </w:r>
      <w:r>
        <w:rPr>
          <w:b/>
          <w:bCs/>
        </w:rPr>
        <w:t xml:space="preserve">, choose the best answer to each question.</w:t>
      </w:r>
      <w:r>
        <w:br/>
      </w:r>
      <w:r>
        <w:t xml:space="preserve">    (a) short part of a longer work</w:t>
      </w:r>
      <w:r>
        <w:br/>
      </w:r>
      <w:r>
        <w:t xml:space="preserve">    (b) article</w:t>
      </w:r>
      <w:r>
        <w:br/>
      </w:r>
      <w:r>
        <w:t xml:space="preserve">    (c) route to get somewhere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Also, try to see it from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perspective</w:t>
      </w:r>
      <w:r>
        <w:rPr>
          <w:b/>
          <w:bCs/>
        </w:rPr>
        <w:t xml:space="preserve"> </w:t>
      </w:r>
      <w:r>
        <w:rPr>
          <w:b/>
          <w:bCs/>
        </w:rPr>
        <w:t xml:space="preserve">before you make up your mind.</w:t>
      </w:r>
      <w:r>
        <w:br/>
      </w:r>
      <w:r>
        <w:t xml:space="preserve">    (a) education level</w:t>
      </w:r>
      <w:r>
        <w:br/>
      </w:r>
      <w:r>
        <w:t xml:space="preserve">    (b) way of looking at things</w:t>
      </w:r>
      <w:r>
        <w:br/>
      </w:r>
      <w:r>
        <w:t xml:space="preserve">    (c) timeframe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Attending a funeral helps me to put life into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perspective</w:t>
      </w:r>
      <w:r>
        <w:rPr>
          <w:b/>
          <w:bCs/>
        </w:rPr>
        <w:t xml:space="preserve"> </w:t>
      </w:r>
      <w:r>
        <w:rPr>
          <w:b/>
          <w:bCs/>
        </w:rPr>
        <w:t xml:space="preserve">and to separate the important things from those that are less important.</w:t>
      </w:r>
      <w:r>
        <w:br/>
      </w:r>
      <w:r>
        <w:t xml:space="preserve">    (a) a limited view</w:t>
      </w:r>
      <w:r>
        <w:br/>
      </w:r>
      <w:r>
        <w:t xml:space="preserve">    (b) a positive view</w:t>
      </w:r>
      <w:r>
        <w:br/>
      </w:r>
      <w:r>
        <w:t xml:space="preserve">    (c) a sensible view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easier to learn things that seem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relevant</w:t>
      </w:r>
      <w:r>
        <w:rPr>
          <w:b/>
          <w:bCs/>
        </w:rPr>
        <w:t xml:space="preserve"> </w:t>
      </w:r>
      <w:r>
        <w:rPr>
          <w:b/>
          <w:bCs/>
        </w:rPr>
        <w:t xml:space="preserve">to your life.</w:t>
      </w:r>
      <w:r>
        <w:br/>
      </w:r>
      <w:r>
        <w:t xml:space="preserve">    (a) repeated</w:t>
      </w:r>
      <w:r>
        <w:br/>
      </w:r>
      <w:r>
        <w:t xml:space="preserve">    (b) understandable</w:t>
      </w:r>
      <w:r>
        <w:br/>
      </w:r>
      <w:r>
        <w:t xml:space="preserve">    (c) important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donation will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sustain</w:t>
      </w:r>
      <w:r>
        <w:rPr>
          <w:b/>
          <w:bCs/>
        </w:rPr>
        <w:t xml:space="preserve"> </w:t>
      </w:r>
      <w:r>
        <w:rPr>
          <w:b/>
          <w:bCs/>
        </w:rPr>
        <w:t xml:space="preserve">our efforts to help the homeless.</w:t>
      </w:r>
      <w:r>
        <w:br/>
      </w:r>
      <w:r>
        <w:t xml:space="preserve">    (a) support</w:t>
      </w:r>
      <w:r>
        <w:br/>
      </w:r>
      <w:r>
        <w:t xml:space="preserve">    (b) disrupt</w:t>
      </w:r>
      <w:r>
        <w:br/>
      </w:r>
      <w:r>
        <w:t xml:space="preserve">    (c) finalize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started the project with optimism, but she did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sustain</w:t>
      </w:r>
      <w:r>
        <w:rPr>
          <w:b/>
          <w:bCs/>
        </w:rPr>
        <w:t xml:space="preserve"> </w:t>
      </w:r>
      <w:r>
        <w:rPr>
          <w:b/>
          <w:bCs/>
        </w:rPr>
        <w:t xml:space="preserve">the effort required to complete it.</w:t>
      </w:r>
      <w:r>
        <w:br/>
      </w:r>
      <w:r>
        <w:t xml:space="preserve">    (a) increase</w:t>
      </w:r>
      <w:r>
        <w:br/>
      </w:r>
      <w:r>
        <w:t xml:space="preserve">    (b) suffer</w:t>
      </w:r>
      <w:r>
        <w:br/>
      </w:r>
      <w:r>
        <w:t xml:space="preserve">    (c) continue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experiment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yielded</w:t>
      </w:r>
      <w:r>
        <w:rPr>
          <w:b/>
          <w:bCs/>
        </w:rPr>
        <w:t xml:space="preserve"> </w:t>
      </w:r>
      <w:r>
        <w:rPr>
          <w:b/>
          <w:bCs/>
        </w:rPr>
        <w:t xml:space="preserve">data that raised a new set of questions.</w:t>
      </w:r>
      <w:r>
        <w:br/>
      </w:r>
      <w:r>
        <w:t xml:space="preserve">    (a) produced</w:t>
      </w:r>
      <w:r>
        <w:br/>
      </w:r>
      <w:r>
        <w:t xml:space="preserve">    (b) slowed down</w:t>
      </w:r>
      <w:r>
        <w:br/>
      </w:r>
      <w:r>
        <w:t xml:space="preserve">    (c) destroyed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the scandal, 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yielded</w:t>
      </w:r>
      <w:r>
        <w:rPr>
          <w:b/>
          <w:bCs/>
        </w:rPr>
        <w:t xml:space="preserve"> </w:t>
      </w:r>
      <w:r>
        <w:rPr>
          <w:b/>
          <w:bCs/>
        </w:rPr>
        <w:t xml:space="preserve">to public pressure and resigned her position.</w:t>
      </w:r>
      <w:r>
        <w:br/>
      </w:r>
      <w:r>
        <w:t xml:space="preserve">    (a) added</w:t>
      </w:r>
      <w:r>
        <w:br/>
      </w:r>
      <w:r>
        <w:t xml:space="preserve">    (b) produced</w:t>
      </w:r>
      <w:r>
        <w:br/>
      </w:r>
      <w:r>
        <w:t xml:space="preserve">    (c) gave in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2026-07-31T15:32:27Z</dcterms:created>
  <dcterms:modified xsi:type="dcterms:W3CDTF">2026-07-31T15:32:27Z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