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6987d148890aaddb3743db5866a2eb069f6996"/>
    <w:p>
      <w:pPr>
        <w:pStyle w:val="Heading1"/>
      </w:pPr>
      <w:r>
        <w:rPr>
          <w:b/>
          <w:bCs/>
        </w:rPr>
        <w:t xml:space="preserve">Into the Wild</w:t>
      </w:r>
      <w:r>
        <w:br/>
      </w:r>
      <w:r>
        <w:rPr>
          <w:i/>
          <w:iCs/>
        </w:rPr>
        <w:t xml:space="preserve">Jon Krakauer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struggles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reasoning.</w:t>
      </w:r>
      <w:r>
        <w:br/>
      </w:r>
      <w:r>
        <w:t xml:space="preserve">    (a) theoretical</w:t>
      </w:r>
      <w:r>
        <w:br/>
      </w:r>
      <w:r>
        <w:t xml:space="preserve">    (b) pressured</w:t>
      </w:r>
      <w:r>
        <w:br/>
      </w:r>
      <w:r>
        <w:t xml:space="preserve">    (c) concrete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read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attending college.</w:t>
      </w:r>
      <w:r>
        <w:br/>
      </w:r>
      <w:r>
        <w:t xml:space="preserve">    (a) especially happy</w:t>
      </w:r>
      <w:r>
        <w:br/>
      </w:r>
      <w:r>
        <w:t xml:space="preserve">    (b) especially worried</w:t>
      </w:r>
      <w:r>
        <w:br/>
      </w:r>
      <w:r>
        <w:t xml:space="preserve">    (c) with mixed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spiritual mysticism</w:t>
      </w:r>
      <w:r>
        <w:br/>
      </w:r>
      <w:r>
        <w:t xml:space="preserve">    (b) self-denial</w:t>
      </w:r>
      <w:r>
        <w:br/>
      </w:r>
      <w:r>
        <w:t xml:space="preserve">    (c) sensual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money for</w:t>
      </w:r>
      <w:r>
        <w:br/>
      </w:r>
      <w:r>
        <w:t xml:space="preserve">    (c) gives help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loss of the buffalo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existential</w:t>
      </w:r>
      <w:r>
        <w:rPr>
          <w:b/>
          <w:bCs/>
        </w:rPr>
        <w:t xml:space="preserve"> </w:t>
      </w:r>
      <w:r>
        <w:rPr>
          <w:b/>
          <w:bCs/>
        </w:rPr>
        <w:t xml:space="preserve">blow to the Apache culture.</w:t>
      </w:r>
      <w:r>
        <w:br/>
      </w:r>
      <w:r>
        <w:t xml:space="preserve">    (a) threatening pride</w:t>
      </w:r>
      <w:r>
        <w:br/>
      </w:r>
      <w:r>
        <w:t xml:space="preserve">    (b) threatening existence</w:t>
      </w:r>
      <w:r>
        <w:br/>
      </w:r>
      <w:r>
        <w:t xml:space="preserve">    (c) threatening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alternately increases and decreases</w:t>
      </w:r>
      <w:r>
        <w:br/>
      </w:r>
      <w:r>
        <w:t xml:space="preserve">    (b) rises in the long run</w:t>
      </w:r>
      <w:r>
        <w:br/>
      </w:r>
      <w:r>
        <w:t xml:space="preserve">    (c) frustrates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hubris</w:t>
      </w:r>
      <w:r>
        <w:rPr>
          <w:b/>
          <w:bCs/>
        </w:rPr>
        <w:t xml:space="preserve"> </w:t>
      </w:r>
      <w:r>
        <w:rPr>
          <w:b/>
          <w:bCs/>
        </w:rPr>
        <w:t xml:space="preserve">led to the collapse of the company.</w:t>
      </w:r>
      <w:r>
        <w:br/>
      </w:r>
      <w:r>
        <w:t xml:space="preserve">    (a) excessive confidence</w:t>
      </w:r>
      <w:r>
        <w:br/>
      </w:r>
      <w:r>
        <w:t xml:space="preserve">    (b) tendency to fight</w:t>
      </w:r>
      <w:r>
        <w:br/>
      </w:r>
      <w:r>
        <w:t xml:space="preserve">    (c) excessive ambition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theorized</w:t>
      </w:r>
      <w:r>
        <w:br/>
      </w:r>
      <w:r>
        <w:t xml:space="preserve">    (b) fantasized</w:t>
      </w:r>
      <w:r>
        <w:br/>
      </w:r>
      <w:r>
        <w:t xml:space="preserve">    (c) disbelieved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Signing the treaty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inimical</w:t>
      </w:r>
      <w:r>
        <w:rPr>
          <w:b/>
          <w:bCs/>
        </w:rPr>
        <w:t xml:space="preserve"> </w:t>
      </w:r>
      <w:r>
        <w:rPr>
          <w:b/>
          <w:bCs/>
        </w:rPr>
        <w:t xml:space="preserve">to U.S. interests.</w:t>
      </w:r>
      <w:r>
        <w:br/>
      </w:r>
      <w:r>
        <w:t xml:space="preserve">    (a) harmful</w:t>
      </w:r>
      <w:r>
        <w:br/>
      </w:r>
      <w:r>
        <w:t xml:space="preserve">    (b) important</w:t>
      </w:r>
      <w:r>
        <w:br/>
      </w:r>
      <w:r>
        <w:t xml:space="preserve">    (c)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piece of ice fell and damaged the space shuttle's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insulating</w:t>
      </w:r>
      <w:r>
        <w:rPr>
          <w:b/>
          <w:bCs/>
        </w:rPr>
        <w:t xml:space="preserve"> </w:t>
      </w:r>
      <w:r>
        <w:rPr>
          <w:b/>
          <w:bCs/>
        </w:rPr>
        <w:t xml:space="preserve">tiles.</w:t>
      </w:r>
      <w:r>
        <w:br/>
      </w:r>
      <w:r>
        <w:t xml:space="preserve">    (a) preventing heat transfer</w:t>
      </w:r>
      <w:r>
        <w:br/>
      </w:r>
      <w:r>
        <w:t xml:space="preserve">    (b) decorative</w:t>
      </w:r>
      <w:r>
        <w:br/>
      </w:r>
      <w:r>
        <w:t xml:space="preserve">    (c) adding structural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Supreme Court justices are appointed for life to try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insulate</w:t>
      </w:r>
      <w:r>
        <w:rPr>
          <w:b/>
          <w:bCs/>
        </w:rPr>
        <w:t xml:space="preserve"> </w:t>
      </w:r>
      <w:r>
        <w:rPr>
          <w:b/>
          <w:bCs/>
        </w:rPr>
        <w:t xml:space="preserve">them from outside pressure.</w:t>
      </w:r>
      <w:r>
        <w:br/>
      </w:r>
      <w:r>
        <w:t xml:space="preserve">    (a) educate</w:t>
      </w:r>
      <w:r>
        <w:br/>
      </w:r>
      <w:r>
        <w:t xml:space="preserve">    (b) allow experience</w:t>
      </w:r>
      <w:r>
        <w:br/>
      </w:r>
      <w:r>
        <w:t xml:space="preserve">    (c)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called the story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 Space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Odyssey</w:t>
      </w:r>
      <w:r>
        <w:rPr>
          <w:b/>
          <w:bCs/>
        </w:rPr>
        <w:t xml:space="preserve">.</w:t>
      </w:r>
      <w:r>
        <w:br/>
      </w:r>
      <w:r>
        <w:t xml:space="preserve">    (a) eventful, love story</w:t>
      </w:r>
      <w:r>
        <w:br/>
      </w:r>
      <w:r>
        <w:t xml:space="preserve">    (b) long, eventful journey</w:t>
      </w:r>
      <w:r>
        <w:br/>
      </w:r>
      <w:r>
        <w:t xml:space="preserve">    (c) long, eventful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duties weren't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onerous</w:t>
      </w:r>
      <w:r>
        <w:rPr>
          <w:b/>
          <w:bCs/>
        </w:rPr>
        <w:t xml:space="preserve">; I only had to greet the guests.</w:t>
      </w:r>
      <w:r>
        <w:br/>
      </w:r>
      <w:r>
        <w:t xml:space="preserve">    (a) complex</w:t>
      </w:r>
      <w:r>
        <w:br/>
      </w:r>
      <w:r>
        <w:t xml:space="preserve">    (b) difficult</w:t>
      </w:r>
      <w:r>
        <w:br/>
      </w:r>
      <w:r>
        <w:t xml:space="preserve">    (c) glorious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convincing manner</w:t>
      </w:r>
      <w:r>
        <w:br/>
      </w:r>
      <w:r>
        <w:t xml:space="preserve">    (b) in a respectful manner</w:t>
      </w:r>
      <w:r>
        <w:br/>
      </w:r>
      <w:r>
        <w:t xml:space="preserve">    (c) in a misleading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played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pivotal</w:t>
      </w:r>
      <w:r>
        <w:rPr>
          <w:b/>
          <w:bCs/>
        </w:rPr>
        <w:t xml:space="preserve"> </w:t>
      </w:r>
      <w:r>
        <w:rPr>
          <w:b/>
          <w:bCs/>
        </w:rPr>
        <w:t xml:space="preserve">role in getting the legislation passed.</w:t>
      </w:r>
      <w:r>
        <w:br/>
      </w:r>
      <w:r>
        <w:t xml:space="preserve">    (a) important</w:t>
      </w:r>
      <w:r>
        <w:br/>
      </w:r>
      <w:r>
        <w:t xml:space="preserve">    (b) minor</w:t>
      </w:r>
      <w:r>
        <w:br/>
      </w:r>
      <w:r>
        <w:t xml:space="preserve">    (c)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theory was neat,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and wrong.</w:t>
      </w:r>
      <w:r>
        <w:br/>
      </w:r>
      <w:r>
        <w:t xml:space="preserve">    (a) foolish</w:t>
      </w:r>
      <w:r>
        <w:br/>
      </w:r>
      <w:r>
        <w:t xml:space="preserve">    (b) reasonable</w:t>
      </w:r>
      <w:r>
        <w:br/>
      </w:r>
      <w:r>
        <w:t xml:space="preserve">    (c) praiseworthy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basic laws of nature</w:t>
      </w:r>
      <w:r>
        <w:br/>
      </w:r>
      <w:r>
        <w:t xml:space="preserve">    (a) dismissed</w:t>
      </w:r>
      <w:r>
        <w:br/>
      </w:r>
      <w:r>
        <w:t xml:space="preserve">    (b) proposed</w:t>
      </w:r>
      <w:r>
        <w:br/>
      </w:r>
      <w:r>
        <w:t xml:space="preserve">    (c)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Matisse titled the work, "A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Recumbent</w:t>
      </w:r>
      <w:r>
        <w:rPr>
          <w:b/>
          <w:bCs/>
        </w:rPr>
        <w:t xml:space="preserve"> </w:t>
      </w:r>
      <w:r>
        <w:rPr>
          <w:b/>
          <w:bCs/>
        </w:rPr>
        <w:t xml:space="preserve">Woman."</w:t>
      </w:r>
      <w:r>
        <w:br/>
      </w:r>
      <w:r>
        <w:t xml:space="preserve">    (a) not friendly</w:t>
      </w:r>
      <w:r>
        <w:br/>
      </w:r>
      <w:r>
        <w:t xml:space="preserve">    (b) unbending</w:t>
      </w:r>
      <w:r>
        <w:br/>
      </w:r>
      <w:r>
        <w:t xml:space="preserve">    (c) lying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North Slope in Alaska is mostly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tundra</w:t>
      </w:r>
      <w:r>
        <w:rPr>
          <w:b/>
          <w:bCs/>
        </w:rPr>
        <w:t xml:space="preserve">.</w:t>
      </w:r>
      <w:r>
        <w:br/>
      </w:r>
      <w:r>
        <w:t xml:space="preserve">    (a) snow-covered grasses</w:t>
      </w:r>
      <w:r>
        <w:br/>
      </w:r>
      <w:r>
        <w:t xml:space="preserve">    (b) frozen, treeless plain</w:t>
      </w:r>
      <w:r>
        <w:br/>
      </w:r>
      <w:r>
        <w:t xml:space="preserve">    (c) snow-covered pine forest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2026-07-31T15:32:28Z</dcterms:created>
  <dcterms:modified xsi:type="dcterms:W3CDTF">2026-07-31T15:32:28Z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